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139"/>
        <w:tblW w:w="9747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695"/>
      </w:tblGrid>
      <w:tr w:rsidR="00C1115C" w14:paraId="7A8C9B54" w14:textId="77777777" w:rsidTr="00C1115C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3DDD" w14:textId="77777777" w:rsidR="00C1115C" w:rsidRDefault="00C1115C" w:rsidP="00C1115C">
            <w:pPr>
              <w:jc w:val="center"/>
              <w:rPr>
                <w:rFonts w:asciiTheme="minorHAnsi" w:hAnsiTheme="minorHAnsi"/>
                <w:sz w:val="22"/>
              </w:rPr>
            </w:pPr>
            <w:bookmarkStart w:id="0" w:name="_GoBack"/>
            <w:bookmarkEnd w:id="0"/>
            <w:r>
              <w:rPr>
                <w:rFonts w:asciiTheme="minorHAnsi" w:hAnsiTheme="minorHAnsi"/>
                <w:noProof/>
                <w:sz w:val="24"/>
              </w:rPr>
              <w:drawing>
                <wp:anchor distT="0" distB="0" distL="114300" distR="114300" simplePos="0" relativeHeight="251658752" behindDoc="1" locked="0" layoutInCell="1" allowOverlap="1" wp14:anchorId="4E9C6988" wp14:editId="61897453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202086" w14:textId="77777777" w:rsidR="00C1115C" w:rsidRDefault="00C1115C" w:rsidP="00C1115C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C1115C" w14:paraId="71DF5ED0" w14:textId="77777777" w:rsidTr="00C1115C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DFDF" w14:textId="77777777" w:rsidR="00C1115C" w:rsidRDefault="00C1115C" w:rsidP="00C1115C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AC5FAD" w14:textId="77777777" w:rsidR="00C1115C" w:rsidRDefault="00C1115C" w:rsidP="00C1115C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C1115C" w14:paraId="3058B9C6" w14:textId="77777777" w:rsidTr="00C1115C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55224" w14:textId="77777777" w:rsidR="00C1115C" w:rsidRDefault="00C1115C" w:rsidP="00C1115C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6CFD3A" w14:textId="77777777" w:rsidR="00C1115C" w:rsidRDefault="00C1115C" w:rsidP="00C1115C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3B8538" w14:textId="77777777" w:rsidR="00C1115C" w:rsidRDefault="00C1115C" w:rsidP="00C1115C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49728597" w14:textId="77777777" w:rsidR="00C1115C" w:rsidRDefault="00C1115C" w:rsidP="00C1115C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497BE04D" w14:textId="77777777" w:rsidR="00C1115C" w:rsidRDefault="00C1115C" w:rsidP="00C1115C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C1115C" w14:paraId="11CA92DD" w14:textId="77777777" w:rsidTr="00C1115C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A590" w14:textId="77777777" w:rsidR="00C1115C" w:rsidRDefault="00C1115C" w:rsidP="00C1115C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36B6DD6" w14:textId="77777777" w:rsidR="00C1115C" w:rsidRDefault="00C1115C" w:rsidP="00C1115C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0B61937F" w14:textId="77777777" w:rsidR="00C1115C" w:rsidRDefault="00C1115C" w:rsidP="00C1115C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39642011" w14:textId="77777777" w:rsidR="00C1115C" w:rsidRDefault="00C1115C" w:rsidP="00C1115C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2EF71A" w14:textId="77777777" w:rsidR="00C1115C" w:rsidRDefault="00C1115C" w:rsidP="00C1115C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C1115C" w14:paraId="3DC52154" w14:textId="77777777" w:rsidTr="00C1115C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E9C6" w14:textId="77777777" w:rsidR="00C1115C" w:rsidRDefault="00C1115C" w:rsidP="00C1115C">
            <w:pPr>
              <w:spacing w:after="60"/>
              <w:rPr>
                <w:rFonts w:asciiTheme="minorHAnsi" w:hAnsiTheme="minorHAnsi"/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72E2996C" w14:textId="77777777" w:rsidR="00C1115C" w:rsidRDefault="00C1115C" w:rsidP="00C1115C">
      <w:pPr>
        <w:spacing w:before="80" w:after="40"/>
        <w:rPr>
          <w:b/>
          <w:sz w:val="28"/>
          <w:lang w:val="fr-FR"/>
        </w:rPr>
      </w:pPr>
    </w:p>
    <w:p w14:paraId="599B38A0" w14:textId="77777777" w:rsidR="00C1115C" w:rsidRDefault="00C1115C" w:rsidP="00C1115C">
      <w:pPr>
        <w:spacing w:before="80" w:after="60"/>
        <w:rPr>
          <w:b/>
          <w:kern w:val="2"/>
          <w:sz w:val="24"/>
          <w:szCs w:val="24"/>
          <w:lang w:val="ro-RO"/>
          <w14:ligatures w14:val="standardContextual"/>
        </w:rPr>
      </w:pPr>
    </w:p>
    <w:p w14:paraId="186D47FF" w14:textId="77777777" w:rsidR="007A6244" w:rsidRPr="007F2503" w:rsidRDefault="00CA52EF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CA52EF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CA52EF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CA52EF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CA52EF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</w:t>
            </w:r>
            <w:r w:rsidRPr="009D5BC3">
              <w:rPr>
                <w:lang w:val="fr-FR"/>
              </w:rPr>
              <w:t>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CA52EF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CA52EF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CA52EF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CA52EF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CA52EF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CA52EF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CA52EF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CA52EF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CA52EF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CA52EF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CA52EF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CA52EF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CA52EF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CA52EF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CA52EF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CA52EF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CA52EF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CA52EF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CA52EF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CA52EF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CA52EF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FDCB6" w14:textId="77777777" w:rsidR="00CA52EF" w:rsidRDefault="00CA52EF">
      <w:r>
        <w:separator/>
      </w:r>
    </w:p>
  </w:endnote>
  <w:endnote w:type="continuationSeparator" w:id="0">
    <w:p w14:paraId="12A89C6D" w14:textId="77777777" w:rsidR="00CA52EF" w:rsidRDefault="00CA5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319F4" w14:textId="2E95B5F8" w:rsidR="007A6244" w:rsidRDefault="00CA52EF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7E4B4" w14:textId="77777777" w:rsidR="00CA52EF" w:rsidRDefault="00CA52EF">
      <w:r>
        <w:separator/>
      </w:r>
    </w:p>
  </w:footnote>
  <w:footnote w:type="continuationSeparator" w:id="0">
    <w:p w14:paraId="0AE9BDEC" w14:textId="77777777" w:rsidR="00CA52EF" w:rsidRDefault="00CA5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1115C"/>
    <w:rsid w:val="00CA52EF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C111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33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13EE41-AB2E-4F78-8BF7-DAEA856D8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2026-09-23T09:43:00Z</dcterms:modified>
  <cp:category/>
</cp:coreProperties>
</file>