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26F32D" w14:textId="77777777" w:rsidR="00B053CC" w:rsidRDefault="00B053CC">
      <w:pPr>
        <w:spacing w:line="168" w:lineRule="auto"/>
      </w:pPr>
    </w:p>
    <w:tbl>
      <w:tblPr>
        <w:tblStyle w:val="TableGrid"/>
        <w:tblpPr w:leftFromText="180" w:rightFromText="180" w:vertAnchor="text" w:horzAnchor="margin" w:tblpXSpec="center" w:tblpY="274"/>
        <w:tblW w:w="9606" w:type="dxa"/>
        <w:tblLayout w:type="fixed"/>
        <w:tblLook w:val="04A0" w:firstRow="1" w:lastRow="0" w:firstColumn="1" w:lastColumn="0" w:noHBand="0" w:noVBand="1"/>
      </w:tblPr>
      <w:tblGrid>
        <w:gridCol w:w="2070"/>
        <w:gridCol w:w="2391"/>
        <w:gridCol w:w="3591"/>
        <w:gridCol w:w="1554"/>
      </w:tblGrid>
      <w:tr w:rsidR="00CE4FD6" w14:paraId="54AF9ADF" w14:textId="77777777" w:rsidTr="00CE4FD6">
        <w:trPr>
          <w:trHeight w:val="274"/>
        </w:trPr>
        <w:tc>
          <w:tcPr>
            <w:tcW w:w="20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0CA34" w14:textId="77777777" w:rsidR="00CE4FD6" w:rsidRDefault="00CE4FD6" w:rsidP="00CE4FD6">
            <w:pPr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noProof/>
                <w:sz w:val="24"/>
              </w:rPr>
              <w:drawing>
                <wp:anchor distT="0" distB="0" distL="114300" distR="114300" simplePos="0" relativeHeight="251658752" behindDoc="1" locked="0" layoutInCell="1" allowOverlap="1" wp14:anchorId="129F6572" wp14:editId="08038429">
                  <wp:simplePos x="0" y="0"/>
                  <wp:positionH relativeFrom="column">
                    <wp:posOffset>156845</wp:posOffset>
                  </wp:positionH>
                  <wp:positionV relativeFrom="paragraph">
                    <wp:posOffset>30480</wp:posOffset>
                  </wp:positionV>
                  <wp:extent cx="781050" cy="113030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1130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75A0CF2" w14:textId="77777777" w:rsidR="00CE4FD6" w:rsidRDefault="00CE4FD6" w:rsidP="00CE4FD6">
            <w:pPr>
              <w:rPr>
                <w:rFonts w:ascii="Bookman Old Style" w:hAnsi="Bookman Old Style"/>
                <w:b/>
                <w:bCs/>
                <w:color w:val="C4BC96" w:themeColor="background2" w:themeShade="BF"/>
                <w:szCs w:val="15"/>
              </w:rPr>
            </w:pP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Jude</w:t>
            </w:r>
            <w:r>
              <w:rPr>
                <w:rFonts w:ascii="Cambria" w:hAnsi="Cambria" w:cs="Cambria"/>
                <w:b/>
                <w:bCs/>
                <w:color w:val="31849B" w:themeColor="accent5" w:themeShade="BF"/>
                <w:szCs w:val="15"/>
              </w:rPr>
              <w:t>ț</w:t>
            </w:r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ul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 xml:space="preserve"> Hunedoara</w:t>
            </w:r>
          </w:p>
        </w:tc>
      </w:tr>
      <w:tr w:rsidR="00CE4FD6" w14:paraId="1AD547E3" w14:textId="77777777" w:rsidTr="00CE4FD6">
        <w:trPr>
          <w:trHeight w:val="270"/>
        </w:trPr>
        <w:tc>
          <w:tcPr>
            <w:tcW w:w="2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539B2" w14:textId="77777777" w:rsidR="00CE4FD6" w:rsidRDefault="00CE4FD6" w:rsidP="00CE4FD6">
            <w:pPr>
              <w:rPr>
                <w:kern w:val="2"/>
                <w:sz w:val="22"/>
                <w14:ligatures w14:val="standardContextual"/>
              </w:rPr>
            </w:pPr>
          </w:p>
        </w:tc>
        <w:tc>
          <w:tcPr>
            <w:tcW w:w="7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21355F3" w14:textId="77777777" w:rsidR="00CE4FD6" w:rsidRDefault="00CE4FD6" w:rsidP="00CE4FD6">
            <w:pPr>
              <w:rPr>
                <w:rFonts w:ascii="Bookman Old Style" w:hAnsi="Bookman Old Style"/>
                <w:szCs w:val="15"/>
              </w:rPr>
            </w:pP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Primăria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Comunei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Certeju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 xml:space="preserve"> de Sus</w:t>
            </w:r>
          </w:p>
        </w:tc>
      </w:tr>
      <w:tr w:rsidR="00CE4FD6" w14:paraId="7D6F4C46" w14:textId="77777777" w:rsidTr="00CE4FD6">
        <w:trPr>
          <w:trHeight w:val="739"/>
        </w:trPr>
        <w:tc>
          <w:tcPr>
            <w:tcW w:w="2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38591" w14:textId="77777777" w:rsidR="00CE4FD6" w:rsidRDefault="00CE4FD6" w:rsidP="00CE4FD6">
            <w:pPr>
              <w:rPr>
                <w:kern w:val="2"/>
                <w:sz w:val="22"/>
                <w14:ligatures w14:val="standardContextual"/>
              </w:rPr>
            </w:pP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A97C4B2" w14:textId="77777777" w:rsidR="00CE4FD6" w:rsidRDefault="00CE4FD6" w:rsidP="00CE4FD6">
            <w:pPr>
              <w:spacing w:before="60"/>
              <w:rPr>
                <w:rFonts w:ascii="Bookman Old Style" w:hAnsi="Bookman Old Style"/>
                <w:szCs w:val="15"/>
                <w:lang w:val="it-IT"/>
              </w:rPr>
            </w:pPr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  <w:lang w:val="it-IT"/>
              </w:rPr>
              <w:t>Cod de identificare fiscală (CIF):</w:t>
            </w:r>
            <w:r>
              <w:rPr>
                <w:rFonts w:ascii="Bookman Old Style" w:hAnsi="Bookman Old Style"/>
                <w:color w:val="31849B" w:themeColor="accent5" w:themeShade="BF"/>
                <w:szCs w:val="15"/>
                <w:lang w:val="it-IT"/>
              </w:rPr>
              <w:t xml:space="preserve"> </w:t>
            </w:r>
            <w:r>
              <w:rPr>
                <w:rFonts w:ascii="Bookman Old Style" w:hAnsi="Bookman Old Style"/>
                <w:szCs w:val="15"/>
                <w:lang w:val="it-IT"/>
              </w:rPr>
              <w:t>4374083</w:t>
            </w:r>
          </w:p>
        </w:tc>
        <w:tc>
          <w:tcPr>
            <w:tcW w:w="5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B61C345" w14:textId="77777777" w:rsidR="00CE4FD6" w:rsidRDefault="00CE4FD6" w:rsidP="00CE4FD6">
            <w:pPr>
              <w:tabs>
                <w:tab w:val="left" w:pos="884"/>
              </w:tabs>
              <w:spacing w:before="60"/>
              <w:rPr>
                <w:rFonts w:ascii="Bookman Old Style" w:hAnsi="Bookman Old Style"/>
                <w:szCs w:val="15"/>
                <w:lang w:val="it-IT"/>
              </w:rPr>
            </w:pPr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  <w:lang w:val="it-IT"/>
              </w:rPr>
              <w:t xml:space="preserve">Adresa: </w:t>
            </w:r>
            <w:r>
              <w:rPr>
                <w:rFonts w:ascii="Bookman Old Style" w:hAnsi="Bookman Old Style"/>
                <w:szCs w:val="15"/>
                <w:lang w:val="it-IT"/>
              </w:rPr>
              <w:t>Hunedoara, Certeju de Sus, str. Principală, nr. 236</w:t>
            </w:r>
          </w:p>
          <w:p w14:paraId="508D2068" w14:textId="77777777" w:rsidR="00CE4FD6" w:rsidRDefault="00CE4FD6" w:rsidP="00CE4FD6">
            <w:pPr>
              <w:tabs>
                <w:tab w:val="left" w:pos="884"/>
              </w:tabs>
              <w:spacing w:before="60"/>
              <w:rPr>
                <w:rFonts w:ascii="Bookman Old Style" w:hAnsi="Bookman Old Style"/>
                <w:szCs w:val="15"/>
                <w:lang w:val="it-IT"/>
              </w:rPr>
            </w:pPr>
            <w:r>
              <w:rPr>
                <w:rFonts w:ascii="Bookman Old Style" w:hAnsi="Bookman Old Style"/>
                <w:szCs w:val="15"/>
                <w:lang w:val="it-IT"/>
              </w:rPr>
              <w:t xml:space="preserve">                  Tel: +40 / 254. 648 714,  </w:t>
            </w:r>
          </w:p>
          <w:p w14:paraId="512116AA" w14:textId="77777777" w:rsidR="00CE4FD6" w:rsidRDefault="00CE4FD6" w:rsidP="00CE4FD6">
            <w:pPr>
              <w:tabs>
                <w:tab w:val="left" w:pos="884"/>
              </w:tabs>
              <w:spacing w:before="60"/>
              <w:rPr>
                <w:rFonts w:ascii="Bookman Old Style" w:hAnsi="Bookman Old Style"/>
                <w:szCs w:val="15"/>
                <w:lang w:val="it-IT"/>
              </w:rPr>
            </w:pPr>
            <w:r>
              <w:rPr>
                <w:rFonts w:ascii="Bookman Old Style" w:hAnsi="Bookman Old Style"/>
                <w:szCs w:val="15"/>
                <w:lang w:val="it-IT"/>
              </w:rPr>
              <w:t xml:space="preserve">                  e-mail: </w:t>
            </w:r>
            <w:hyperlink r:id="rId9" w:history="1">
              <w:r>
                <w:rPr>
                  <w:rStyle w:val="Hyperlink"/>
                  <w:rFonts w:ascii="Bookman Old Style" w:hAnsi="Bookman Old Style"/>
                  <w:szCs w:val="15"/>
                  <w:lang w:val="it-IT"/>
                </w:rPr>
                <w:t>primaria_certejudesus@yahoo.com</w:t>
              </w:r>
            </w:hyperlink>
          </w:p>
        </w:tc>
      </w:tr>
      <w:tr w:rsidR="00CE4FD6" w14:paraId="125ADC98" w14:textId="77777777" w:rsidTr="00CE4FD6">
        <w:trPr>
          <w:trHeight w:val="229"/>
        </w:trPr>
        <w:tc>
          <w:tcPr>
            <w:tcW w:w="2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E1570" w14:textId="77777777" w:rsidR="00CE4FD6" w:rsidRDefault="00CE4FD6" w:rsidP="00CE4FD6">
            <w:pPr>
              <w:rPr>
                <w:kern w:val="2"/>
                <w:sz w:val="22"/>
                <w14:ligatures w14:val="standardContextual"/>
              </w:rPr>
            </w:pPr>
          </w:p>
        </w:tc>
        <w:tc>
          <w:tcPr>
            <w:tcW w:w="5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4A1934D7" w14:textId="77777777" w:rsidR="00CE4FD6" w:rsidRDefault="00CE4FD6" w:rsidP="00CE4FD6">
            <w:pPr>
              <w:spacing w:after="60"/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</w:pP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Număr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 xml:space="preserve"> de </w:t>
            </w: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înregistrare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:</w:t>
            </w:r>
          </w:p>
          <w:p w14:paraId="440CFD10" w14:textId="77777777" w:rsidR="00CE4FD6" w:rsidRDefault="00CE4FD6" w:rsidP="00CE4FD6">
            <w:pPr>
              <w:spacing w:after="60"/>
              <w:rPr>
                <w:rFonts w:ascii="Bookman Old Style" w:hAnsi="Bookman Old Style"/>
                <w:color w:val="31849B" w:themeColor="accent5" w:themeShade="BF"/>
                <w:szCs w:val="15"/>
              </w:rPr>
            </w:pPr>
          </w:p>
          <w:p w14:paraId="41552A4D" w14:textId="77777777" w:rsidR="00CE4FD6" w:rsidRDefault="00CE4FD6" w:rsidP="00CE4FD6">
            <w:pPr>
              <w:spacing w:after="60"/>
              <w:rPr>
                <w:rFonts w:ascii="Bookman Old Style" w:hAnsi="Bookman Old Style"/>
                <w:color w:val="31849B" w:themeColor="accent5" w:themeShade="BF"/>
                <w:szCs w:val="15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B449D7E" w14:textId="77777777" w:rsidR="00CE4FD6" w:rsidRDefault="00CE4FD6" w:rsidP="00CE4FD6">
            <w:pPr>
              <w:spacing w:after="60"/>
              <w:rPr>
                <w:rFonts w:ascii="Bookman Old Style" w:hAnsi="Bookman Old Style"/>
                <w:szCs w:val="15"/>
              </w:rPr>
            </w:pPr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Data</w:t>
            </w:r>
            <w:r>
              <w:rPr>
                <w:rFonts w:ascii="Bookman Old Style" w:hAnsi="Bookman Old Style"/>
                <w:szCs w:val="15"/>
              </w:rPr>
              <w:t>:</w:t>
            </w:r>
          </w:p>
        </w:tc>
      </w:tr>
      <w:tr w:rsidR="00CE4FD6" w14:paraId="5C6B1206" w14:textId="77777777" w:rsidTr="00CE4FD6">
        <w:trPr>
          <w:trHeight w:val="229"/>
        </w:trPr>
        <w:tc>
          <w:tcPr>
            <w:tcW w:w="96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D6366" w14:textId="77777777" w:rsidR="00CE4FD6" w:rsidRDefault="00CE4FD6" w:rsidP="00CE4FD6">
            <w:pPr>
              <w:spacing w:after="60"/>
              <w:rPr>
                <w:rFonts w:asciiTheme="minorHAnsi" w:hAnsiTheme="minorHAnsi"/>
                <w:b/>
                <w:bCs/>
                <w:color w:val="31849B" w:themeColor="accent5" w:themeShade="BF"/>
                <w:szCs w:val="15"/>
                <w:lang w:val="it-IT"/>
              </w:rPr>
            </w:pPr>
            <w:proofErr w:type="gramStart"/>
            <w:r>
              <w:rPr>
                <w:i/>
                <w:color w:val="787878"/>
                <w:sz w:val="18"/>
                <w:szCs w:val="28"/>
                <w:lang w:val="fr-FR"/>
              </w:rPr>
              <w:t>se</w:t>
            </w:r>
            <w:proofErr w:type="gram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completează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de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autoritate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—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solicitantul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nu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scrie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în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această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zonă</w:t>
            </w:r>
            <w:proofErr w:type="spellEnd"/>
          </w:p>
        </w:tc>
      </w:tr>
    </w:tbl>
    <w:p w14:paraId="18258C10" w14:textId="77777777" w:rsidR="00CE4FD6" w:rsidRDefault="00CE4FD6" w:rsidP="00CE4FD6">
      <w:pPr>
        <w:spacing w:before="80" w:after="40"/>
        <w:rPr>
          <w:b/>
          <w:sz w:val="28"/>
          <w:lang w:val="fr-FR"/>
        </w:rPr>
      </w:pPr>
    </w:p>
    <w:p w14:paraId="3A7ACE43" w14:textId="77777777" w:rsidR="00CE4FD6" w:rsidRDefault="00CE4FD6" w:rsidP="00CE4FD6">
      <w:pPr>
        <w:spacing w:before="80" w:after="60"/>
        <w:rPr>
          <w:b/>
          <w:kern w:val="2"/>
          <w:sz w:val="24"/>
          <w:szCs w:val="24"/>
          <w:lang w:val="ro-RO"/>
          <w14:ligatures w14:val="standardContextual"/>
        </w:rPr>
      </w:pPr>
      <w:bookmarkStart w:id="0" w:name="_GoBack"/>
      <w:bookmarkEnd w:id="0"/>
    </w:p>
    <w:p w14:paraId="1B4BD12D" w14:textId="77777777" w:rsidR="00B053CC" w:rsidRPr="00A038DB" w:rsidRDefault="00116312">
      <w:pPr>
        <w:spacing w:before="140" w:after="40"/>
        <w:jc w:val="center"/>
        <w:rPr>
          <w:sz w:val="28"/>
          <w:szCs w:val="28"/>
        </w:rPr>
      </w:pPr>
      <w:r w:rsidRPr="00A038DB">
        <w:rPr>
          <w:b/>
          <w:sz w:val="28"/>
          <w:szCs w:val="28"/>
        </w:rPr>
        <w:t>AUTORIZAȚIE DE CONSTRUIRE / DESFIINȚARE</w:t>
      </w:r>
    </w:p>
    <w:p w14:paraId="46A47E4B" w14:textId="77777777" w:rsidR="00B053CC" w:rsidRDefault="00B053CC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803"/>
        <w:gridCol w:w="1606"/>
        <w:gridCol w:w="4015"/>
      </w:tblGrid>
      <w:tr w:rsidR="00B053CC" w14:paraId="70D7819E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2F8DE002" w14:textId="77777777" w:rsidR="00B053CC" w:rsidRDefault="00116312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REFERINȚE</w:t>
            </w:r>
          </w:p>
        </w:tc>
      </w:tr>
      <w:tr w:rsidR="00B053CC" w14:paraId="459A6160" w14:textId="77777777">
        <w:trPr>
          <w:cantSplit/>
          <w:trHeight w:val="510"/>
        </w:trPr>
        <w:tc>
          <w:tcPr>
            <w:tcW w:w="3212" w:type="dxa"/>
          </w:tcPr>
          <w:p w14:paraId="169482E3" w14:textId="77777777" w:rsidR="00B053CC" w:rsidRDefault="00116312">
            <w:pPr>
              <w:keepNext/>
            </w:pPr>
            <w:r>
              <w:rPr>
                <w:b/>
                <w:color w:val="0D5F78"/>
              </w:rPr>
              <w:t xml:space="preserve">Ca </w:t>
            </w:r>
            <w:proofErr w:type="spellStart"/>
            <w:r>
              <w:rPr>
                <w:b/>
                <w:color w:val="0D5F78"/>
              </w:rPr>
              <w:t>urmare</w:t>
            </w:r>
            <w:proofErr w:type="spellEnd"/>
            <w:r>
              <w:rPr>
                <w:b/>
                <w:color w:val="0D5F78"/>
              </w:rPr>
              <w:t xml:space="preserve"> a </w:t>
            </w:r>
            <w:proofErr w:type="spellStart"/>
            <w:r>
              <w:rPr>
                <w:b/>
                <w:color w:val="0D5F78"/>
              </w:rPr>
              <w:t>cererii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r>
              <w:rPr>
                <w:b/>
                <w:color w:val="0D5F78"/>
              </w:rPr>
              <w:t>nr.</w:t>
            </w:r>
          </w:p>
          <w:p w14:paraId="5A6DF4F0" w14:textId="77777777" w:rsidR="00B053CC" w:rsidRDefault="00B053CC">
            <w:pPr>
              <w:keepNext/>
            </w:pPr>
          </w:p>
        </w:tc>
        <w:tc>
          <w:tcPr>
            <w:tcW w:w="2409" w:type="dxa"/>
            <w:gridSpan w:val="2"/>
          </w:tcPr>
          <w:p w14:paraId="475A770D" w14:textId="77777777" w:rsidR="00B053CC" w:rsidRDefault="00116312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7495FBB8" w14:textId="77777777" w:rsidR="00B053CC" w:rsidRDefault="00B053CC">
            <w:pPr>
              <w:keepNext/>
            </w:pPr>
          </w:p>
        </w:tc>
        <w:tc>
          <w:tcPr>
            <w:tcW w:w="4015" w:type="dxa"/>
          </w:tcPr>
          <w:p w14:paraId="38E6C56B" w14:textId="77777777" w:rsidR="00B053CC" w:rsidRDefault="00116312">
            <w:pPr>
              <w:keepNext/>
            </w:pPr>
            <w:proofErr w:type="spellStart"/>
            <w:r>
              <w:rPr>
                <w:b/>
                <w:color w:val="0D5F78"/>
              </w:rPr>
              <w:t>înregistrată</w:t>
            </w:r>
            <w:proofErr w:type="spellEnd"/>
            <w:r>
              <w:rPr>
                <w:b/>
                <w:color w:val="0D5F78"/>
              </w:rPr>
              <w:t xml:space="preserve"> la nr. / din</w:t>
            </w:r>
          </w:p>
          <w:p w14:paraId="08307237" w14:textId="77777777" w:rsidR="00B053CC" w:rsidRDefault="00B053CC">
            <w:pPr>
              <w:keepNext/>
            </w:pPr>
          </w:p>
        </w:tc>
      </w:tr>
      <w:tr w:rsidR="00B053CC" w14:paraId="5E8411CD" w14:textId="77777777">
        <w:trPr>
          <w:cantSplit/>
          <w:trHeight w:val="510"/>
        </w:trPr>
        <w:tc>
          <w:tcPr>
            <w:tcW w:w="4015" w:type="dxa"/>
            <w:gridSpan w:val="2"/>
          </w:tcPr>
          <w:p w14:paraId="4E967EF5" w14:textId="77777777" w:rsidR="00B053CC" w:rsidRDefault="00116312">
            <w:proofErr w:type="spellStart"/>
            <w:r>
              <w:rPr>
                <w:b/>
                <w:color w:val="0D5F78"/>
              </w:rPr>
              <w:t>Certificatul</w:t>
            </w:r>
            <w:proofErr w:type="spellEnd"/>
            <w:r>
              <w:rPr>
                <w:b/>
                <w:color w:val="0D5F78"/>
              </w:rPr>
              <w:t xml:space="preserve"> de urbanism nr. / data</w:t>
            </w:r>
          </w:p>
          <w:p w14:paraId="7E916A19" w14:textId="77777777" w:rsidR="00B053CC" w:rsidRDefault="00B053CC"/>
        </w:tc>
        <w:tc>
          <w:tcPr>
            <w:tcW w:w="5621" w:type="dxa"/>
            <w:gridSpan w:val="2"/>
          </w:tcPr>
          <w:p w14:paraId="2BA02CE8" w14:textId="77777777" w:rsidR="00B053CC" w:rsidRDefault="00116312">
            <w:proofErr w:type="spellStart"/>
            <w:r>
              <w:rPr>
                <w:b/>
                <w:color w:val="0D5F78"/>
              </w:rPr>
              <w:t>emis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3AE78272" w14:textId="77777777" w:rsidR="00B053CC" w:rsidRDefault="00B053CC"/>
        </w:tc>
      </w:tr>
    </w:tbl>
    <w:p w14:paraId="0BABBCC5" w14:textId="77777777" w:rsidR="00B053CC" w:rsidRDefault="00B053CC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803"/>
        <w:gridCol w:w="803"/>
        <w:gridCol w:w="803"/>
        <w:gridCol w:w="803"/>
        <w:gridCol w:w="1606"/>
        <w:gridCol w:w="1606"/>
      </w:tblGrid>
      <w:tr w:rsidR="00B053CC" w14:paraId="7341C267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56757621" w14:textId="77777777" w:rsidR="00B053CC" w:rsidRDefault="00116312">
            <w:pPr>
              <w:keepNext/>
            </w:pPr>
            <w:r>
              <w:rPr>
                <w:b/>
                <w:sz w:val="16"/>
              </w:rPr>
              <w:t xml:space="preserve"> 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B053CC" w14:paraId="5599F7BB" w14:textId="77777777">
        <w:trPr>
          <w:cantSplit/>
          <w:trHeight w:val="510"/>
        </w:trPr>
        <w:tc>
          <w:tcPr>
            <w:tcW w:w="5621" w:type="dxa"/>
            <w:gridSpan w:val="4"/>
          </w:tcPr>
          <w:p w14:paraId="3CCBD145" w14:textId="77777777" w:rsidR="00B053CC" w:rsidRDefault="00116312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7228149D" w14:textId="77777777" w:rsidR="00B053CC" w:rsidRDefault="00B053CC">
            <w:pPr>
              <w:keepNext/>
            </w:pPr>
          </w:p>
        </w:tc>
        <w:tc>
          <w:tcPr>
            <w:tcW w:w="4015" w:type="dxa"/>
            <w:gridSpan w:val="3"/>
          </w:tcPr>
          <w:p w14:paraId="06ABAEFE" w14:textId="77777777" w:rsidR="00B053CC" w:rsidRDefault="00116312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036505BE" w14:textId="77777777" w:rsidR="00B053CC" w:rsidRDefault="00B053CC">
            <w:pPr>
              <w:keepNext/>
            </w:pPr>
          </w:p>
        </w:tc>
      </w:tr>
      <w:tr w:rsidR="00B053CC" w14:paraId="33363CCB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0EC19322" w14:textId="77777777" w:rsidR="00B053CC" w:rsidRDefault="00116312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B053CC" w14:paraId="24369B92" w14:textId="77777777">
        <w:trPr>
          <w:cantSplit/>
          <w:trHeight w:val="510"/>
        </w:trPr>
        <w:tc>
          <w:tcPr>
            <w:tcW w:w="3212" w:type="dxa"/>
          </w:tcPr>
          <w:p w14:paraId="42C70F7D" w14:textId="77777777" w:rsidR="00B053CC" w:rsidRDefault="00116312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69A9FCC8" w14:textId="77777777" w:rsidR="00B053CC" w:rsidRDefault="00B053CC">
            <w:pPr>
              <w:keepNext/>
            </w:pPr>
          </w:p>
        </w:tc>
        <w:tc>
          <w:tcPr>
            <w:tcW w:w="3212" w:type="dxa"/>
            <w:gridSpan w:val="4"/>
          </w:tcPr>
          <w:p w14:paraId="395384B6" w14:textId="77777777" w:rsidR="00B053CC" w:rsidRDefault="00116312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5416FDDA" w14:textId="77777777" w:rsidR="00B053CC" w:rsidRDefault="00B053CC">
            <w:pPr>
              <w:keepNext/>
            </w:pPr>
          </w:p>
        </w:tc>
        <w:tc>
          <w:tcPr>
            <w:tcW w:w="3212" w:type="dxa"/>
            <w:gridSpan w:val="2"/>
          </w:tcPr>
          <w:p w14:paraId="111575D4" w14:textId="77777777" w:rsidR="00B053CC" w:rsidRDefault="00116312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7F56137D" w14:textId="77777777" w:rsidR="00B053CC" w:rsidRDefault="00B053CC">
            <w:pPr>
              <w:keepNext/>
            </w:pPr>
          </w:p>
        </w:tc>
      </w:tr>
      <w:tr w:rsidR="00B053CC" w14:paraId="3F783AA0" w14:textId="77777777">
        <w:trPr>
          <w:cantSplit/>
          <w:trHeight w:val="510"/>
        </w:trPr>
        <w:tc>
          <w:tcPr>
            <w:tcW w:w="3212" w:type="dxa"/>
          </w:tcPr>
          <w:p w14:paraId="5DFAFEF0" w14:textId="77777777" w:rsidR="00B053CC" w:rsidRDefault="00116312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0113214C" w14:textId="77777777" w:rsidR="00B053CC" w:rsidRDefault="00B053CC">
            <w:pPr>
              <w:keepNext/>
            </w:pPr>
          </w:p>
        </w:tc>
        <w:tc>
          <w:tcPr>
            <w:tcW w:w="803" w:type="dxa"/>
          </w:tcPr>
          <w:p w14:paraId="55F1077F" w14:textId="77777777" w:rsidR="00B053CC" w:rsidRDefault="00116312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1AB97765" w14:textId="77777777" w:rsidR="00B053CC" w:rsidRDefault="00B053CC">
            <w:pPr>
              <w:keepNext/>
            </w:pPr>
          </w:p>
        </w:tc>
        <w:tc>
          <w:tcPr>
            <w:tcW w:w="803" w:type="dxa"/>
          </w:tcPr>
          <w:p w14:paraId="58261DFB" w14:textId="77777777" w:rsidR="00B053CC" w:rsidRDefault="00116312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4958FA2E" w14:textId="77777777" w:rsidR="00B053CC" w:rsidRDefault="00B053CC">
            <w:pPr>
              <w:keepNext/>
            </w:pPr>
          </w:p>
        </w:tc>
        <w:tc>
          <w:tcPr>
            <w:tcW w:w="803" w:type="dxa"/>
          </w:tcPr>
          <w:p w14:paraId="758281F0" w14:textId="77777777" w:rsidR="00B053CC" w:rsidRDefault="00116312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2ABFBC1D" w14:textId="77777777" w:rsidR="00B053CC" w:rsidRDefault="00B053CC">
            <w:pPr>
              <w:keepNext/>
            </w:pPr>
          </w:p>
        </w:tc>
        <w:tc>
          <w:tcPr>
            <w:tcW w:w="803" w:type="dxa"/>
          </w:tcPr>
          <w:p w14:paraId="18A07BFB" w14:textId="77777777" w:rsidR="00B053CC" w:rsidRDefault="00116312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5FC0FEAF" w14:textId="77777777" w:rsidR="00B053CC" w:rsidRDefault="00B053CC">
            <w:pPr>
              <w:keepNext/>
            </w:pPr>
          </w:p>
        </w:tc>
        <w:tc>
          <w:tcPr>
            <w:tcW w:w="1606" w:type="dxa"/>
          </w:tcPr>
          <w:p w14:paraId="09F769C0" w14:textId="77777777" w:rsidR="00B053CC" w:rsidRDefault="00116312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73A0ACFC" w14:textId="77777777" w:rsidR="00B053CC" w:rsidRDefault="00B053CC">
            <w:pPr>
              <w:keepNext/>
            </w:pPr>
          </w:p>
        </w:tc>
        <w:tc>
          <w:tcPr>
            <w:tcW w:w="1606" w:type="dxa"/>
          </w:tcPr>
          <w:p w14:paraId="76192F43" w14:textId="77777777" w:rsidR="00B053CC" w:rsidRDefault="00116312">
            <w:pPr>
              <w:keepNext/>
            </w:pPr>
            <w:proofErr w:type="spellStart"/>
            <w:r>
              <w:rPr>
                <w:b/>
                <w:color w:val="0D5F78"/>
              </w:rPr>
              <w:t>Ț</w:t>
            </w:r>
            <w:r>
              <w:rPr>
                <w:b/>
                <w:color w:val="0D5F78"/>
              </w:rPr>
              <w:t>ara</w:t>
            </w:r>
            <w:proofErr w:type="spellEnd"/>
          </w:p>
          <w:p w14:paraId="3F3716F3" w14:textId="77777777" w:rsidR="00B053CC" w:rsidRDefault="00B053CC">
            <w:pPr>
              <w:keepNext/>
            </w:pPr>
          </w:p>
        </w:tc>
      </w:tr>
      <w:tr w:rsidR="00B053CC" w14:paraId="4AF13F5D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026DD782" w14:textId="77777777" w:rsidR="00B053CC" w:rsidRDefault="00116312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B053CC" w14:paraId="2A997DCF" w14:textId="77777777">
        <w:trPr>
          <w:cantSplit/>
          <w:trHeight w:val="510"/>
        </w:trPr>
        <w:tc>
          <w:tcPr>
            <w:tcW w:w="4015" w:type="dxa"/>
            <w:gridSpan w:val="2"/>
          </w:tcPr>
          <w:p w14:paraId="2418A1EA" w14:textId="77777777" w:rsidR="00B053CC" w:rsidRDefault="00116312">
            <w:pPr>
              <w:keepNext/>
            </w:pPr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6008514B" w14:textId="77777777" w:rsidR="00B053CC" w:rsidRDefault="00B053CC">
            <w:pPr>
              <w:keepNext/>
            </w:pPr>
          </w:p>
        </w:tc>
        <w:tc>
          <w:tcPr>
            <w:tcW w:w="5621" w:type="dxa"/>
            <w:gridSpan w:val="5"/>
          </w:tcPr>
          <w:p w14:paraId="3A23886E" w14:textId="77777777" w:rsidR="00B053CC" w:rsidRDefault="00116312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0035CA2B" w14:textId="77777777" w:rsidR="00B053CC" w:rsidRDefault="00B053CC">
            <w:pPr>
              <w:keepNext/>
            </w:pPr>
          </w:p>
        </w:tc>
      </w:tr>
      <w:tr w:rsidR="00B053CC" w14:paraId="7FA8D871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5D7C2BCA" w14:textId="77777777" w:rsidR="00B053CC" w:rsidRDefault="00116312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Reprezentare</w:t>
            </w:r>
            <w:proofErr w:type="spellEnd"/>
          </w:p>
        </w:tc>
      </w:tr>
      <w:tr w:rsidR="00B053CC" w14:paraId="37D924C5" w14:textId="77777777">
        <w:trPr>
          <w:cantSplit/>
          <w:trHeight w:val="510"/>
        </w:trPr>
        <w:tc>
          <w:tcPr>
            <w:tcW w:w="6424" w:type="dxa"/>
            <w:gridSpan w:val="5"/>
          </w:tcPr>
          <w:p w14:paraId="0B84751E" w14:textId="77777777" w:rsidR="00B053CC" w:rsidRDefault="00116312"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calitate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reprezentant</w:t>
            </w:r>
            <w:proofErr w:type="spellEnd"/>
            <w:r>
              <w:rPr>
                <w:b/>
                <w:color w:val="0D5F78"/>
              </w:rPr>
              <w:t xml:space="preserve"> al</w:t>
            </w:r>
          </w:p>
          <w:p w14:paraId="738DC25B" w14:textId="77777777" w:rsidR="00B053CC" w:rsidRDefault="00B053CC"/>
        </w:tc>
        <w:tc>
          <w:tcPr>
            <w:tcW w:w="3212" w:type="dxa"/>
            <w:gridSpan w:val="2"/>
          </w:tcPr>
          <w:p w14:paraId="206621AF" w14:textId="77777777" w:rsidR="00B053CC" w:rsidRDefault="00116312">
            <w:r>
              <w:rPr>
                <w:b/>
                <w:color w:val="0D5F78"/>
              </w:rPr>
              <w:t>CUI / CIF</w:t>
            </w:r>
          </w:p>
          <w:p w14:paraId="0926FD89" w14:textId="77777777" w:rsidR="00B053CC" w:rsidRDefault="00B053CC"/>
        </w:tc>
      </w:tr>
    </w:tbl>
    <w:p w14:paraId="206475A8" w14:textId="77777777" w:rsidR="00B053CC" w:rsidRDefault="00B053CC">
      <w:pPr>
        <w:spacing w:line="168" w:lineRule="auto"/>
      </w:pPr>
    </w:p>
    <w:p w14:paraId="49026A93" w14:textId="77777777" w:rsidR="00B053CC" w:rsidRDefault="00116312">
      <w:pPr>
        <w:spacing w:before="80" w:after="60"/>
        <w:jc w:val="center"/>
      </w:pPr>
      <w:proofErr w:type="spellStart"/>
      <w:r>
        <w:rPr>
          <w:sz w:val="18"/>
        </w:rPr>
        <w:t>în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conformitate</w:t>
      </w:r>
      <w:proofErr w:type="spellEnd"/>
      <w:r>
        <w:rPr>
          <w:sz w:val="18"/>
        </w:rPr>
        <w:t xml:space="preserve"> cu </w:t>
      </w:r>
      <w:proofErr w:type="spellStart"/>
      <w:r>
        <w:rPr>
          <w:sz w:val="18"/>
        </w:rPr>
        <w:t>prevederile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Legii</w:t>
      </w:r>
      <w:proofErr w:type="spellEnd"/>
      <w:r>
        <w:rPr>
          <w:sz w:val="18"/>
        </w:rPr>
        <w:t xml:space="preserve"> nr. 169/2026 </w:t>
      </w:r>
      <w:proofErr w:type="spellStart"/>
      <w:r>
        <w:rPr>
          <w:sz w:val="18"/>
        </w:rPr>
        <w:t>privind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Codul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amenajării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teritoriului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urbanismului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și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construcțiilor</w:t>
      </w:r>
      <w:proofErr w:type="spellEnd"/>
    </w:p>
    <w:p w14:paraId="756A28F7" w14:textId="77777777" w:rsidR="00051E37" w:rsidRDefault="00116312">
      <w:pPr>
        <w:spacing w:after="160"/>
        <w:jc w:val="center"/>
        <w:rPr>
          <w:b/>
          <w:sz w:val="20"/>
          <w:lang w:val="fr-FR"/>
        </w:rPr>
      </w:pPr>
      <w:r w:rsidRPr="00051E37">
        <w:rPr>
          <w:b/>
          <w:sz w:val="20"/>
          <w:lang w:val="fr-FR"/>
        </w:rPr>
        <w:t>SE AUTORIZEAZĂ</w:t>
      </w:r>
    </w:p>
    <w:p w14:paraId="7BFB0FD5" w14:textId="699B567D" w:rsidR="00A038DB" w:rsidRPr="00A038DB" w:rsidRDefault="00116312" w:rsidP="00A038DB">
      <w:pPr>
        <w:spacing w:after="160"/>
        <w:jc w:val="center"/>
        <w:rPr>
          <w:b/>
          <w:sz w:val="20"/>
          <w:lang w:val="fr-FR"/>
        </w:rPr>
      </w:pPr>
      <w:proofErr w:type="spellStart"/>
      <w:proofErr w:type="gramStart"/>
      <w:r w:rsidRPr="00051E37">
        <w:rPr>
          <w:b/>
          <w:sz w:val="20"/>
          <w:lang w:val="fr-FR"/>
        </w:rPr>
        <w:t>executarea</w:t>
      </w:r>
      <w:proofErr w:type="spellEnd"/>
      <w:proofErr w:type="gramEnd"/>
      <w:r w:rsidRPr="00051E37">
        <w:rPr>
          <w:b/>
          <w:sz w:val="20"/>
          <w:lang w:val="fr-FR"/>
        </w:rPr>
        <w:t xml:space="preserve"> </w:t>
      </w:r>
      <w:proofErr w:type="spellStart"/>
      <w:r w:rsidRPr="00051E37">
        <w:rPr>
          <w:b/>
          <w:sz w:val="20"/>
          <w:lang w:val="fr-FR"/>
        </w:rPr>
        <w:t>lucrărilor</w:t>
      </w:r>
      <w:proofErr w:type="spellEnd"/>
      <w:r w:rsidRPr="00051E37">
        <w:rPr>
          <w:b/>
          <w:sz w:val="20"/>
          <w:lang w:val="fr-FR"/>
        </w:rPr>
        <w:t xml:space="preserve"> de construire / </w:t>
      </w:r>
      <w:proofErr w:type="spellStart"/>
      <w:r w:rsidRPr="00051E37">
        <w:rPr>
          <w:b/>
          <w:sz w:val="20"/>
          <w:lang w:val="fr-FR"/>
        </w:rPr>
        <w:t>desființare</w:t>
      </w:r>
      <w:proofErr w:type="spellEnd"/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053CC" w:rsidRPr="00A038DB" w14:paraId="73CCC338" w14:textId="77777777">
        <w:trPr>
          <w:cantSplit/>
        </w:trPr>
        <w:tc>
          <w:tcPr>
            <w:tcW w:w="9636" w:type="dxa"/>
          </w:tcPr>
          <w:p w14:paraId="53F622B7" w14:textId="0A31A6FC" w:rsidR="00B053CC" w:rsidRPr="00A038DB" w:rsidRDefault="00A038DB">
            <w:pPr>
              <w:pBdr>
                <w:bottom w:val="dotted" w:sz="6" w:space="0" w:color="999999"/>
              </w:pBdr>
              <w:spacing w:after="80"/>
              <w:rPr>
                <w:b/>
                <w:bCs/>
                <w:color w:val="000000" w:themeColor="text1"/>
                <w:sz w:val="18"/>
                <w:szCs w:val="18"/>
                <w:lang w:val="fr-FR"/>
              </w:rPr>
            </w:pPr>
            <w:r w:rsidRPr="00A038DB">
              <w:rPr>
                <w:b/>
                <w:bCs/>
                <w:color w:val="000000" w:themeColor="text1"/>
                <w:sz w:val="18"/>
                <w:szCs w:val="18"/>
                <w:lang w:val="fr-FR"/>
              </w:rPr>
              <w:t xml:space="preserve">IN VEDEREA REALIZARII OBIECTIVULUI / OBIECTULUI DE INVESTIȚII  </w:t>
            </w:r>
          </w:p>
          <w:p w14:paraId="249E9BD3" w14:textId="77777777" w:rsidR="00B053CC" w:rsidRPr="00051E37" w:rsidRDefault="00B053CC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</w:tc>
      </w:tr>
    </w:tbl>
    <w:p w14:paraId="116A25D2" w14:textId="77777777" w:rsidR="00B053CC" w:rsidRPr="00051E37" w:rsidRDefault="00B053CC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803"/>
        <w:gridCol w:w="803"/>
        <w:gridCol w:w="803"/>
        <w:gridCol w:w="803"/>
        <w:gridCol w:w="1606"/>
        <w:gridCol w:w="1606"/>
      </w:tblGrid>
      <w:tr w:rsidR="00B053CC" w14:paraId="2DE69560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3039A11D" w14:textId="77777777" w:rsidR="00B053CC" w:rsidRDefault="00116312">
            <w:pPr>
              <w:keepNext/>
            </w:pPr>
            <w:r w:rsidRPr="00051E37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3. </w:t>
            </w:r>
            <w:r>
              <w:rPr>
                <w:b/>
                <w:color w:val="000000"/>
                <w:sz w:val="18"/>
              </w:rPr>
              <w:t>PE IMOBILUL — TEREN ȘI/SAU CONSTRUCȚII — SITUAT ÎN</w:t>
            </w:r>
          </w:p>
        </w:tc>
      </w:tr>
      <w:tr w:rsidR="00B053CC" w14:paraId="143FFA37" w14:textId="77777777">
        <w:trPr>
          <w:cantSplit/>
          <w:trHeight w:val="510"/>
        </w:trPr>
        <w:tc>
          <w:tcPr>
            <w:tcW w:w="3212" w:type="dxa"/>
          </w:tcPr>
          <w:p w14:paraId="01FD546D" w14:textId="77777777" w:rsidR="00B053CC" w:rsidRDefault="00116312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6E9C9730" w14:textId="77777777" w:rsidR="00B053CC" w:rsidRDefault="00B053CC">
            <w:pPr>
              <w:keepNext/>
            </w:pPr>
          </w:p>
        </w:tc>
        <w:tc>
          <w:tcPr>
            <w:tcW w:w="3212" w:type="dxa"/>
            <w:gridSpan w:val="4"/>
          </w:tcPr>
          <w:p w14:paraId="0860F21F" w14:textId="77777777" w:rsidR="00B053CC" w:rsidRDefault="00116312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0A35460A" w14:textId="77777777" w:rsidR="00B053CC" w:rsidRDefault="00B053CC">
            <w:pPr>
              <w:keepNext/>
            </w:pPr>
          </w:p>
        </w:tc>
        <w:tc>
          <w:tcPr>
            <w:tcW w:w="3212" w:type="dxa"/>
            <w:gridSpan w:val="2"/>
          </w:tcPr>
          <w:p w14:paraId="38CC98A4" w14:textId="77777777" w:rsidR="00B053CC" w:rsidRDefault="00116312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1C08AF76" w14:textId="77777777" w:rsidR="00B053CC" w:rsidRDefault="00B053CC">
            <w:pPr>
              <w:keepNext/>
            </w:pPr>
          </w:p>
        </w:tc>
      </w:tr>
      <w:tr w:rsidR="00B053CC" w14:paraId="16F9CD62" w14:textId="77777777">
        <w:trPr>
          <w:cantSplit/>
          <w:trHeight w:val="510"/>
        </w:trPr>
        <w:tc>
          <w:tcPr>
            <w:tcW w:w="3212" w:type="dxa"/>
          </w:tcPr>
          <w:p w14:paraId="756EDA3B" w14:textId="77777777" w:rsidR="00B053CC" w:rsidRDefault="00116312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38B709DD" w14:textId="77777777" w:rsidR="00B053CC" w:rsidRDefault="00B053CC">
            <w:pPr>
              <w:keepNext/>
            </w:pPr>
          </w:p>
        </w:tc>
        <w:tc>
          <w:tcPr>
            <w:tcW w:w="803" w:type="dxa"/>
          </w:tcPr>
          <w:p w14:paraId="610223A6" w14:textId="77777777" w:rsidR="00B053CC" w:rsidRDefault="00116312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A1E7245" w14:textId="77777777" w:rsidR="00B053CC" w:rsidRDefault="00B053CC">
            <w:pPr>
              <w:keepNext/>
            </w:pPr>
          </w:p>
        </w:tc>
        <w:tc>
          <w:tcPr>
            <w:tcW w:w="803" w:type="dxa"/>
          </w:tcPr>
          <w:p w14:paraId="6D12882C" w14:textId="77777777" w:rsidR="00B053CC" w:rsidRDefault="00116312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7AFEE848" w14:textId="77777777" w:rsidR="00B053CC" w:rsidRDefault="00B053CC">
            <w:pPr>
              <w:keepNext/>
            </w:pPr>
          </w:p>
        </w:tc>
        <w:tc>
          <w:tcPr>
            <w:tcW w:w="803" w:type="dxa"/>
          </w:tcPr>
          <w:p w14:paraId="20220C5E" w14:textId="77777777" w:rsidR="00B053CC" w:rsidRDefault="00116312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55412F84" w14:textId="77777777" w:rsidR="00B053CC" w:rsidRDefault="00B053CC">
            <w:pPr>
              <w:keepNext/>
            </w:pPr>
          </w:p>
        </w:tc>
        <w:tc>
          <w:tcPr>
            <w:tcW w:w="803" w:type="dxa"/>
          </w:tcPr>
          <w:p w14:paraId="40C8ABBA" w14:textId="77777777" w:rsidR="00B053CC" w:rsidRDefault="00116312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6D70D110" w14:textId="77777777" w:rsidR="00B053CC" w:rsidRDefault="00B053CC">
            <w:pPr>
              <w:keepNext/>
            </w:pPr>
          </w:p>
        </w:tc>
        <w:tc>
          <w:tcPr>
            <w:tcW w:w="1606" w:type="dxa"/>
          </w:tcPr>
          <w:p w14:paraId="1C11527E" w14:textId="77777777" w:rsidR="00B053CC" w:rsidRDefault="00116312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5F967307" w14:textId="77777777" w:rsidR="00B053CC" w:rsidRDefault="00B053CC">
            <w:pPr>
              <w:keepNext/>
            </w:pPr>
          </w:p>
        </w:tc>
        <w:tc>
          <w:tcPr>
            <w:tcW w:w="1606" w:type="dxa"/>
          </w:tcPr>
          <w:p w14:paraId="29C7C9C8" w14:textId="77777777" w:rsidR="00B053CC" w:rsidRDefault="00116312">
            <w:pPr>
              <w:keepNext/>
            </w:pPr>
            <w:proofErr w:type="spellStart"/>
            <w:r>
              <w:rPr>
                <w:b/>
                <w:color w:val="0D5F78"/>
              </w:rPr>
              <w:t>Ț</w:t>
            </w:r>
            <w:r>
              <w:rPr>
                <w:b/>
                <w:color w:val="0D5F78"/>
              </w:rPr>
              <w:t>ara</w:t>
            </w:r>
            <w:proofErr w:type="spellEnd"/>
          </w:p>
          <w:p w14:paraId="7094C942" w14:textId="77777777" w:rsidR="00B053CC" w:rsidRDefault="00B053CC">
            <w:pPr>
              <w:keepNext/>
            </w:pPr>
          </w:p>
        </w:tc>
      </w:tr>
      <w:tr w:rsidR="00B053CC" w14:paraId="0BFA35EA" w14:textId="77777777">
        <w:trPr>
          <w:cantSplit/>
          <w:trHeight w:val="510"/>
        </w:trPr>
        <w:tc>
          <w:tcPr>
            <w:tcW w:w="3212" w:type="dxa"/>
          </w:tcPr>
          <w:p w14:paraId="0848EB5E" w14:textId="77777777" w:rsidR="00B053CC" w:rsidRDefault="00116312">
            <w:proofErr w:type="spellStart"/>
            <w:r>
              <w:rPr>
                <w:b/>
                <w:color w:val="0D5F78"/>
              </w:rPr>
              <w:t>Cartea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</w:p>
          <w:p w14:paraId="707A228D" w14:textId="77777777" w:rsidR="00B053CC" w:rsidRDefault="00B053CC"/>
        </w:tc>
        <w:tc>
          <w:tcPr>
            <w:tcW w:w="3212" w:type="dxa"/>
            <w:gridSpan w:val="4"/>
          </w:tcPr>
          <w:p w14:paraId="188C7E46" w14:textId="77777777" w:rsidR="00B053CC" w:rsidRDefault="00116312">
            <w:proofErr w:type="spellStart"/>
            <w:r>
              <w:rPr>
                <w:b/>
                <w:color w:val="0D5F78"/>
              </w:rPr>
              <w:t>Fișa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bunului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imobil</w:t>
            </w:r>
            <w:proofErr w:type="spellEnd"/>
          </w:p>
          <w:p w14:paraId="60D5116E" w14:textId="77777777" w:rsidR="00B053CC" w:rsidRDefault="00B053CC"/>
        </w:tc>
        <w:tc>
          <w:tcPr>
            <w:tcW w:w="3212" w:type="dxa"/>
            <w:gridSpan w:val="2"/>
          </w:tcPr>
          <w:p w14:paraId="690A862B" w14:textId="77777777" w:rsidR="00B053CC" w:rsidRDefault="00116312">
            <w:proofErr w:type="spellStart"/>
            <w:r>
              <w:rPr>
                <w:b/>
                <w:color w:val="0D5F78"/>
              </w:rPr>
              <w:t>sau</w:t>
            </w:r>
            <w:proofErr w:type="spellEnd"/>
            <w:r>
              <w:rPr>
                <w:b/>
                <w:color w:val="0D5F78"/>
              </w:rPr>
              <w:t xml:space="preserve"> nr. cadastral</w:t>
            </w:r>
          </w:p>
          <w:p w14:paraId="53CA1E53" w14:textId="77777777" w:rsidR="00B053CC" w:rsidRDefault="00B053CC"/>
        </w:tc>
      </w:tr>
    </w:tbl>
    <w:p w14:paraId="18F30ABB" w14:textId="77777777" w:rsidR="00B053CC" w:rsidRDefault="00B053CC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053CC" w14:paraId="02755B95" w14:textId="77777777">
        <w:trPr>
          <w:cantSplit/>
        </w:trPr>
        <w:tc>
          <w:tcPr>
            <w:tcW w:w="9636" w:type="dxa"/>
            <w:shd w:val="clear" w:color="auto" w:fill="F4F4F4"/>
          </w:tcPr>
          <w:p w14:paraId="3EEF6EAB" w14:textId="77777777" w:rsidR="00B053CC" w:rsidRDefault="00116312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LUCRĂRILE SUPUSE AUTORIZĂRII</w:t>
            </w:r>
          </w:p>
        </w:tc>
      </w:tr>
      <w:tr w:rsidR="00B053CC" w14:paraId="648E5476" w14:textId="77777777">
        <w:trPr>
          <w:cantSplit/>
          <w:trHeight w:val="510"/>
        </w:trPr>
        <w:tc>
          <w:tcPr>
            <w:tcW w:w="9636" w:type="dxa"/>
          </w:tcPr>
          <w:p w14:paraId="6B472537" w14:textId="77777777" w:rsidR="00B053CC" w:rsidRDefault="00116312"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valoare</w:t>
            </w:r>
            <w:proofErr w:type="spellEnd"/>
            <w:r>
              <w:rPr>
                <w:b/>
                <w:color w:val="0D5F78"/>
              </w:rPr>
              <w:t xml:space="preserve"> de (lei)</w:t>
            </w:r>
          </w:p>
          <w:p w14:paraId="236B90C4" w14:textId="77777777" w:rsidR="00B053CC" w:rsidRDefault="00116312">
            <w:proofErr w:type="spellStart"/>
            <w:r>
              <w:rPr>
                <w:i/>
                <w:color w:val="7A7A7A"/>
              </w:rPr>
              <w:t>totalitatea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cheltuielilor</w:t>
            </w:r>
            <w:proofErr w:type="spellEnd"/>
            <w:r>
              <w:rPr>
                <w:i/>
                <w:color w:val="7A7A7A"/>
              </w:rPr>
              <w:t xml:space="preserve"> estimate </w:t>
            </w:r>
            <w:proofErr w:type="spellStart"/>
            <w:r>
              <w:rPr>
                <w:i/>
                <w:color w:val="7A7A7A"/>
              </w:rPr>
              <w:t>prin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devizul</w:t>
            </w:r>
            <w:proofErr w:type="spellEnd"/>
            <w:r>
              <w:rPr>
                <w:i/>
                <w:color w:val="7A7A7A"/>
              </w:rPr>
              <w:t xml:space="preserve"> general, </w:t>
            </w:r>
            <w:proofErr w:type="spellStart"/>
            <w:r>
              <w:rPr>
                <w:i/>
                <w:color w:val="7A7A7A"/>
              </w:rPr>
              <w:t>fără</w:t>
            </w:r>
            <w:proofErr w:type="spellEnd"/>
            <w:r>
              <w:rPr>
                <w:i/>
                <w:color w:val="7A7A7A"/>
              </w:rPr>
              <w:t xml:space="preserve"> TVA, </w:t>
            </w:r>
            <w:proofErr w:type="spellStart"/>
            <w:r>
              <w:rPr>
                <w:i/>
                <w:color w:val="7A7A7A"/>
              </w:rPr>
              <w:t>inclusiv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organizarea</w:t>
            </w:r>
            <w:proofErr w:type="spellEnd"/>
            <w:r>
              <w:rPr>
                <w:i/>
                <w:color w:val="7A7A7A"/>
              </w:rPr>
              <w:t xml:space="preserve"> de </w:t>
            </w:r>
            <w:proofErr w:type="spellStart"/>
            <w:r>
              <w:rPr>
                <w:i/>
                <w:color w:val="7A7A7A"/>
              </w:rPr>
              <w:t>șantier</w:t>
            </w:r>
            <w:proofErr w:type="spellEnd"/>
          </w:p>
          <w:p w14:paraId="709D7B41" w14:textId="77777777" w:rsidR="00B053CC" w:rsidRDefault="00B053CC"/>
        </w:tc>
      </w:tr>
    </w:tbl>
    <w:p w14:paraId="358E9B40" w14:textId="3866F6DD" w:rsidR="00B053CC" w:rsidRDefault="00B053CC"/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803"/>
        <w:gridCol w:w="803"/>
        <w:gridCol w:w="1606"/>
        <w:gridCol w:w="3212"/>
      </w:tblGrid>
      <w:tr w:rsidR="00B053CC" w:rsidRPr="00A038DB" w14:paraId="3D6A71CF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3AE6A591" w14:textId="5168A306" w:rsidR="00B053CC" w:rsidRPr="00051E37" w:rsidRDefault="00116312">
            <w:pPr>
              <w:keepNext/>
              <w:rPr>
                <w:lang w:val="fr-FR"/>
              </w:rPr>
            </w:pPr>
            <w:r w:rsidRPr="00051E37">
              <w:rPr>
                <w:b/>
                <w:sz w:val="16"/>
                <w:lang w:val="fr-FR"/>
              </w:rPr>
              <w:lastRenderedPageBreak/>
              <w:t xml:space="preserve"> 5. </w:t>
            </w:r>
            <w:r w:rsidRPr="00051E37">
              <w:rPr>
                <w:b/>
                <w:color w:val="000000"/>
                <w:sz w:val="18"/>
                <w:lang w:val="fr-FR"/>
              </w:rPr>
              <w:t xml:space="preserve">ÎN BAZA PROIECTULUI </w:t>
            </w:r>
            <w:r w:rsidRPr="00051E37">
              <w:rPr>
                <w:b/>
                <w:color w:val="000000"/>
                <w:sz w:val="18"/>
                <w:lang w:val="fr-FR"/>
              </w:rPr>
              <w:t>PENTRU AUTORIZAREA</w:t>
            </w:r>
            <w:r w:rsidR="00A038DB">
              <w:rPr>
                <w:b/>
                <w:color w:val="000000"/>
                <w:sz w:val="18"/>
                <w:lang w:val="fr-FR"/>
              </w:rPr>
              <w:t xml:space="preserve"> </w:t>
            </w:r>
            <w:r w:rsidRPr="00051E37">
              <w:rPr>
                <w:b/>
                <w:color w:val="000000"/>
                <w:sz w:val="18"/>
                <w:lang w:val="fr-FR"/>
              </w:rPr>
              <w:t>CONSTRUIR</w:t>
            </w:r>
            <w:r w:rsidR="00A038DB">
              <w:rPr>
                <w:b/>
                <w:color w:val="000000"/>
                <w:sz w:val="18"/>
                <w:lang w:val="fr-FR"/>
              </w:rPr>
              <w:t>II</w:t>
            </w:r>
            <w:r w:rsidRPr="00051E37">
              <w:rPr>
                <w:b/>
                <w:color w:val="000000"/>
                <w:sz w:val="18"/>
                <w:lang w:val="fr-FR"/>
              </w:rPr>
              <w:t xml:space="preserve"> </w:t>
            </w:r>
            <w:r w:rsidR="00A038DB">
              <w:rPr>
                <w:b/>
                <w:color w:val="000000"/>
                <w:sz w:val="18"/>
                <w:lang w:val="fr-FR"/>
              </w:rPr>
              <w:t>/ DESFIINȚĂRII</w:t>
            </w:r>
          </w:p>
        </w:tc>
      </w:tr>
      <w:tr w:rsidR="00B053CC" w14:paraId="0BC63676" w14:textId="77777777">
        <w:trPr>
          <w:cantSplit/>
          <w:trHeight w:val="510"/>
        </w:trPr>
        <w:tc>
          <w:tcPr>
            <w:tcW w:w="2409" w:type="dxa"/>
          </w:tcPr>
          <w:p w14:paraId="379CECA3" w14:textId="77777777" w:rsidR="00B053CC" w:rsidRDefault="00116312">
            <w:pPr>
              <w:keepNext/>
            </w:pPr>
            <w:r>
              <w:rPr>
                <w:b/>
                <w:color w:val="0D5F78"/>
              </w:rPr>
              <w:t>P.A.C. / P.A.D. nr.</w:t>
            </w:r>
          </w:p>
          <w:p w14:paraId="1A2F0C46" w14:textId="77777777" w:rsidR="00B053CC" w:rsidRDefault="00B053CC">
            <w:pPr>
              <w:keepNext/>
            </w:pPr>
          </w:p>
        </w:tc>
        <w:tc>
          <w:tcPr>
            <w:tcW w:w="2409" w:type="dxa"/>
            <w:gridSpan w:val="3"/>
          </w:tcPr>
          <w:p w14:paraId="19F691DA" w14:textId="77777777" w:rsidR="00B053CC" w:rsidRDefault="00116312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2346296B" w14:textId="77777777" w:rsidR="00B053CC" w:rsidRDefault="00B053CC">
            <w:pPr>
              <w:keepNext/>
            </w:pPr>
          </w:p>
        </w:tc>
        <w:tc>
          <w:tcPr>
            <w:tcW w:w="4818" w:type="dxa"/>
            <w:gridSpan w:val="2"/>
          </w:tcPr>
          <w:p w14:paraId="55AFC3D0" w14:textId="77777777" w:rsidR="00B053CC" w:rsidRDefault="00116312">
            <w:pPr>
              <w:keepNext/>
            </w:pPr>
            <w:proofErr w:type="spellStart"/>
            <w:r>
              <w:rPr>
                <w:b/>
                <w:color w:val="0D5F78"/>
              </w:rPr>
              <w:t>Denumirea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titlul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documentației</w:t>
            </w:r>
            <w:proofErr w:type="spellEnd"/>
          </w:p>
          <w:p w14:paraId="52F7E983" w14:textId="77777777" w:rsidR="00B053CC" w:rsidRDefault="00B053CC">
            <w:pPr>
              <w:keepNext/>
            </w:pPr>
          </w:p>
        </w:tc>
      </w:tr>
      <w:tr w:rsidR="00B053CC" w14:paraId="27804066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4E24079C" w14:textId="77777777" w:rsidR="00B053CC" w:rsidRDefault="00116312">
            <w:pPr>
              <w:keepNext/>
            </w:pPr>
            <w:proofErr w:type="spellStart"/>
            <w:r>
              <w:rPr>
                <w:b/>
                <w:color w:val="0D5F78"/>
              </w:rPr>
              <w:t>elaborată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5744D518" w14:textId="77777777" w:rsidR="00B053CC" w:rsidRDefault="00B053CC">
            <w:pPr>
              <w:keepNext/>
            </w:pPr>
          </w:p>
        </w:tc>
        <w:tc>
          <w:tcPr>
            <w:tcW w:w="5621" w:type="dxa"/>
            <w:gridSpan w:val="3"/>
          </w:tcPr>
          <w:p w14:paraId="06AFE95E" w14:textId="77777777" w:rsidR="00B053CC" w:rsidRDefault="00116312">
            <w:pPr>
              <w:keepNext/>
            </w:pPr>
            <w:r>
              <w:rPr>
                <w:b/>
                <w:color w:val="0D5F78"/>
              </w:rPr>
              <w:t xml:space="preserve">cu </w:t>
            </w:r>
            <w:proofErr w:type="spellStart"/>
            <w:r>
              <w:rPr>
                <w:b/>
                <w:color w:val="0D5F78"/>
              </w:rPr>
              <w:t>sediul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în</w:t>
            </w:r>
            <w:proofErr w:type="spellEnd"/>
          </w:p>
          <w:p w14:paraId="259860FD" w14:textId="77777777" w:rsidR="00B053CC" w:rsidRDefault="00116312">
            <w:pPr>
              <w:keepNext/>
            </w:pPr>
            <w:proofErr w:type="spellStart"/>
            <w:r>
              <w:rPr>
                <w:i/>
                <w:color w:val="7A7A7A"/>
              </w:rPr>
              <w:t>județ</w:t>
            </w:r>
            <w:proofErr w:type="spellEnd"/>
            <w:r>
              <w:rPr>
                <w:i/>
                <w:color w:val="7A7A7A"/>
              </w:rPr>
              <w:t xml:space="preserve">, </w:t>
            </w:r>
            <w:proofErr w:type="spellStart"/>
            <w:r>
              <w:rPr>
                <w:i/>
                <w:color w:val="7A7A7A"/>
              </w:rPr>
              <w:t>municipiu</w:t>
            </w:r>
            <w:proofErr w:type="spellEnd"/>
            <w:r>
              <w:rPr>
                <w:i/>
                <w:color w:val="7A7A7A"/>
              </w:rPr>
              <w:t>/</w:t>
            </w:r>
            <w:proofErr w:type="spellStart"/>
            <w:r>
              <w:rPr>
                <w:i/>
                <w:color w:val="7A7A7A"/>
              </w:rPr>
              <w:t>oraș</w:t>
            </w:r>
            <w:proofErr w:type="spellEnd"/>
            <w:r>
              <w:rPr>
                <w:i/>
                <w:color w:val="7A7A7A"/>
              </w:rPr>
              <w:t>/</w:t>
            </w:r>
            <w:proofErr w:type="spellStart"/>
            <w:r>
              <w:rPr>
                <w:i/>
                <w:color w:val="7A7A7A"/>
              </w:rPr>
              <w:t>comună</w:t>
            </w:r>
            <w:proofErr w:type="spellEnd"/>
            <w:r>
              <w:rPr>
                <w:i/>
                <w:color w:val="7A7A7A"/>
              </w:rPr>
              <w:t xml:space="preserve">, sector/sat, cod </w:t>
            </w:r>
            <w:proofErr w:type="spellStart"/>
            <w:r>
              <w:rPr>
                <w:i/>
                <w:color w:val="7A7A7A"/>
              </w:rPr>
              <w:t>poștal</w:t>
            </w:r>
            <w:proofErr w:type="spellEnd"/>
            <w:r>
              <w:rPr>
                <w:i/>
                <w:color w:val="7A7A7A"/>
              </w:rPr>
              <w:t xml:space="preserve">, </w:t>
            </w:r>
            <w:proofErr w:type="spellStart"/>
            <w:r>
              <w:rPr>
                <w:i/>
                <w:color w:val="7A7A7A"/>
              </w:rPr>
              <w:t>stradă</w:t>
            </w:r>
            <w:proofErr w:type="spellEnd"/>
            <w:r>
              <w:rPr>
                <w:i/>
                <w:color w:val="7A7A7A"/>
              </w:rPr>
              <w:t>, nr., bl., sc., et., ap.</w:t>
            </w:r>
          </w:p>
          <w:p w14:paraId="61CD9955" w14:textId="77777777" w:rsidR="00B053CC" w:rsidRDefault="00B053CC">
            <w:pPr>
              <w:keepNext/>
            </w:pPr>
          </w:p>
        </w:tc>
      </w:tr>
      <w:tr w:rsidR="00B053CC" w14:paraId="13EFE22B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7E335FD1" w14:textId="77777777" w:rsidR="00B053CC" w:rsidRDefault="00116312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respectiv</w:t>
            </w:r>
            <w:proofErr w:type="spellEnd"/>
            <w:r>
              <w:rPr>
                <w:sz w:val="16"/>
              </w:rPr>
              <w:t xml:space="preserve"> de — </w:t>
            </w:r>
            <w:proofErr w:type="spellStart"/>
            <w:r>
              <w:rPr>
                <w:sz w:val="16"/>
              </w:rPr>
              <w:t>elaboratorul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proiectului</w:t>
            </w:r>
            <w:proofErr w:type="spellEnd"/>
            <w:r>
              <w:rPr>
                <w:sz w:val="16"/>
              </w:rPr>
              <w:t xml:space="preserve">, cu </w:t>
            </w:r>
            <w:proofErr w:type="spellStart"/>
            <w:r>
              <w:rPr>
                <w:sz w:val="16"/>
              </w:rPr>
              <w:t>drept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semnătură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potrivit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Legii</w:t>
            </w:r>
            <w:proofErr w:type="spellEnd"/>
            <w:r>
              <w:rPr>
                <w:sz w:val="16"/>
              </w:rPr>
              <w:t xml:space="preserve"> nr. 184/2001 </w:t>
            </w:r>
            <w:proofErr w:type="spellStart"/>
            <w:r>
              <w:rPr>
                <w:sz w:val="16"/>
              </w:rPr>
              <w:t>privind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organizarea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exercitarea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profesiei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arhitect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republicată</w:t>
            </w:r>
            <w:proofErr w:type="spellEnd"/>
          </w:p>
        </w:tc>
      </w:tr>
      <w:tr w:rsidR="00B053CC" w14:paraId="0C8340B4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4C44E3B" w14:textId="77777777" w:rsidR="00B053CC" w:rsidRDefault="00116312">
            <w:pPr>
              <w:keepNext/>
            </w:pPr>
            <w:proofErr w:type="spellStart"/>
            <w:r>
              <w:rPr>
                <w:b/>
                <w:color w:val="0D5F78"/>
              </w:rPr>
              <w:t>Elaboratorul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proiectului</w:t>
            </w:r>
            <w:proofErr w:type="spellEnd"/>
          </w:p>
          <w:p w14:paraId="29FA19A2" w14:textId="77777777" w:rsidR="00B053CC" w:rsidRDefault="00116312">
            <w:pPr>
              <w:keepNext/>
            </w:pPr>
            <w:proofErr w:type="spellStart"/>
            <w:r>
              <w:rPr>
                <w:i/>
                <w:color w:val="7A7A7A"/>
              </w:rPr>
              <w:t>numele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și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prenumele</w:t>
            </w:r>
            <w:proofErr w:type="spellEnd"/>
            <w:r>
              <w:rPr>
                <w:i/>
                <w:color w:val="7A7A7A"/>
              </w:rPr>
              <w:t xml:space="preserve">, </w:t>
            </w:r>
            <w:proofErr w:type="spellStart"/>
            <w:r>
              <w:rPr>
                <w:i/>
                <w:color w:val="7A7A7A"/>
              </w:rPr>
              <w:t>în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clar</w:t>
            </w:r>
            <w:proofErr w:type="spellEnd"/>
          </w:p>
          <w:p w14:paraId="7AB61A6A" w14:textId="77777777" w:rsidR="00B053CC" w:rsidRDefault="00B053CC">
            <w:pPr>
              <w:keepNext/>
            </w:pPr>
          </w:p>
        </w:tc>
        <w:tc>
          <w:tcPr>
            <w:tcW w:w="3212" w:type="dxa"/>
            <w:gridSpan w:val="3"/>
          </w:tcPr>
          <w:p w14:paraId="3720480C" w14:textId="77777777" w:rsidR="00B053CC" w:rsidRDefault="00116312">
            <w:pPr>
              <w:keepNext/>
            </w:pPr>
            <w:proofErr w:type="spellStart"/>
            <w:r>
              <w:rPr>
                <w:b/>
                <w:color w:val="0D5F78"/>
              </w:rPr>
              <w:t>Înscris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Tabloul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Național</w:t>
            </w:r>
            <w:proofErr w:type="spellEnd"/>
            <w:r>
              <w:rPr>
                <w:b/>
                <w:color w:val="0D5F78"/>
              </w:rPr>
              <w:t xml:space="preserve"> al </w:t>
            </w:r>
            <w:proofErr w:type="spellStart"/>
            <w:r>
              <w:rPr>
                <w:b/>
                <w:color w:val="0D5F78"/>
              </w:rPr>
              <w:t>Arhitecților</w:t>
            </w:r>
            <w:proofErr w:type="spellEnd"/>
            <w:r>
              <w:rPr>
                <w:b/>
                <w:color w:val="0D5F78"/>
              </w:rPr>
              <w:t xml:space="preserve"> cu nr.</w:t>
            </w:r>
          </w:p>
          <w:p w14:paraId="6C78D1CB" w14:textId="77777777" w:rsidR="00B053CC" w:rsidRDefault="00B053CC">
            <w:pPr>
              <w:keepNext/>
            </w:pPr>
          </w:p>
        </w:tc>
        <w:tc>
          <w:tcPr>
            <w:tcW w:w="3212" w:type="dxa"/>
          </w:tcPr>
          <w:p w14:paraId="721545FD" w14:textId="77777777" w:rsidR="00B053CC" w:rsidRDefault="00116312">
            <w:pPr>
              <w:keepNext/>
            </w:pPr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evidența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Filialei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teritoriale</w:t>
            </w:r>
            <w:proofErr w:type="spellEnd"/>
            <w:r>
              <w:rPr>
                <w:b/>
                <w:color w:val="0D5F78"/>
              </w:rPr>
              <w:t xml:space="preserve"> a O.A.R.</w:t>
            </w:r>
          </w:p>
          <w:p w14:paraId="352AF4D2" w14:textId="77777777" w:rsidR="00B053CC" w:rsidRDefault="00116312">
            <w:pPr>
              <w:keepNext/>
            </w:pPr>
            <w:proofErr w:type="spellStart"/>
            <w:r>
              <w:rPr>
                <w:i/>
                <w:color w:val="7A7A7A"/>
              </w:rPr>
              <w:t>denumirea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filialei</w:t>
            </w:r>
            <w:proofErr w:type="spellEnd"/>
          </w:p>
          <w:p w14:paraId="4BFEE425" w14:textId="77777777" w:rsidR="00B053CC" w:rsidRDefault="00B053CC">
            <w:pPr>
              <w:keepNext/>
            </w:pPr>
          </w:p>
        </w:tc>
      </w:tr>
      <w:tr w:rsidR="00B053CC" w14:paraId="76589E14" w14:textId="77777777">
        <w:trPr>
          <w:cantSplit/>
          <w:trHeight w:val="510"/>
        </w:trPr>
        <w:tc>
          <w:tcPr>
            <w:tcW w:w="9636" w:type="dxa"/>
            <w:gridSpan w:val="6"/>
          </w:tcPr>
          <w:p w14:paraId="2255E407" w14:textId="77777777" w:rsidR="00B053CC" w:rsidRDefault="00116312"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calitate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5419A194" w14:textId="77777777" w:rsidR="00B053CC" w:rsidRDefault="00116312"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arhitect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arhitect</w:t>
            </w:r>
            <w:proofErr w:type="spellEnd"/>
            <w:r>
              <w:rPr>
                <w:sz w:val="16"/>
              </w:rPr>
              <w:t xml:space="preserve"> conductor     ☐ </w:t>
            </w:r>
            <w:proofErr w:type="spellStart"/>
            <w:r>
              <w:rPr>
                <w:sz w:val="16"/>
              </w:rPr>
              <w:t>arhitect</w:t>
            </w:r>
            <w:proofErr w:type="spellEnd"/>
            <w:r>
              <w:rPr>
                <w:sz w:val="16"/>
              </w:rPr>
              <w:t xml:space="preserve"> de interior</w:t>
            </w:r>
          </w:p>
        </w:tc>
      </w:tr>
    </w:tbl>
    <w:p w14:paraId="40B55403" w14:textId="77777777" w:rsidR="00B053CC" w:rsidRDefault="00B053CC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053CC" w14:paraId="3EA22F4F" w14:textId="77777777">
        <w:trPr>
          <w:cantSplit/>
        </w:trPr>
        <w:tc>
          <w:tcPr>
            <w:tcW w:w="9636" w:type="dxa"/>
            <w:shd w:val="clear" w:color="auto" w:fill="F4F4F4"/>
          </w:tcPr>
          <w:p w14:paraId="0764BC8D" w14:textId="77777777" w:rsidR="00B053CC" w:rsidRDefault="00116312">
            <w:pPr>
              <w:keepNext/>
              <w:spacing w:line="228" w:lineRule="auto"/>
            </w:pPr>
            <w:proofErr w:type="spellStart"/>
            <w:r w:rsidRPr="00051E37">
              <w:rPr>
                <w:lang w:val="fr-FR"/>
              </w:rPr>
              <w:t>Termenul</w:t>
            </w:r>
            <w:proofErr w:type="spellEnd"/>
            <w:r w:rsidRPr="00051E37">
              <w:rPr>
                <w:lang w:val="fr-FR"/>
              </w:rPr>
              <w:t xml:space="preserve"> de </w:t>
            </w:r>
            <w:proofErr w:type="spellStart"/>
            <w:r w:rsidRPr="00051E37">
              <w:rPr>
                <w:lang w:val="fr-FR"/>
              </w:rPr>
              <w:t>valabilitate</w:t>
            </w:r>
            <w:proofErr w:type="spellEnd"/>
            <w:r w:rsidRPr="00051E37">
              <w:rPr>
                <w:lang w:val="fr-FR"/>
              </w:rPr>
              <w:t xml:space="preserve"> a </w:t>
            </w:r>
            <w:proofErr w:type="spellStart"/>
            <w:r w:rsidRPr="00051E37">
              <w:rPr>
                <w:lang w:val="fr-FR"/>
              </w:rPr>
              <w:t>autorizației</w:t>
            </w:r>
            <w:proofErr w:type="spellEnd"/>
            <w:r w:rsidRPr="00051E37">
              <w:rPr>
                <w:lang w:val="fr-FR"/>
              </w:rPr>
              <w:t xml:space="preserve"> </w:t>
            </w:r>
            <w:proofErr w:type="spellStart"/>
            <w:r w:rsidRPr="00051E37">
              <w:rPr>
                <w:lang w:val="fr-FR"/>
              </w:rPr>
              <w:t>este</w:t>
            </w:r>
            <w:proofErr w:type="spellEnd"/>
            <w:r w:rsidRPr="00051E37">
              <w:rPr>
                <w:lang w:val="fr-FR"/>
              </w:rPr>
              <w:t xml:space="preserve"> de 3 </w:t>
            </w:r>
            <w:proofErr w:type="spellStart"/>
            <w:r w:rsidRPr="00051E37">
              <w:rPr>
                <w:lang w:val="fr-FR"/>
              </w:rPr>
              <w:t>ani</w:t>
            </w:r>
            <w:proofErr w:type="spellEnd"/>
            <w:r w:rsidRPr="00051E37">
              <w:rPr>
                <w:lang w:val="fr-FR"/>
              </w:rPr>
              <w:t xml:space="preserve"> de la data </w:t>
            </w:r>
            <w:proofErr w:type="spellStart"/>
            <w:r w:rsidRPr="00051E37">
              <w:rPr>
                <w:lang w:val="fr-FR"/>
              </w:rPr>
              <w:t>emiterii</w:t>
            </w:r>
            <w:proofErr w:type="spellEnd"/>
            <w:r w:rsidRPr="00051E37">
              <w:rPr>
                <w:lang w:val="fr-FR"/>
              </w:rPr>
              <w:t xml:space="preserve">, </w:t>
            </w:r>
            <w:proofErr w:type="spellStart"/>
            <w:r w:rsidRPr="00051E37">
              <w:rPr>
                <w:lang w:val="fr-FR"/>
              </w:rPr>
              <w:t>interval</w:t>
            </w:r>
            <w:proofErr w:type="spellEnd"/>
            <w:r w:rsidRPr="00051E37">
              <w:rPr>
                <w:lang w:val="fr-FR"/>
              </w:rPr>
              <w:t xml:space="preserve"> de </w:t>
            </w:r>
            <w:proofErr w:type="spellStart"/>
            <w:r w:rsidRPr="00051E37">
              <w:rPr>
                <w:lang w:val="fr-FR"/>
              </w:rPr>
              <w:t>timp</w:t>
            </w:r>
            <w:proofErr w:type="spellEnd"/>
            <w:r w:rsidRPr="00051E37">
              <w:rPr>
                <w:lang w:val="fr-FR"/>
              </w:rPr>
              <w:t xml:space="preserve"> </w:t>
            </w:r>
            <w:proofErr w:type="spellStart"/>
            <w:r w:rsidRPr="00051E37">
              <w:rPr>
                <w:lang w:val="fr-FR"/>
              </w:rPr>
              <w:t>în</w:t>
            </w:r>
            <w:proofErr w:type="spellEnd"/>
            <w:r w:rsidRPr="00051E37">
              <w:rPr>
                <w:lang w:val="fr-FR"/>
              </w:rPr>
              <w:t xml:space="preserve"> care </w:t>
            </w:r>
            <w:proofErr w:type="spellStart"/>
            <w:r w:rsidRPr="00051E37">
              <w:rPr>
                <w:lang w:val="fr-FR"/>
              </w:rPr>
              <w:t>solicitantul</w:t>
            </w:r>
            <w:proofErr w:type="spellEnd"/>
            <w:r w:rsidRPr="00051E37">
              <w:rPr>
                <w:lang w:val="fr-FR"/>
              </w:rPr>
              <w:t xml:space="preserve"> are </w:t>
            </w:r>
            <w:proofErr w:type="spellStart"/>
            <w:r w:rsidRPr="00051E37">
              <w:rPr>
                <w:lang w:val="fr-FR"/>
              </w:rPr>
              <w:t>dreptul</w:t>
            </w:r>
            <w:proofErr w:type="spellEnd"/>
            <w:r w:rsidRPr="00051E37">
              <w:rPr>
                <w:lang w:val="fr-FR"/>
              </w:rPr>
              <w:t xml:space="preserve"> </w:t>
            </w:r>
            <w:proofErr w:type="gramStart"/>
            <w:r w:rsidRPr="00051E37">
              <w:rPr>
                <w:lang w:val="fr-FR"/>
              </w:rPr>
              <w:t>de a</w:t>
            </w:r>
            <w:proofErr w:type="gramEnd"/>
            <w:r w:rsidRPr="00051E37">
              <w:rPr>
                <w:lang w:val="fr-FR"/>
              </w:rPr>
              <w:t xml:space="preserve"> </w:t>
            </w:r>
            <w:proofErr w:type="spellStart"/>
            <w:r w:rsidRPr="00051E37">
              <w:rPr>
                <w:lang w:val="fr-FR"/>
              </w:rPr>
              <w:t>începe</w:t>
            </w:r>
            <w:proofErr w:type="spellEnd"/>
            <w:r w:rsidRPr="00051E37">
              <w:rPr>
                <w:lang w:val="fr-FR"/>
              </w:rPr>
              <w:t xml:space="preserve"> </w:t>
            </w:r>
            <w:proofErr w:type="spellStart"/>
            <w:r w:rsidRPr="00051E37">
              <w:rPr>
                <w:lang w:val="fr-FR"/>
              </w:rPr>
              <w:t>lucrările</w:t>
            </w:r>
            <w:proofErr w:type="spellEnd"/>
            <w:r w:rsidRPr="00051E37">
              <w:rPr>
                <w:lang w:val="fr-FR"/>
              </w:rPr>
              <w:t xml:space="preserve"> </w:t>
            </w:r>
            <w:proofErr w:type="spellStart"/>
            <w:r w:rsidRPr="00051E37">
              <w:rPr>
                <w:lang w:val="fr-FR"/>
              </w:rPr>
              <w:t>autorizate</w:t>
            </w:r>
            <w:proofErr w:type="spellEnd"/>
            <w:r w:rsidRPr="00051E37">
              <w:rPr>
                <w:lang w:val="fr-FR"/>
              </w:rPr>
              <w:t xml:space="preserve"> </w:t>
            </w:r>
            <w:proofErr w:type="spellStart"/>
            <w:r w:rsidRPr="00051E37">
              <w:rPr>
                <w:lang w:val="fr-FR"/>
              </w:rPr>
              <w:t>sau</w:t>
            </w:r>
            <w:proofErr w:type="spellEnd"/>
            <w:r w:rsidRPr="00051E37">
              <w:rPr>
                <w:lang w:val="fr-FR"/>
              </w:rPr>
              <w:t xml:space="preserve"> </w:t>
            </w:r>
            <w:proofErr w:type="spellStart"/>
            <w:r w:rsidRPr="00051E37">
              <w:rPr>
                <w:lang w:val="fr-FR"/>
              </w:rPr>
              <w:t>poate</w:t>
            </w:r>
            <w:proofErr w:type="spellEnd"/>
            <w:r w:rsidRPr="00051E37">
              <w:rPr>
                <w:lang w:val="fr-FR"/>
              </w:rPr>
              <w:t xml:space="preserve"> </w:t>
            </w:r>
            <w:proofErr w:type="spellStart"/>
            <w:r w:rsidRPr="00051E37">
              <w:rPr>
                <w:lang w:val="fr-FR"/>
              </w:rPr>
              <w:t>solicita</w:t>
            </w:r>
            <w:proofErr w:type="spellEnd"/>
            <w:r w:rsidRPr="00051E37">
              <w:rPr>
                <w:lang w:val="fr-FR"/>
              </w:rPr>
              <w:t xml:space="preserve"> o </w:t>
            </w:r>
            <w:proofErr w:type="spellStart"/>
            <w:r w:rsidRPr="00051E37">
              <w:rPr>
                <w:lang w:val="fr-FR"/>
              </w:rPr>
              <w:t>autorizație</w:t>
            </w:r>
            <w:proofErr w:type="spellEnd"/>
            <w:r w:rsidRPr="00051E37">
              <w:rPr>
                <w:lang w:val="fr-FR"/>
              </w:rPr>
              <w:t xml:space="preserve"> de </w:t>
            </w:r>
            <w:proofErr w:type="spellStart"/>
            <w:r w:rsidRPr="00051E37">
              <w:rPr>
                <w:lang w:val="fr-FR"/>
              </w:rPr>
              <w:t>modificare</w:t>
            </w:r>
            <w:proofErr w:type="spellEnd"/>
            <w:r w:rsidRPr="00051E37">
              <w:rPr>
                <w:lang w:val="fr-FR"/>
              </w:rPr>
              <w:t xml:space="preserve">. </w:t>
            </w:r>
            <w:proofErr w:type="spellStart"/>
            <w:r w:rsidRPr="00051E37">
              <w:rPr>
                <w:lang w:val="fr-FR"/>
              </w:rPr>
              <w:t>Termenul</w:t>
            </w:r>
            <w:proofErr w:type="spellEnd"/>
            <w:r w:rsidRPr="00051E37">
              <w:rPr>
                <w:lang w:val="fr-FR"/>
              </w:rPr>
              <w:t xml:space="preserve"> de </w:t>
            </w:r>
            <w:proofErr w:type="spellStart"/>
            <w:r w:rsidRPr="00051E37">
              <w:rPr>
                <w:lang w:val="fr-FR"/>
              </w:rPr>
              <w:t>valabilitate</w:t>
            </w:r>
            <w:proofErr w:type="spellEnd"/>
            <w:r w:rsidRPr="00051E37">
              <w:rPr>
                <w:lang w:val="fr-FR"/>
              </w:rPr>
              <w:t xml:space="preserve"> </w:t>
            </w:r>
            <w:proofErr w:type="spellStart"/>
            <w:r w:rsidRPr="00051E37">
              <w:rPr>
                <w:lang w:val="fr-FR"/>
              </w:rPr>
              <w:t>poate</w:t>
            </w:r>
            <w:proofErr w:type="spellEnd"/>
            <w:r w:rsidRPr="00051E37">
              <w:rPr>
                <w:lang w:val="fr-FR"/>
              </w:rPr>
              <w:t xml:space="preserve"> fi </w:t>
            </w:r>
            <w:proofErr w:type="spellStart"/>
            <w:r w:rsidRPr="00051E37">
              <w:rPr>
                <w:lang w:val="fr-FR"/>
              </w:rPr>
              <w:t>suspendat</w:t>
            </w:r>
            <w:proofErr w:type="spellEnd"/>
            <w:r w:rsidRPr="00051E37">
              <w:rPr>
                <w:lang w:val="fr-FR"/>
              </w:rPr>
              <w:t xml:space="preserve"> o </w:t>
            </w:r>
            <w:proofErr w:type="spellStart"/>
            <w:r w:rsidRPr="00051E37">
              <w:rPr>
                <w:lang w:val="fr-FR"/>
              </w:rPr>
              <w:t>sing</w:t>
            </w:r>
            <w:r w:rsidRPr="00051E37">
              <w:rPr>
                <w:lang w:val="fr-FR"/>
              </w:rPr>
              <w:t>ură</w:t>
            </w:r>
            <w:proofErr w:type="spellEnd"/>
            <w:r w:rsidRPr="00051E37">
              <w:rPr>
                <w:lang w:val="fr-FR"/>
              </w:rPr>
              <w:t xml:space="preserve"> </w:t>
            </w:r>
            <w:proofErr w:type="spellStart"/>
            <w:r w:rsidRPr="00051E37">
              <w:rPr>
                <w:lang w:val="fr-FR"/>
              </w:rPr>
              <w:t>dată</w:t>
            </w:r>
            <w:proofErr w:type="spellEnd"/>
            <w:r w:rsidRPr="00051E37">
              <w:rPr>
                <w:lang w:val="fr-FR"/>
              </w:rPr>
              <w:t xml:space="preserve"> </w:t>
            </w:r>
            <w:proofErr w:type="spellStart"/>
            <w:r w:rsidRPr="00051E37">
              <w:rPr>
                <w:lang w:val="fr-FR"/>
              </w:rPr>
              <w:t>în</w:t>
            </w:r>
            <w:proofErr w:type="spellEnd"/>
            <w:r w:rsidRPr="00051E37">
              <w:rPr>
                <w:lang w:val="fr-FR"/>
              </w:rPr>
              <w:t xml:space="preserve"> </w:t>
            </w:r>
            <w:proofErr w:type="spellStart"/>
            <w:r w:rsidRPr="00051E37">
              <w:rPr>
                <w:lang w:val="fr-FR"/>
              </w:rPr>
              <w:t>perioada</w:t>
            </w:r>
            <w:proofErr w:type="spellEnd"/>
            <w:r w:rsidRPr="00051E37">
              <w:rPr>
                <w:lang w:val="fr-FR"/>
              </w:rPr>
              <w:t xml:space="preserve"> de </w:t>
            </w:r>
            <w:proofErr w:type="spellStart"/>
            <w:r w:rsidRPr="00051E37">
              <w:rPr>
                <w:lang w:val="fr-FR"/>
              </w:rPr>
              <w:t>valabilitate</w:t>
            </w:r>
            <w:proofErr w:type="spellEnd"/>
            <w:r w:rsidRPr="00051E37">
              <w:rPr>
                <w:lang w:val="fr-FR"/>
              </w:rPr>
              <w:t xml:space="preserve"> a </w:t>
            </w:r>
            <w:proofErr w:type="spellStart"/>
            <w:r w:rsidRPr="00051E37">
              <w:rPr>
                <w:lang w:val="fr-FR"/>
              </w:rPr>
              <w:t>autorizației</w:t>
            </w:r>
            <w:proofErr w:type="spellEnd"/>
            <w:r w:rsidRPr="00051E37">
              <w:rPr>
                <w:lang w:val="fr-FR"/>
              </w:rPr>
              <w:t xml:space="preserve">, </w:t>
            </w:r>
            <w:proofErr w:type="spellStart"/>
            <w:r w:rsidRPr="00051E37">
              <w:rPr>
                <w:lang w:val="fr-FR"/>
              </w:rPr>
              <w:t>prin</w:t>
            </w:r>
            <w:proofErr w:type="spellEnd"/>
            <w:r w:rsidRPr="00051E37">
              <w:rPr>
                <w:lang w:val="fr-FR"/>
              </w:rPr>
              <w:t xml:space="preserve"> </w:t>
            </w:r>
            <w:proofErr w:type="spellStart"/>
            <w:r w:rsidRPr="00051E37">
              <w:rPr>
                <w:lang w:val="fr-FR"/>
              </w:rPr>
              <w:t>notificarea</w:t>
            </w:r>
            <w:proofErr w:type="spellEnd"/>
            <w:r w:rsidRPr="00051E37">
              <w:rPr>
                <w:lang w:val="fr-FR"/>
              </w:rPr>
              <w:t xml:space="preserve"> </w:t>
            </w:r>
            <w:proofErr w:type="spellStart"/>
            <w:r w:rsidRPr="00051E37">
              <w:rPr>
                <w:lang w:val="fr-FR"/>
              </w:rPr>
              <w:t>autorității</w:t>
            </w:r>
            <w:proofErr w:type="spellEnd"/>
            <w:r w:rsidRPr="00051E37">
              <w:rPr>
                <w:lang w:val="fr-FR"/>
              </w:rPr>
              <w:t xml:space="preserve"> </w:t>
            </w:r>
            <w:proofErr w:type="spellStart"/>
            <w:r w:rsidRPr="00051E37">
              <w:rPr>
                <w:lang w:val="fr-FR"/>
              </w:rPr>
              <w:t>emitente</w:t>
            </w:r>
            <w:proofErr w:type="spellEnd"/>
            <w:r w:rsidRPr="00051E37">
              <w:rPr>
                <w:lang w:val="fr-FR"/>
              </w:rPr>
              <w:t xml:space="preserve">, </w:t>
            </w:r>
            <w:proofErr w:type="spellStart"/>
            <w:r w:rsidRPr="00051E37">
              <w:rPr>
                <w:lang w:val="fr-FR"/>
              </w:rPr>
              <w:t>incluzând</w:t>
            </w:r>
            <w:proofErr w:type="spellEnd"/>
            <w:r w:rsidRPr="00051E37">
              <w:rPr>
                <w:lang w:val="fr-FR"/>
              </w:rPr>
              <w:t xml:space="preserve"> </w:t>
            </w:r>
            <w:proofErr w:type="spellStart"/>
            <w:r w:rsidRPr="00051E37">
              <w:rPr>
                <w:lang w:val="fr-FR"/>
              </w:rPr>
              <w:t>motivarea</w:t>
            </w:r>
            <w:proofErr w:type="spellEnd"/>
            <w:r w:rsidRPr="00051E37">
              <w:rPr>
                <w:lang w:val="fr-FR"/>
              </w:rPr>
              <w:t xml:space="preserve"> </w:t>
            </w:r>
            <w:proofErr w:type="spellStart"/>
            <w:r w:rsidRPr="00051E37">
              <w:rPr>
                <w:lang w:val="fr-FR"/>
              </w:rPr>
              <w:t>pentru</w:t>
            </w:r>
            <w:proofErr w:type="spellEnd"/>
            <w:r w:rsidRPr="00051E37">
              <w:rPr>
                <w:lang w:val="fr-FR"/>
              </w:rPr>
              <w:t xml:space="preserve"> care se </w:t>
            </w:r>
            <w:proofErr w:type="spellStart"/>
            <w:r w:rsidRPr="00051E37">
              <w:rPr>
                <w:lang w:val="fr-FR"/>
              </w:rPr>
              <w:t>solicită</w:t>
            </w:r>
            <w:proofErr w:type="spellEnd"/>
            <w:r w:rsidRPr="00051E37">
              <w:rPr>
                <w:lang w:val="fr-FR"/>
              </w:rPr>
              <w:t xml:space="preserve"> </w:t>
            </w:r>
            <w:proofErr w:type="spellStart"/>
            <w:r w:rsidRPr="00051E37">
              <w:rPr>
                <w:lang w:val="fr-FR"/>
              </w:rPr>
              <w:t>suspendarea</w:t>
            </w:r>
            <w:proofErr w:type="spellEnd"/>
            <w:r w:rsidRPr="00051E37">
              <w:rPr>
                <w:lang w:val="fr-FR"/>
              </w:rPr>
              <w:t xml:space="preserve">. </w:t>
            </w:r>
            <w:proofErr w:type="spellStart"/>
            <w:r>
              <w:t>Suspendarea</w:t>
            </w:r>
            <w:proofErr w:type="spellEnd"/>
            <w:r>
              <w:t xml:space="preserve"> </w:t>
            </w:r>
            <w:proofErr w:type="spellStart"/>
            <w:r>
              <w:t>valabilității</w:t>
            </w:r>
            <w:proofErr w:type="spellEnd"/>
            <w:r>
              <w:t xml:space="preserve"> nu </w:t>
            </w:r>
            <w:proofErr w:type="spellStart"/>
            <w:r>
              <w:t>poate</w:t>
            </w:r>
            <w:proofErr w:type="spellEnd"/>
            <w:r>
              <w:t xml:space="preserve"> </w:t>
            </w:r>
            <w:proofErr w:type="spellStart"/>
            <w:r>
              <w:t>depăși</w:t>
            </w:r>
            <w:proofErr w:type="spellEnd"/>
            <w:r>
              <w:t xml:space="preserve"> 12 </w:t>
            </w:r>
            <w:proofErr w:type="spellStart"/>
            <w:r>
              <w:t>luni</w:t>
            </w:r>
            <w:proofErr w:type="spellEnd"/>
            <w:r>
              <w:t>.</w:t>
            </w:r>
          </w:p>
        </w:tc>
      </w:tr>
      <w:tr w:rsidR="00B053CC" w:rsidRPr="00A038DB" w14:paraId="19740919" w14:textId="77777777">
        <w:trPr>
          <w:cantSplit/>
        </w:trPr>
        <w:tc>
          <w:tcPr>
            <w:tcW w:w="9636" w:type="dxa"/>
          </w:tcPr>
          <w:p w14:paraId="6EFDCB7A" w14:textId="77777777" w:rsidR="00B053CC" w:rsidRPr="00051E37" w:rsidRDefault="00116312">
            <w:pPr>
              <w:spacing w:line="228" w:lineRule="auto"/>
              <w:rPr>
                <w:lang w:val="fr-FR"/>
              </w:rPr>
            </w:pPr>
            <w:proofErr w:type="spellStart"/>
            <w:r w:rsidRPr="00051E37">
              <w:rPr>
                <w:i/>
                <w:sz w:val="17"/>
                <w:lang w:val="fr-FR"/>
              </w:rPr>
              <w:t>Durata</w:t>
            </w:r>
            <w:proofErr w:type="spellEnd"/>
            <w:r w:rsidRPr="00051E37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051E37">
              <w:rPr>
                <w:i/>
                <w:sz w:val="17"/>
                <w:lang w:val="fr-FR"/>
              </w:rPr>
              <w:t>execuție</w:t>
            </w:r>
            <w:proofErr w:type="spellEnd"/>
            <w:r w:rsidRPr="00051E37">
              <w:rPr>
                <w:i/>
                <w:sz w:val="17"/>
                <w:lang w:val="fr-FR"/>
              </w:rPr>
              <w:t xml:space="preserve"> a </w:t>
            </w:r>
            <w:proofErr w:type="spellStart"/>
            <w:r w:rsidRPr="00051E37">
              <w:rPr>
                <w:i/>
                <w:sz w:val="17"/>
                <w:lang w:val="fr-FR"/>
              </w:rPr>
              <w:t>lucrărilor</w:t>
            </w:r>
            <w:proofErr w:type="spellEnd"/>
            <w:r w:rsidRPr="00051E37">
              <w:rPr>
                <w:i/>
                <w:sz w:val="17"/>
                <w:lang w:val="fr-FR"/>
              </w:rPr>
              <w:t xml:space="preserve"> este de ……… </w:t>
            </w:r>
            <w:proofErr w:type="spellStart"/>
            <w:r w:rsidRPr="00051E37">
              <w:rPr>
                <w:i/>
                <w:sz w:val="17"/>
                <w:lang w:val="fr-FR"/>
              </w:rPr>
              <w:t>luni</w:t>
            </w:r>
            <w:proofErr w:type="spellEnd"/>
            <w:r w:rsidRPr="00051E37">
              <w:rPr>
                <w:i/>
                <w:sz w:val="17"/>
                <w:lang w:val="fr-FR"/>
              </w:rPr>
              <w:t xml:space="preserve"> / </w:t>
            </w:r>
            <w:proofErr w:type="spellStart"/>
            <w:r w:rsidRPr="00051E37">
              <w:rPr>
                <w:i/>
                <w:sz w:val="17"/>
                <w:lang w:val="fr-FR"/>
              </w:rPr>
              <w:t>zile</w:t>
            </w:r>
            <w:proofErr w:type="spellEnd"/>
            <w:r w:rsidRPr="00051E37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051E37">
              <w:rPr>
                <w:i/>
                <w:sz w:val="17"/>
                <w:lang w:val="fr-FR"/>
              </w:rPr>
              <w:t>calculată</w:t>
            </w:r>
            <w:proofErr w:type="spellEnd"/>
            <w:r w:rsidRPr="00051E37">
              <w:rPr>
                <w:i/>
                <w:sz w:val="17"/>
                <w:lang w:val="fr-FR"/>
              </w:rPr>
              <w:t xml:space="preserve"> de la data </w:t>
            </w:r>
            <w:proofErr w:type="spellStart"/>
            <w:r w:rsidRPr="00051E37">
              <w:rPr>
                <w:i/>
                <w:sz w:val="17"/>
                <w:lang w:val="fr-FR"/>
              </w:rPr>
              <w:t>începerii</w:t>
            </w:r>
            <w:proofErr w:type="spellEnd"/>
            <w:r w:rsidRPr="00051E37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051E37">
              <w:rPr>
                <w:i/>
                <w:sz w:val="17"/>
                <w:lang w:val="fr-FR"/>
              </w:rPr>
              <w:t>efective</w:t>
            </w:r>
            <w:proofErr w:type="spellEnd"/>
            <w:r w:rsidRPr="00051E37">
              <w:rPr>
                <w:i/>
                <w:sz w:val="17"/>
                <w:lang w:val="fr-FR"/>
              </w:rPr>
              <w:t xml:space="preserve"> a </w:t>
            </w:r>
            <w:proofErr w:type="spellStart"/>
            <w:r w:rsidRPr="00051E37">
              <w:rPr>
                <w:i/>
                <w:sz w:val="17"/>
                <w:lang w:val="fr-FR"/>
              </w:rPr>
              <w:t>lucrărilor</w:t>
            </w:r>
            <w:proofErr w:type="spellEnd"/>
            <w:r w:rsidRPr="00051E37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051E37">
              <w:rPr>
                <w:i/>
                <w:sz w:val="17"/>
                <w:lang w:val="fr-FR"/>
              </w:rPr>
              <w:t>dacă</w:t>
            </w:r>
            <w:proofErr w:type="spellEnd"/>
            <w:r w:rsidRPr="00051E37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051E37">
              <w:rPr>
                <w:i/>
                <w:sz w:val="17"/>
                <w:lang w:val="fr-FR"/>
              </w:rPr>
              <w:t>aceasta</w:t>
            </w:r>
            <w:proofErr w:type="spellEnd"/>
            <w:r w:rsidRPr="00051E37">
              <w:rPr>
                <w:i/>
                <w:sz w:val="17"/>
                <w:lang w:val="fr-FR"/>
              </w:rPr>
              <w:t xml:space="preserve"> a </w:t>
            </w:r>
            <w:proofErr w:type="spellStart"/>
            <w:r w:rsidRPr="00051E37">
              <w:rPr>
                <w:i/>
                <w:sz w:val="17"/>
                <w:lang w:val="fr-FR"/>
              </w:rPr>
              <w:t>fost</w:t>
            </w:r>
            <w:proofErr w:type="spellEnd"/>
            <w:r w:rsidRPr="00051E37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051E37">
              <w:rPr>
                <w:i/>
                <w:sz w:val="17"/>
                <w:lang w:val="fr-FR"/>
              </w:rPr>
              <w:t>anunțată</w:t>
            </w:r>
            <w:proofErr w:type="spellEnd"/>
            <w:r w:rsidRPr="00051E37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051E37">
              <w:rPr>
                <w:i/>
                <w:sz w:val="17"/>
                <w:lang w:val="fr-FR"/>
              </w:rPr>
              <w:t>în</w:t>
            </w:r>
            <w:proofErr w:type="spellEnd"/>
            <w:r w:rsidRPr="00051E37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051E37">
              <w:rPr>
                <w:i/>
                <w:sz w:val="17"/>
                <w:lang w:val="fr-FR"/>
              </w:rPr>
              <w:t>prealabil</w:t>
            </w:r>
            <w:proofErr w:type="spellEnd"/>
            <w:r w:rsidRPr="00051E37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051E37">
              <w:rPr>
                <w:i/>
                <w:sz w:val="17"/>
                <w:lang w:val="fr-FR"/>
              </w:rPr>
              <w:t>autorității</w:t>
            </w:r>
            <w:proofErr w:type="spellEnd"/>
            <w:r w:rsidRPr="00051E37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051E37">
              <w:rPr>
                <w:i/>
                <w:sz w:val="17"/>
                <w:lang w:val="fr-FR"/>
              </w:rPr>
              <w:t>administrației</w:t>
            </w:r>
            <w:proofErr w:type="spellEnd"/>
            <w:r w:rsidRPr="00051E37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051E37">
              <w:rPr>
                <w:i/>
                <w:sz w:val="17"/>
                <w:lang w:val="fr-FR"/>
              </w:rPr>
              <w:t>publice</w:t>
            </w:r>
            <w:proofErr w:type="spellEnd"/>
            <w:r w:rsidRPr="00051E37">
              <w:rPr>
                <w:i/>
                <w:sz w:val="17"/>
                <w:lang w:val="fr-FR"/>
              </w:rPr>
              <w:t xml:space="preserve"> care a </w:t>
            </w:r>
            <w:proofErr w:type="spellStart"/>
            <w:r w:rsidRPr="00051E37">
              <w:rPr>
                <w:i/>
                <w:sz w:val="17"/>
                <w:lang w:val="fr-FR"/>
              </w:rPr>
              <w:t>emis</w:t>
            </w:r>
            <w:proofErr w:type="spellEnd"/>
            <w:r w:rsidRPr="00051E37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051E37">
              <w:rPr>
                <w:i/>
                <w:sz w:val="17"/>
                <w:lang w:val="fr-FR"/>
              </w:rPr>
              <w:t>autorizația</w:t>
            </w:r>
            <w:proofErr w:type="spellEnd"/>
            <w:r w:rsidRPr="00051E37">
              <w:rPr>
                <w:i/>
                <w:sz w:val="17"/>
                <w:lang w:val="fr-FR"/>
              </w:rPr>
              <w:t xml:space="preserve"> de construire, </w:t>
            </w:r>
            <w:proofErr w:type="spellStart"/>
            <w:r w:rsidRPr="00051E37">
              <w:rPr>
                <w:i/>
                <w:sz w:val="17"/>
                <w:lang w:val="fr-FR"/>
              </w:rPr>
              <w:t>situație</w:t>
            </w:r>
            <w:proofErr w:type="spellEnd"/>
            <w:r w:rsidRPr="00051E37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051E37">
              <w:rPr>
                <w:i/>
                <w:sz w:val="17"/>
                <w:lang w:val="fr-FR"/>
              </w:rPr>
              <w:t>în</w:t>
            </w:r>
            <w:proofErr w:type="spellEnd"/>
            <w:r w:rsidRPr="00051E37">
              <w:rPr>
                <w:i/>
                <w:sz w:val="17"/>
                <w:lang w:val="fr-FR"/>
              </w:rPr>
              <w:t xml:space="preserve"> care </w:t>
            </w:r>
            <w:proofErr w:type="spellStart"/>
            <w:r w:rsidRPr="00051E37">
              <w:rPr>
                <w:i/>
                <w:sz w:val="17"/>
                <w:lang w:val="fr-FR"/>
              </w:rPr>
              <w:t>termenul</w:t>
            </w:r>
            <w:proofErr w:type="spellEnd"/>
            <w:r w:rsidRPr="00051E37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051E37">
              <w:rPr>
                <w:i/>
                <w:sz w:val="17"/>
                <w:lang w:val="fr-FR"/>
              </w:rPr>
              <w:t>valabilitate</w:t>
            </w:r>
            <w:proofErr w:type="spellEnd"/>
            <w:r w:rsidRPr="00051E37">
              <w:rPr>
                <w:i/>
                <w:sz w:val="17"/>
                <w:lang w:val="fr-FR"/>
              </w:rPr>
              <w:t xml:space="preserve"> se </w:t>
            </w:r>
            <w:proofErr w:type="spellStart"/>
            <w:r w:rsidRPr="00051E37">
              <w:rPr>
                <w:i/>
                <w:sz w:val="17"/>
                <w:lang w:val="fr-FR"/>
              </w:rPr>
              <w:t>extinde</w:t>
            </w:r>
            <w:proofErr w:type="spellEnd"/>
            <w:r w:rsidRPr="00051E37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051E37">
              <w:rPr>
                <w:i/>
                <w:sz w:val="17"/>
                <w:lang w:val="fr-FR"/>
              </w:rPr>
              <w:t>pe</w:t>
            </w:r>
            <w:proofErr w:type="spellEnd"/>
            <w:r w:rsidRPr="00051E37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051E37">
              <w:rPr>
                <w:i/>
                <w:sz w:val="17"/>
                <w:lang w:val="fr-FR"/>
              </w:rPr>
              <w:t>toată</w:t>
            </w:r>
            <w:proofErr w:type="spellEnd"/>
            <w:r w:rsidRPr="00051E37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051E37">
              <w:rPr>
                <w:i/>
                <w:sz w:val="17"/>
                <w:lang w:val="fr-FR"/>
              </w:rPr>
              <w:t>durata</w:t>
            </w:r>
            <w:proofErr w:type="spellEnd"/>
            <w:r w:rsidRPr="00051E37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051E37">
              <w:rPr>
                <w:i/>
                <w:sz w:val="17"/>
                <w:lang w:val="fr-FR"/>
              </w:rPr>
              <w:t>execuție</w:t>
            </w:r>
            <w:proofErr w:type="spellEnd"/>
            <w:r w:rsidRPr="00051E37">
              <w:rPr>
                <w:i/>
                <w:sz w:val="17"/>
                <w:lang w:val="fr-FR"/>
              </w:rPr>
              <w:t xml:space="preserve"> a</w:t>
            </w:r>
            <w:r w:rsidRPr="00051E37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051E37">
              <w:rPr>
                <w:i/>
                <w:sz w:val="17"/>
                <w:lang w:val="fr-FR"/>
              </w:rPr>
              <w:t>lucrărilor</w:t>
            </w:r>
            <w:proofErr w:type="spellEnd"/>
            <w:r w:rsidRPr="00051E37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051E37">
              <w:rPr>
                <w:i/>
                <w:sz w:val="17"/>
                <w:lang w:val="fr-FR"/>
              </w:rPr>
              <w:t>prevăzută</w:t>
            </w:r>
            <w:proofErr w:type="spellEnd"/>
            <w:r w:rsidRPr="00051E37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051E37">
              <w:rPr>
                <w:i/>
                <w:sz w:val="17"/>
                <w:lang w:val="fr-FR"/>
              </w:rPr>
              <w:t>prin</w:t>
            </w:r>
            <w:proofErr w:type="spellEnd"/>
            <w:r w:rsidRPr="00051E37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051E37">
              <w:rPr>
                <w:i/>
                <w:sz w:val="17"/>
                <w:lang w:val="fr-FR"/>
              </w:rPr>
              <w:t>autorizație</w:t>
            </w:r>
            <w:proofErr w:type="spellEnd"/>
            <w:r w:rsidRPr="00051E37">
              <w:rPr>
                <w:i/>
                <w:sz w:val="17"/>
                <w:lang w:val="fr-FR"/>
              </w:rPr>
              <w:t xml:space="preserve">. </w:t>
            </w:r>
            <w:proofErr w:type="spellStart"/>
            <w:r w:rsidRPr="00051E37">
              <w:rPr>
                <w:i/>
                <w:sz w:val="17"/>
                <w:lang w:val="fr-FR"/>
              </w:rPr>
              <w:t>În</w:t>
            </w:r>
            <w:proofErr w:type="spellEnd"/>
            <w:r w:rsidRPr="00051E37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051E37">
              <w:rPr>
                <w:i/>
                <w:sz w:val="17"/>
                <w:lang w:val="fr-FR"/>
              </w:rPr>
              <w:t>situația</w:t>
            </w:r>
            <w:proofErr w:type="spellEnd"/>
            <w:r w:rsidRPr="00051E37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051E37">
              <w:rPr>
                <w:i/>
                <w:sz w:val="17"/>
                <w:lang w:val="fr-FR"/>
              </w:rPr>
              <w:t>nerespectării</w:t>
            </w:r>
            <w:proofErr w:type="spellEnd"/>
            <w:r w:rsidRPr="00051E37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051E37">
              <w:rPr>
                <w:i/>
                <w:sz w:val="17"/>
                <w:lang w:val="fr-FR"/>
              </w:rPr>
              <w:t>obligației</w:t>
            </w:r>
            <w:proofErr w:type="spellEnd"/>
            <w:r w:rsidRPr="00051E37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051E37">
              <w:rPr>
                <w:i/>
                <w:sz w:val="17"/>
                <w:lang w:val="fr-FR"/>
              </w:rPr>
              <w:t>înștiințare</w:t>
            </w:r>
            <w:proofErr w:type="spellEnd"/>
            <w:r w:rsidRPr="00051E37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051E37">
              <w:rPr>
                <w:i/>
                <w:sz w:val="17"/>
                <w:lang w:val="fr-FR"/>
              </w:rPr>
              <w:t>durata</w:t>
            </w:r>
            <w:proofErr w:type="spellEnd"/>
            <w:r w:rsidRPr="00051E37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051E37">
              <w:rPr>
                <w:i/>
                <w:sz w:val="17"/>
                <w:lang w:val="fr-FR"/>
              </w:rPr>
              <w:t>execuție</w:t>
            </w:r>
            <w:proofErr w:type="spellEnd"/>
            <w:r w:rsidRPr="00051E37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051E37">
              <w:rPr>
                <w:i/>
                <w:sz w:val="17"/>
                <w:lang w:val="fr-FR"/>
              </w:rPr>
              <w:t>stabilită</w:t>
            </w:r>
            <w:proofErr w:type="spellEnd"/>
            <w:r w:rsidRPr="00051E37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051E37">
              <w:rPr>
                <w:i/>
                <w:sz w:val="17"/>
                <w:lang w:val="fr-FR"/>
              </w:rPr>
              <w:t>în</w:t>
            </w:r>
            <w:proofErr w:type="spellEnd"/>
            <w:r w:rsidRPr="00051E37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051E37">
              <w:rPr>
                <w:i/>
                <w:sz w:val="17"/>
                <w:lang w:val="fr-FR"/>
              </w:rPr>
              <w:t>autorizație</w:t>
            </w:r>
            <w:proofErr w:type="spellEnd"/>
            <w:r w:rsidRPr="00051E37">
              <w:rPr>
                <w:i/>
                <w:sz w:val="17"/>
                <w:lang w:val="fr-FR"/>
              </w:rPr>
              <w:t xml:space="preserve"> se </w:t>
            </w:r>
            <w:proofErr w:type="spellStart"/>
            <w:r w:rsidRPr="00051E37">
              <w:rPr>
                <w:i/>
                <w:sz w:val="17"/>
                <w:lang w:val="fr-FR"/>
              </w:rPr>
              <w:t>calculează</w:t>
            </w:r>
            <w:proofErr w:type="spellEnd"/>
            <w:r w:rsidRPr="00051E37">
              <w:rPr>
                <w:i/>
                <w:sz w:val="17"/>
                <w:lang w:val="fr-FR"/>
              </w:rPr>
              <w:t xml:space="preserve"> de la data </w:t>
            </w:r>
            <w:proofErr w:type="spellStart"/>
            <w:r w:rsidRPr="00051E37">
              <w:rPr>
                <w:i/>
                <w:sz w:val="17"/>
                <w:lang w:val="fr-FR"/>
              </w:rPr>
              <w:t>emiterii</w:t>
            </w:r>
            <w:proofErr w:type="spellEnd"/>
            <w:r w:rsidRPr="00051E37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051E37">
              <w:rPr>
                <w:i/>
                <w:sz w:val="17"/>
                <w:lang w:val="fr-FR"/>
              </w:rPr>
              <w:t>autorizației</w:t>
            </w:r>
            <w:proofErr w:type="spellEnd"/>
            <w:r w:rsidRPr="00051E37">
              <w:rPr>
                <w:i/>
                <w:sz w:val="17"/>
                <w:lang w:val="fr-FR"/>
              </w:rPr>
              <w:t xml:space="preserve"> de construire / </w:t>
            </w:r>
            <w:proofErr w:type="spellStart"/>
            <w:r w:rsidRPr="00051E37">
              <w:rPr>
                <w:i/>
                <w:sz w:val="17"/>
                <w:lang w:val="fr-FR"/>
              </w:rPr>
              <w:t>desființare</w:t>
            </w:r>
            <w:proofErr w:type="spellEnd"/>
            <w:r w:rsidRPr="00051E37">
              <w:rPr>
                <w:i/>
                <w:sz w:val="17"/>
                <w:lang w:val="fr-FR"/>
              </w:rPr>
              <w:t>.</w:t>
            </w:r>
          </w:p>
        </w:tc>
      </w:tr>
    </w:tbl>
    <w:p w14:paraId="138DCEA4" w14:textId="77777777" w:rsidR="00B053CC" w:rsidRPr="00051E37" w:rsidRDefault="00B053CC">
      <w:pPr>
        <w:spacing w:line="168" w:lineRule="auto"/>
        <w:rPr>
          <w:lang w:val="fr-FR"/>
        </w:rPr>
      </w:pPr>
    </w:p>
    <w:p w14:paraId="423D12CA" w14:textId="77777777" w:rsidR="00B053CC" w:rsidRPr="00051E37" w:rsidRDefault="00116312">
      <w:pPr>
        <w:spacing w:after="160"/>
        <w:jc w:val="center"/>
        <w:rPr>
          <w:lang w:val="fr-FR"/>
        </w:rPr>
      </w:pPr>
      <w:r w:rsidRPr="00051E37">
        <w:rPr>
          <w:b/>
          <w:sz w:val="20"/>
          <w:lang w:val="fr-FR"/>
        </w:rPr>
        <w:t xml:space="preserve">CU PRIVIRE LA AUTORIZAREA EXECUTĂRII </w:t>
      </w:r>
      <w:r w:rsidRPr="00051E37">
        <w:rPr>
          <w:b/>
          <w:sz w:val="20"/>
          <w:lang w:val="fr-FR"/>
        </w:rPr>
        <w:t xml:space="preserve">LUCRĂRILOR SE FAC URMĂTOARELE </w:t>
      </w:r>
      <w:proofErr w:type="gramStart"/>
      <w:r w:rsidRPr="00051E37">
        <w:rPr>
          <w:b/>
          <w:sz w:val="20"/>
          <w:lang w:val="fr-FR"/>
        </w:rPr>
        <w:t>PRECIZĂRI:</w:t>
      </w:r>
      <w:proofErr w:type="gramEnd"/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053CC" w14:paraId="660707D8" w14:textId="77777777">
        <w:trPr>
          <w:cantSplit/>
        </w:trPr>
        <w:tc>
          <w:tcPr>
            <w:tcW w:w="9636" w:type="dxa"/>
            <w:shd w:val="clear" w:color="auto" w:fill="F4F4F4"/>
          </w:tcPr>
          <w:p w14:paraId="3C06A57A" w14:textId="4F397262" w:rsidR="00B053CC" w:rsidRDefault="00116312">
            <w:pPr>
              <w:keepNext/>
            </w:pPr>
            <w:r w:rsidRPr="00051E37">
              <w:rPr>
                <w:b/>
                <w:sz w:val="16"/>
                <w:lang w:val="fr-FR"/>
              </w:rPr>
              <w:t xml:space="preserve"> </w:t>
            </w:r>
            <w:r w:rsidR="00051E37">
              <w:rPr>
                <w:b/>
                <w:sz w:val="16"/>
              </w:rPr>
              <w:t>6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 xml:space="preserve">PROIECTUL — PARTE INTEGRANTĂ </w:t>
            </w:r>
            <w:proofErr w:type="gramStart"/>
            <w:r>
              <w:rPr>
                <w:b/>
                <w:color w:val="000000"/>
                <w:sz w:val="18"/>
              </w:rPr>
              <w:t>A</w:t>
            </w:r>
            <w:proofErr w:type="gramEnd"/>
            <w:r>
              <w:rPr>
                <w:b/>
                <w:color w:val="000000"/>
                <w:sz w:val="18"/>
              </w:rPr>
              <w:t xml:space="preserve"> AUTORIZAȚIEI</w:t>
            </w:r>
          </w:p>
        </w:tc>
      </w:tr>
      <w:tr w:rsidR="00B053CC" w14:paraId="37966793" w14:textId="77777777">
        <w:trPr>
          <w:cantSplit/>
        </w:trPr>
        <w:tc>
          <w:tcPr>
            <w:tcW w:w="9636" w:type="dxa"/>
            <w:shd w:val="clear" w:color="auto" w:fill="F4F4F4"/>
          </w:tcPr>
          <w:p w14:paraId="36C4D118" w14:textId="67BB0AEE" w:rsidR="00B053CC" w:rsidRDefault="00116312">
            <w:pPr>
              <w:keepNext/>
              <w:spacing w:line="228" w:lineRule="auto"/>
            </w:pPr>
            <w:proofErr w:type="spellStart"/>
            <w:r>
              <w:t>Proiectul</w:t>
            </w:r>
            <w:proofErr w:type="spellEnd"/>
            <w:r>
              <w:t xml:space="preserve"> de </w:t>
            </w:r>
            <w:proofErr w:type="spellStart"/>
            <w:r>
              <w:t>autorizare</w:t>
            </w:r>
            <w:proofErr w:type="spellEnd"/>
            <w:r>
              <w:t xml:space="preserve"> a </w:t>
            </w:r>
            <w:proofErr w:type="spellStart"/>
            <w:r>
              <w:t>construirii</w:t>
            </w:r>
            <w:proofErr w:type="spellEnd"/>
            <w:r w:rsidR="00A038DB">
              <w:t xml:space="preserve"> / </w:t>
            </w:r>
            <w:proofErr w:type="spellStart"/>
            <w:r w:rsidR="00A038DB">
              <w:t>desființării</w:t>
            </w:r>
            <w:proofErr w:type="spellEnd"/>
            <w:r>
              <w:t xml:space="preserve"> — P.A.C.</w:t>
            </w:r>
            <w:r w:rsidR="00A038DB">
              <w:t>/P.A.D.</w:t>
            </w:r>
            <w:r>
              <w:t xml:space="preserve">, </w:t>
            </w:r>
            <w:proofErr w:type="spellStart"/>
            <w:r>
              <w:t>vizat</w:t>
            </w:r>
            <w:proofErr w:type="spellEnd"/>
            <w:r>
              <w:t xml:space="preserve"> </w:t>
            </w:r>
            <w:proofErr w:type="spellStart"/>
            <w:r>
              <w:t>spre</w:t>
            </w:r>
            <w:proofErr w:type="spellEnd"/>
            <w:r>
              <w:t xml:space="preserve"> </w:t>
            </w:r>
            <w:proofErr w:type="spellStart"/>
            <w:r>
              <w:t>neschimbare</w:t>
            </w:r>
            <w:proofErr w:type="spellEnd"/>
            <w:r>
              <w:t xml:space="preserve">, </w:t>
            </w:r>
            <w:proofErr w:type="spellStart"/>
            <w:r>
              <w:t>împreună</w:t>
            </w:r>
            <w:proofErr w:type="spellEnd"/>
            <w:r>
              <w:t xml:space="preserve"> cu </w:t>
            </w:r>
            <w:proofErr w:type="spellStart"/>
            <w:r>
              <w:t>toate</w:t>
            </w:r>
            <w:proofErr w:type="spellEnd"/>
            <w:r>
              <w:t xml:space="preserve"> </w:t>
            </w:r>
            <w:proofErr w:type="spellStart"/>
            <w:r>
              <w:t>avizele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acordurile</w:t>
            </w:r>
            <w:proofErr w:type="spellEnd"/>
            <w:r>
              <w:t xml:space="preserve"> </w:t>
            </w:r>
            <w:proofErr w:type="spellStart"/>
            <w:r>
              <w:t>obținute</w:t>
            </w:r>
            <w:proofErr w:type="spellEnd"/>
            <w:r>
              <w:t xml:space="preserve">, face </w:t>
            </w:r>
            <w:proofErr w:type="spellStart"/>
            <w:r>
              <w:t>parte</w:t>
            </w:r>
            <w:proofErr w:type="spellEnd"/>
            <w:r>
              <w:t xml:space="preserve"> </w:t>
            </w:r>
            <w:proofErr w:type="spellStart"/>
            <w:r>
              <w:t>integrantă</w:t>
            </w:r>
            <w:proofErr w:type="spellEnd"/>
            <w:r>
              <w:t xml:space="preserve"> </w:t>
            </w:r>
            <w:r>
              <w:t xml:space="preserve">din </w:t>
            </w:r>
            <w:proofErr w:type="spellStart"/>
            <w:r>
              <w:t>prezenta</w:t>
            </w:r>
            <w:proofErr w:type="spellEnd"/>
            <w:r>
              <w:t xml:space="preserve"> </w:t>
            </w:r>
            <w:proofErr w:type="spellStart"/>
            <w:r>
              <w:t>autorizație</w:t>
            </w:r>
            <w:proofErr w:type="spellEnd"/>
            <w:r>
              <w:t>.</w:t>
            </w:r>
          </w:p>
        </w:tc>
      </w:tr>
      <w:tr w:rsidR="00B053CC" w14:paraId="2D916974" w14:textId="77777777">
        <w:trPr>
          <w:cantSplit/>
        </w:trPr>
        <w:tc>
          <w:tcPr>
            <w:tcW w:w="9636" w:type="dxa"/>
          </w:tcPr>
          <w:p w14:paraId="201054C9" w14:textId="230125DA" w:rsidR="00B053CC" w:rsidRDefault="00116312">
            <w:pPr>
              <w:keepNext/>
              <w:spacing w:line="228" w:lineRule="auto"/>
            </w:pPr>
            <w:proofErr w:type="spellStart"/>
            <w:r>
              <w:rPr>
                <w:i/>
                <w:sz w:val="17"/>
              </w:rPr>
              <w:t>Executarea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lucrărilor</w:t>
            </w:r>
            <w:proofErr w:type="spellEnd"/>
            <w:r>
              <w:rPr>
                <w:i/>
                <w:sz w:val="17"/>
              </w:rPr>
              <w:t xml:space="preserve"> de </w:t>
            </w:r>
            <w:proofErr w:type="spellStart"/>
            <w:r>
              <w:rPr>
                <w:i/>
                <w:sz w:val="17"/>
              </w:rPr>
              <w:t>construire</w:t>
            </w:r>
            <w:proofErr w:type="spellEnd"/>
            <w:r>
              <w:rPr>
                <w:i/>
                <w:sz w:val="17"/>
              </w:rPr>
              <w:t xml:space="preserve"> / </w:t>
            </w:r>
            <w:proofErr w:type="spellStart"/>
            <w:r>
              <w:rPr>
                <w:i/>
                <w:sz w:val="17"/>
              </w:rPr>
              <w:t>desființare</w:t>
            </w:r>
            <w:proofErr w:type="spellEnd"/>
            <w:r>
              <w:rPr>
                <w:i/>
                <w:sz w:val="17"/>
              </w:rPr>
              <w:t xml:space="preserve"> cu </w:t>
            </w:r>
            <w:proofErr w:type="spellStart"/>
            <w:r>
              <w:rPr>
                <w:i/>
                <w:sz w:val="17"/>
              </w:rPr>
              <w:t>nerespectarea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întocmai</w:t>
            </w:r>
            <w:proofErr w:type="spellEnd"/>
            <w:r>
              <w:rPr>
                <w:i/>
                <w:sz w:val="17"/>
              </w:rPr>
              <w:t xml:space="preserve"> a P.A.C. </w:t>
            </w:r>
            <w:proofErr w:type="spellStart"/>
            <w:r>
              <w:rPr>
                <w:i/>
                <w:sz w:val="17"/>
              </w:rPr>
              <w:t>vizat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spre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neschimbare</w:t>
            </w:r>
            <w:proofErr w:type="spellEnd"/>
            <w:r w:rsidR="00051E37">
              <w:rPr>
                <w:i/>
                <w:sz w:val="17"/>
              </w:rPr>
              <w:t xml:space="preserve">, </w:t>
            </w:r>
            <w:proofErr w:type="spellStart"/>
            <w:r>
              <w:rPr>
                <w:i/>
                <w:sz w:val="17"/>
              </w:rPr>
              <w:t>inclusiv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gramStart"/>
            <w:r>
              <w:rPr>
                <w:i/>
                <w:sz w:val="17"/>
              </w:rPr>
              <w:t>a</w:t>
            </w:r>
            <w:proofErr w:type="gram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avizelor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și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acordurilor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obținute</w:t>
            </w:r>
            <w:proofErr w:type="spellEnd"/>
            <w:r w:rsidR="00051E37">
              <w:rPr>
                <w:i/>
                <w:sz w:val="17"/>
              </w:rPr>
              <w:t xml:space="preserve">, </w:t>
            </w:r>
            <w:proofErr w:type="spellStart"/>
            <w:r>
              <w:rPr>
                <w:i/>
                <w:sz w:val="17"/>
              </w:rPr>
              <w:t>constituie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infracțiune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sau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contravenție</w:t>
            </w:r>
            <w:proofErr w:type="spellEnd"/>
            <w:r>
              <w:rPr>
                <w:i/>
                <w:sz w:val="17"/>
              </w:rPr>
              <w:t xml:space="preserve">, </w:t>
            </w:r>
            <w:proofErr w:type="spellStart"/>
            <w:r>
              <w:rPr>
                <w:i/>
                <w:sz w:val="17"/>
              </w:rPr>
              <w:t>după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caz</w:t>
            </w:r>
            <w:proofErr w:type="spellEnd"/>
            <w:r>
              <w:rPr>
                <w:i/>
                <w:sz w:val="17"/>
              </w:rPr>
              <w:t xml:space="preserve">, </w:t>
            </w:r>
            <w:proofErr w:type="spellStart"/>
            <w:r>
              <w:rPr>
                <w:i/>
                <w:sz w:val="17"/>
              </w:rPr>
              <w:t>în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temeiul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prevederilor</w:t>
            </w:r>
            <w:proofErr w:type="spellEnd"/>
            <w:r>
              <w:rPr>
                <w:i/>
                <w:sz w:val="17"/>
              </w:rPr>
              <w:t xml:space="preserve"> </w:t>
            </w:r>
            <w:r>
              <w:rPr>
                <w:i/>
                <w:sz w:val="17"/>
              </w:rPr>
              <w:t xml:space="preserve">art. 356 </w:t>
            </w:r>
            <w:proofErr w:type="spellStart"/>
            <w:r>
              <w:rPr>
                <w:i/>
                <w:sz w:val="17"/>
              </w:rPr>
              <w:t>alin</w:t>
            </w:r>
            <w:proofErr w:type="spellEnd"/>
            <w:r>
              <w:rPr>
                <w:i/>
                <w:sz w:val="17"/>
              </w:rPr>
              <w:t xml:space="preserve">. (1), </w:t>
            </w:r>
            <w:proofErr w:type="spellStart"/>
            <w:r>
              <w:rPr>
                <w:i/>
                <w:sz w:val="17"/>
              </w:rPr>
              <w:t>respectiv</w:t>
            </w:r>
            <w:proofErr w:type="spellEnd"/>
            <w:r>
              <w:rPr>
                <w:i/>
                <w:sz w:val="17"/>
              </w:rPr>
              <w:t xml:space="preserve"> art. 357 </w:t>
            </w:r>
            <w:proofErr w:type="spellStart"/>
            <w:r>
              <w:rPr>
                <w:i/>
                <w:sz w:val="17"/>
              </w:rPr>
              <w:t>alin</w:t>
            </w:r>
            <w:proofErr w:type="spellEnd"/>
            <w:r>
              <w:rPr>
                <w:i/>
                <w:sz w:val="17"/>
              </w:rPr>
              <w:t xml:space="preserve">. (1) din </w:t>
            </w:r>
            <w:proofErr w:type="spellStart"/>
            <w:r>
              <w:rPr>
                <w:i/>
                <w:sz w:val="17"/>
              </w:rPr>
              <w:t>Legea</w:t>
            </w:r>
            <w:proofErr w:type="spellEnd"/>
            <w:r>
              <w:rPr>
                <w:i/>
                <w:sz w:val="17"/>
              </w:rPr>
              <w:t xml:space="preserve"> nr. 169/2026 </w:t>
            </w:r>
            <w:proofErr w:type="spellStart"/>
            <w:r>
              <w:rPr>
                <w:i/>
                <w:sz w:val="17"/>
              </w:rPr>
              <w:t>privind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Codul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amenajării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teritoriului</w:t>
            </w:r>
            <w:proofErr w:type="spellEnd"/>
            <w:r>
              <w:rPr>
                <w:i/>
                <w:sz w:val="17"/>
              </w:rPr>
              <w:t xml:space="preserve">, </w:t>
            </w:r>
            <w:proofErr w:type="spellStart"/>
            <w:r>
              <w:rPr>
                <w:i/>
                <w:sz w:val="17"/>
              </w:rPr>
              <w:t>urbanismului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și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construcțiilor</w:t>
            </w:r>
            <w:proofErr w:type="spellEnd"/>
            <w:r>
              <w:rPr>
                <w:i/>
                <w:sz w:val="17"/>
              </w:rPr>
              <w:t>.</w:t>
            </w:r>
          </w:p>
        </w:tc>
      </w:tr>
      <w:tr w:rsidR="00B053CC" w14:paraId="6924DFED" w14:textId="77777777">
        <w:trPr>
          <w:cantSplit/>
        </w:trPr>
        <w:tc>
          <w:tcPr>
            <w:tcW w:w="9636" w:type="dxa"/>
          </w:tcPr>
          <w:p w14:paraId="3E875717" w14:textId="77777777" w:rsidR="00B053CC" w:rsidRDefault="00116312">
            <w:pPr>
              <w:spacing w:line="228" w:lineRule="auto"/>
            </w:pPr>
            <w:proofErr w:type="spellStart"/>
            <w:r>
              <w:rPr>
                <w:i/>
                <w:sz w:val="17"/>
              </w:rPr>
              <w:t>Începerea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executării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lucrărilor</w:t>
            </w:r>
            <w:proofErr w:type="spellEnd"/>
            <w:r>
              <w:rPr>
                <w:i/>
                <w:sz w:val="17"/>
              </w:rPr>
              <w:t xml:space="preserve"> de </w:t>
            </w:r>
            <w:proofErr w:type="spellStart"/>
            <w:r>
              <w:rPr>
                <w:i/>
                <w:sz w:val="17"/>
              </w:rPr>
              <w:t>construire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este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permisă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exclusiv</w:t>
            </w:r>
            <w:proofErr w:type="spellEnd"/>
            <w:r>
              <w:rPr>
                <w:i/>
                <w:sz w:val="17"/>
              </w:rPr>
              <w:t xml:space="preserve"> pe </w:t>
            </w:r>
            <w:proofErr w:type="spellStart"/>
            <w:r>
              <w:rPr>
                <w:i/>
                <w:sz w:val="17"/>
              </w:rPr>
              <w:t>baza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unui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proiect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tehnic</w:t>
            </w:r>
            <w:proofErr w:type="spellEnd"/>
            <w:r>
              <w:rPr>
                <w:i/>
                <w:sz w:val="17"/>
              </w:rPr>
              <w:t xml:space="preserve"> de </w:t>
            </w:r>
            <w:proofErr w:type="spellStart"/>
            <w:r>
              <w:rPr>
                <w:i/>
                <w:sz w:val="17"/>
              </w:rPr>
              <w:t>execuție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elaborat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și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verificat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în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condițiile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legii</w:t>
            </w:r>
            <w:proofErr w:type="spellEnd"/>
            <w:r>
              <w:rPr>
                <w:i/>
                <w:sz w:val="17"/>
              </w:rPr>
              <w:t xml:space="preserve">, precum </w:t>
            </w:r>
            <w:proofErr w:type="spellStart"/>
            <w:r>
              <w:rPr>
                <w:i/>
                <w:sz w:val="17"/>
              </w:rPr>
              <w:t>și</w:t>
            </w:r>
            <w:proofErr w:type="spellEnd"/>
            <w:r>
              <w:rPr>
                <w:i/>
                <w:sz w:val="17"/>
              </w:rPr>
              <w:t xml:space="preserve"> a </w:t>
            </w:r>
            <w:proofErr w:type="spellStart"/>
            <w:r>
              <w:rPr>
                <w:i/>
                <w:sz w:val="17"/>
              </w:rPr>
              <w:t>detaliilor</w:t>
            </w:r>
            <w:proofErr w:type="spellEnd"/>
            <w:r>
              <w:rPr>
                <w:i/>
                <w:sz w:val="17"/>
              </w:rPr>
              <w:t xml:space="preserve"> de </w:t>
            </w:r>
            <w:proofErr w:type="spellStart"/>
            <w:r>
              <w:rPr>
                <w:i/>
                <w:sz w:val="17"/>
              </w:rPr>
              <w:t>execuție</w:t>
            </w:r>
            <w:proofErr w:type="spellEnd"/>
            <w:r>
              <w:rPr>
                <w:i/>
                <w:sz w:val="17"/>
              </w:rPr>
              <w:t xml:space="preserve">, </w:t>
            </w:r>
            <w:proofErr w:type="spellStart"/>
            <w:r>
              <w:rPr>
                <w:i/>
                <w:sz w:val="17"/>
              </w:rPr>
              <w:t>acolo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unde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acestea</w:t>
            </w:r>
            <w:proofErr w:type="spellEnd"/>
            <w:r>
              <w:rPr>
                <w:i/>
                <w:sz w:val="17"/>
              </w:rPr>
              <w:t xml:space="preserve"> sunt </w:t>
            </w:r>
            <w:proofErr w:type="spellStart"/>
            <w:r>
              <w:rPr>
                <w:i/>
                <w:sz w:val="17"/>
              </w:rPr>
              <w:t>obligatorii</w:t>
            </w:r>
            <w:proofErr w:type="spellEnd"/>
            <w:r>
              <w:rPr>
                <w:i/>
                <w:sz w:val="17"/>
              </w:rPr>
              <w:t>.</w:t>
            </w:r>
          </w:p>
        </w:tc>
      </w:tr>
    </w:tbl>
    <w:p w14:paraId="521DDDBD" w14:textId="70ECA054" w:rsidR="00B053CC" w:rsidRDefault="00B053CC"/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053CC" w14:paraId="7CC891B9" w14:textId="77777777">
        <w:trPr>
          <w:cantSplit/>
        </w:trPr>
        <w:tc>
          <w:tcPr>
            <w:tcW w:w="9636" w:type="dxa"/>
            <w:shd w:val="clear" w:color="auto" w:fill="F4F4F4"/>
          </w:tcPr>
          <w:p w14:paraId="5ED06BE8" w14:textId="367F5ECD" w:rsidR="00B053CC" w:rsidRDefault="00116312">
            <w:pPr>
              <w:keepNext/>
            </w:pPr>
            <w:r>
              <w:rPr>
                <w:b/>
                <w:sz w:val="16"/>
              </w:rPr>
              <w:t xml:space="preserve"> </w:t>
            </w:r>
            <w:r w:rsidR="00051E37">
              <w:rPr>
                <w:b/>
                <w:sz w:val="16"/>
              </w:rPr>
              <w:t>7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TITULARUL AUTORIZAȚIEI ARE URMĂTOARELE OBLIGAȚII</w:t>
            </w:r>
          </w:p>
        </w:tc>
      </w:tr>
      <w:tr w:rsidR="00B053CC" w14:paraId="3E636D39" w14:textId="77777777">
        <w:trPr>
          <w:cantSplit/>
        </w:trPr>
        <w:tc>
          <w:tcPr>
            <w:tcW w:w="9636" w:type="dxa"/>
            <w:shd w:val="clear" w:color="auto" w:fill="F4F4F4"/>
          </w:tcPr>
          <w:p w14:paraId="358B5C5F" w14:textId="77777777" w:rsidR="00B053CC" w:rsidRDefault="00116312">
            <w:pPr>
              <w:keepNext/>
              <w:spacing w:line="228" w:lineRule="auto"/>
            </w:pPr>
            <w:r>
              <w:t xml:space="preserve">1. </w:t>
            </w:r>
            <w:proofErr w:type="spellStart"/>
            <w:r>
              <w:t>să</w:t>
            </w:r>
            <w:proofErr w:type="spellEnd"/>
            <w:r>
              <w:t xml:space="preserve"> </w:t>
            </w:r>
            <w:proofErr w:type="spellStart"/>
            <w:r>
              <w:t>anunțe</w:t>
            </w:r>
            <w:proofErr w:type="spellEnd"/>
            <w:r>
              <w:t xml:space="preserve"> data </w:t>
            </w:r>
            <w:proofErr w:type="spellStart"/>
            <w:r>
              <w:t>începerii</w:t>
            </w:r>
            <w:proofErr w:type="spellEnd"/>
            <w:r>
              <w:t xml:space="preserve"> </w:t>
            </w:r>
            <w:proofErr w:type="spellStart"/>
            <w:r>
              <w:t>lucrărilor</w:t>
            </w:r>
            <w:proofErr w:type="spellEnd"/>
            <w:r>
              <w:t xml:space="preserve"> </w:t>
            </w:r>
            <w:proofErr w:type="spellStart"/>
            <w:r>
              <w:t>autorizate</w:t>
            </w:r>
            <w:proofErr w:type="spellEnd"/>
            <w:r>
              <w:t xml:space="preserve">, </w:t>
            </w:r>
            <w:proofErr w:type="spellStart"/>
            <w:r>
              <w:t>prin</w:t>
            </w:r>
            <w:proofErr w:type="spellEnd"/>
            <w:r>
              <w:t xml:space="preserve"> </w:t>
            </w:r>
            <w:proofErr w:type="spellStart"/>
            <w:r>
              <w:t>trimiterea</w:t>
            </w:r>
            <w:proofErr w:type="spellEnd"/>
            <w:r>
              <w:t xml:space="preserve"> </w:t>
            </w:r>
            <w:proofErr w:type="spellStart"/>
            <w:r>
              <w:t>înștiințării</w:t>
            </w:r>
            <w:proofErr w:type="spellEnd"/>
            <w:r>
              <w:t xml:space="preserve"> conf</w:t>
            </w:r>
            <w:r>
              <w:t xml:space="preserve">orm </w:t>
            </w:r>
            <w:proofErr w:type="spellStart"/>
            <w:r>
              <w:t>formularului</w:t>
            </w:r>
            <w:proofErr w:type="spellEnd"/>
            <w:r>
              <w:t xml:space="preserve"> </w:t>
            </w:r>
            <w:proofErr w:type="spellStart"/>
            <w:r>
              <w:t>anexat</w:t>
            </w:r>
            <w:proofErr w:type="spellEnd"/>
            <w:r>
              <w:t xml:space="preserve"> </w:t>
            </w:r>
            <w:proofErr w:type="spellStart"/>
            <w:r>
              <w:t>autorizației</w:t>
            </w:r>
            <w:proofErr w:type="spellEnd"/>
            <w:r>
              <w:t xml:space="preserve"> la </w:t>
            </w:r>
            <w:proofErr w:type="spellStart"/>
            <w:r>
              <w:t>autoritatea</w:t>
            </w:r>
            <w:proofErr w:type="spellEnd"/>
            <w:r>
              <w:t xml:space="preserve"> </w:t>
            </w:r>
            <w:proofErr w:type="spellStart"/>
            <w:r>
              <w:t>administrației</w:t>
            </w:r>
            <w:proofErr w:type="spellEnd"/>
            <w:r>
              <w:t xml:space="preserve"> </w:t>
            </w:r>
            <w:proofErr w:type="spellStart"/>
            <w:r>
              <w:t>publice</w:t>
            </w:r>
            <w:proofErr w:type="spellEnd"/>
            <w:r>
              <w:t xml:space="preserve"> locale </w:t>
            </w:r>
            <w:proofErr w:type="spellStart"/>
            <w:r>
              <w:t>emitentă</w:t>
            </w:r>
            <w:proofErr w:type="spellEnd"/>
            <w:r>
              <w:t xml:space="preserve"> </w:t>
            </w:r>
            <w:proofErr w:type="gramStart"/>
            <w:r>
              <w:t>a</w:t>
            </w:r>
            <w:proofErr w:type="gramEnd"/>
            <w:r>
              <w:t xml:space="preserve"> </w:t>
            </w:r>
            <w:proofErr w:type="spellStart"/>
            <w:r>
              <w:t>autorizației</w:t>
            </w:r>
            <w:proofErr w:type="spellEnd"/>
            <w:r>
              <w:t xml:space="preserve">, sub </w:t>
            </w:r>
            <w:proofErr w:type="spellStart"/>
            <w:r>
              <w:t>sancțiunea</w:t>
            </w:r>
            <w:proofErr w:type="spellEnd"/>
            <w:r>
              <w:t xml:space="preserve"> </w:t>
            </w:r>
            <w:proofErr w:type="spellStart"/>
            <w:r>
              <w:t>calculării</w:t>
            </w:r>
            <w:proofErr w:type="spellEnd"/>
            <w:r>
              <w:t xml:space="preserve"> </w:t>
            </w:r>
            <w:proofErr w:type="spellStart"/>
            <w:r>
              <w:t>duratei</w:t>
            </w:r>
            <w:proofErr w:type="spellEnd"/>
            <w:r>
              <w:t xml:space="preserve"> de </w:t>
            </w:r>
            <w:proofErr w:type="spellStart"/>
            <w:r>
              <w:t>execuție</w:t>
            </w:r>
            <w:proofErr w:type="spellEnd"/>
            <w:r>
              <w:t xml:space="preserve"> </w:t>
            </w:r>
            <w:proofErr w:type="spellStart"/>
            <w:r>
              <w:t>stabilite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autorizație</w:t>
            </w:r>
            <w:proofErr w:type="spellEnd"/>
            <w:r>
              <w:t xml:space="preserve"> de la data </w:t>
            </w:r>
            <w:proofErr w:type="spellStart"/>
            <w:r>
              <w:t>emiterii</w:t>
            </w:r>
            <w:proofErr w:type="spellEnd"/>
            <w:r>
              <w:t xml:space="preserve"> </w:t>
            </w:r>
            <w:proofErr w:type="spellStart"/>
            <w:r>
              <w:t>acesteia</w:t>
            </w:r>
            <w:proofErr w:type="spellEnd"/>
            <w:r>
              <w:t>;</w:t>
            </w:r>
          </w:p>
        </w:tc>
      </w:tr>
      <w:tr w:rsidR="00B053CC" w14:paraId="52C7B25F" w14:textId="77777777">
        <w:trPr>
          <w:cantSplit/>
        </w:trPr>
        <w:tc>
          <w:tcPr>
            <w:tcW w:w="9636" w:type="dxa"/>
            <w:shd w:val="clear" w:color="auto" w:fill="F4F4F4"/>
          </w:tcPr>
          <w:p w14:paraId="0761ECD7" w14:textId="5827E90A" w:rsidR="00B053CC" w:rsidRDefault="00116312">
            <w:pPr>
              <w:keepNext/>
              <w:spacing w:line="228" w:lineRule="auto"/>
            </w:pPr>
            <w:r>
              <w:t xml:space="preserve">2. </w:t>
            </w:r>
            <w:proofErr w:type="spellStart"/>
            <w:r>
              <w:t>să</w:t>
            </w:r>
            <w:proofErr w:type="spellEnd"/>
            <w:r>
              <w:t xml:space="preserve"> </w:t>
            </w:r>
            <w:proofErr w:type="spellStart"/>
            <w:r>
              <w:t>anunțe</w:t>
            </w:r>
            <w:proofErr w:type="spellEnd"/>
            <w:r>
              <w:t xml:space="preserve"> data </w:t>
            </w:r>
            <w:proofErr w:type="spellStart"/>
            <w:r>
              <w:t>începerii</w:t>
            </w:r>
            <w:proofErr w:type="spellEnd"/>
            <w:r>
              <w:t xml:space="preserve"> </w:t>
            </w:r>
            <w:proofErr w:type="spellStart"/>
            <w:r>
              <w:t>lucrărilor</w:t>
            </w:r>
            <w:proofErr w:type="spellEnd"/>
            <w:r>
              <w:t xml:space="preserve"> </w:t>
            </w:r>
            <w:proofErr w:type="spellStart"/>
            <w:r>
              <w:t>autoriza</w:t>
            </w:r>
            <w:r>
              <w:t>te</w:t>
            </w:r>
            <w:proofErr w:type="spellEnd"/>
            <w:r>
              <w:t xml:space="preserve">, </w:t>
            </w:r>
            <w:proofErr w:type="spellStart"/>
            <w:r>
              <w:t>prin</w:t>
            </w:r>
            <w:proofErr w:type="spellEnd"/>
            <w:r>
              <w:t xml:space="preserve"> </w:t>
            </w:r>
            <w:proofErr w:type="spellStart"/>
            <w:r>
              <w:t>trimiterea</w:t>
            </w:r>
            <w:proofErr w:type="spellEnd"/>
            <w:r>
              <w:t xml:space="preserve"> </w:t>
            </w:r>
            <w:proofErr w:type="spellStart"/>
            <w:r>
              <w:t>înștiințării</w:t>
            </w:r>
            <w:proofErr w:type="spellEnd"/>
            <w:r>
              <w:t xml:space="preserve"> conform </w:t>
            </w:r>
            <w:proofErr w:type="spellStart"/>
            <w:r>
              <w:t>formular</w:t>
            </w:r>
            <w:r w:rsidR="00051E37">
              <w:t>elor</w:t>
            </w:r>
            <w:proofErr w:type="spellEnd"/>
            <w:r w:rsidR="00051E37">
              <w:t xml:space="preserve"> F_A_</w:t>
            </w:r>
            <w:proofErr w:type="gramStart"/>
            <w:r w:rsidR="00C74459">
              <w:t>07</w:t>
            </w:r>
            <w:r w:rsidR="00051E37">
              <w:t xml:space="preserve">, </w:t>
            </w:r>
            <w:r w:rsidR="00A038DB">
              <w:t xml:space="preserve"> </w:t>
            </w:r>
            <w:r w:rsidR="00051E37">
              <w:t>F</w:t>
            </w:r>
            <w:proofErr w:type="gramEnd"/>
            <w:r w:rsidR="00051E37">
              <w:t>_A_</w:t>
            </w:r>
            <w:r w:rsidR="00C74459">
              <w:t>09</w:t>
            </w:r>
            <w:r>
              <w:t xml:space="preserve"> </w:t>
            </w:r>
            <w:proofErr w:type="spellStart"/>
            <w:r>
              <w:t>anexat</w:t>
            </w:r>
            <w:r w:rsidR="00051E37">
              <w:t>e</w:t>
            </w:r>
            <w:proofErr w:type="spellEnd"/>
            <w:r>
              <w:t xml:space="preserve"> </w:t>
            </w:r>
            <w:proofErr w:type="spellStart"/>
            <w:r>
              <w:t>autorizației</w:t>
            </w:r>
            <w:proofErr w:type="spellEnd"/>
            <w:r>
              <w:t xml:space="preserve"> la </w:t>
            </w:r>
            <w:proofErr w:type="spellStart"/>
            <w:r w:rsidR="00051E37">
              <w:t>autoritatea</w:t>
            </w:r>
            <w:proofErr w:type="spellEnd"/>
            <w:r w:rsidR="00051E37">
              <w:t xml:space="preserve"> </w:t>
            </w:r>
            <w:proofErr w:type="spellStart"/>
            <w:r w:rsidR="00051E37">
              <w:t>publică</w:t>
            </w:r>
            <w:proofErr w:type="spellEnd"/>
            <w:r w:rsidR="00051E37">
              <w:t xml:space="preserve"> </w:t>
            </w:r>
            <w:proofErr w:type="spellStart"/>
            <w:r w:rsidR="00051E37">
              <w:t>locală</w:t>
            </w:r>
            <w:proofErr w:type="spellEnd"/>
            <w:r w:rsidR="00051E37">
              <w:t xml:space="preserve"> </w:t>
            </w:r>
            <w:proofErr w:type="spellStart"/>
            <w:r w:rsidR="00051E37">
              <w:t>emitentă</w:t>
            </w:r>
            <w:proofErr w:type="spellEnd"/>
            <w:r w:rsidR="00051E37">
              <w:t xml:space="preserve">, </w:t>
            </w:r>
            <w:proofErr w:type="spellStart"/>
            <w:r w:rsidR="00051E37">
              <w:t>respectiv</w:t>
            </w:r>
            <w:proofErr w:type="spellEnd"/>
            <w:r w:rsidR="00051E37">
              <w:t xml:space="preserve"> la </w:t>
            </w:r>
            <w:proofErr w:type="spellStart"/>
            <w:r>
              <w:t>inspectoratul</w:t>
            </w:r>
            <w:proofErr w:type="spellEnd"/>
            <w:r>
              <w:t xml:space="preserve"> </w:t>
            </w:r>
            <w:proofErr w:type="spellStart"/>
            <w:r>
              <w:t>teritorial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construcții</w:t>
            </w:r>
            <w:proofErr w:type="spellEnd"/>
            <w:r>
              <w:t xml:space="preserve">, </w:t>
            </w:r>
            <w:proofErr w:type="spellStart"/>
            <w:r>
              <w:t>împreună</w:t>
            </w:r>
            <w:proofErr w:type="spellEnd"/>
            <w:r>
              <w:t xml:space="preserve"> cu </w:t>
            </w:r>
            <w:proofErr w:type="spellStart"/>
            <w:r>
              <w:t>dovada</w:t>
            </w:r>
            <w:proofErr w:type="spellEnd"/>
            <w:r>
              <w:t xml:space="preserve"> </w:t>
            </w:r>
            <w:proofErr w:type="spellStart"/>
            <w:r>
              <w:t>achitării</w:t>
            </w:r>
            <w:proofErr w:type="spellEnd"/>
            <w:r>
              <w:t xml:space="preserve"> </w:t>
            </w:r>
            <w:proofErr w:type="spellStart"/>
            <w:r>
              <w:t>cotei</w:t>
            </w:r>
            <w:proofErr w:type="spellEnd"/>
            <w:r>
              <w:t xml:space="preserve"> </w:t>
            </w:r>
            <w:proofErr w:type="spellStart"/>
            <w:r>
              <w:t>legale</w:t>
            </w:r>
            <w:proofErr w:type="spellEnd"/>
            <w:r>
              <w:t xml:space="preserve"> de 0,1% din </w:t>
            </w:r>
            <w:proofErr w:type="spellStart"/>
            <w:r>
              <w:t>valoarea</w:t>
            </w:r>
            <w:proofErr w:type="spellEnd"/>
            <w:r>
              <w:t xml:space="preserve"> </w:t>
            </w:r>
            <w:proofErr w:type="spellStart"/>
            <w:r>
              <w:t>autoriza</w:t>
            </w:r>
            <w:r>
              <w:t>tă</w:t>
            </w:r>
            <w:proofErr w:type="spellEnd"/>
            <w:r>
              <w:t xml:space="preserve"> a </w:t>
            </w:r>
            <w:proofErr w:type="spellStart"/>
            <w:r>
              <w:t>lucrărilor</w:t>
            </w:r>
            <w:proofErr w:type="spellEnd"/>
            <w:r>
              <w:t xml:space="preserve"> de </w:t>
            </w:r>
            <w:proofErr w:type="spellStart"/>
            <w:r>
              <w:t>construcții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instalații</w:t>
            </w:r>
            <w:proofErr w:type="spellEnd"/>
            <w:r>
              <w:t xml:space="preserve"> </w:t>
            </w:r>
            <w:proofErr w:type="spellStart"/>
            <w:r>
              <w:t>aferente</w:t>
            </w:r>
            <w:proofErr w:type="spellEnd"/>
            <w:r>
              <w:t xml:space="preserve"> </w:t>
            </w:r>
            <w:proofErr w:type="spellStart"/>
            <w:r>
              <w:t>acestora</w:t>
            </w:r>
            <w:proofErr w:type="spellEnd"/>
            <w:r>
              <w:t>;</w:t>
            </w:r>
          </w:p>
        </w:tc>
      </w:tr>
      <w:tr w:rsidR="00B053CC" w14:paraId="3416B21E" w14:textId="77777777">
        <w:trPr>
          <w:cantSplit/>
        </w:trPr>
        <w:tc>
          <w:tcPr>
            <w:tcW w:w="9636" w:type="dxa"/>
            <w:shd w:val="clear" w:color="auto" w:fill="F4F4F4"/>
          </w:tcPr>
          <w:p w14:paraId="5212BE2D" w14:textId="24AE9846" w:rsidR="00B053CC" w:rsidRDefault="00116312">
            <w:pPr>
              <w:keepNext/>
              <w:spacing w:line="228" w:lineRule="auto"/>
            </w:pPr>
            <w:r>
              <w:t xml:space="preserve">3. </w:t>
            </w:r>
            <w:proofErr w:type="spellStart"/>
            <w:r>
              <w:t>să</w:t>
            </w:r>
            <w:proofErr w:type="spellEnd"/>
            <w:r>
              <w:t xml:space="preserve"> </w:t>
            </w:r>
            <w:proofErr w:type="spellStart"/>
            <w:r>
              <w:t>anunțe</w:t>
            </w:r>
            <w:proofErr w:type="spellEnd"/>
            <w:r>
              <w:t xml:space="preserve"> data </w:t>
            </w:r>
            <w:proofErr w:type="spellStart"/>
            <w:r>
              <w:t>finalizării</w:t>
            </w:r>
            <w:proofErr w:type="spellEnd"/>
            <w:r>
              <w:t xml:space="preserve"> </w:t>
            </w:r>
            <w:proofErr w:type="spellStart"/>
            <w:r>
              <w:t>lucrărilor</w:t>
            </w:r>
            <w:proofErr w:type="spellEnd"/>
            <w:r>
              <w:t xml:space="preserve"> </w:t>
            </w:r>
            <w:proofErr w:type="spellStart"/>
            <w:r>
              <w:t>autorizate</w:t>
            </w:r>
            <w:proofErr w:type="spellEnd"/>
            <w:r>
              <w:t xml:space="preserve">, </w:t>
            </w:r>
            <w:proofErr w:type="spellStart"/>
            <w:r>
              <w:t>prin</w:t>
            </w:r>
            <w:proofErr w:type="spellEnd"/>
            <w:r>
              <w:t xml:space="preserve"> </w:t>
            </w:r>
            <w:proofErr w:type="spellStart"/>
            <w:r>
              <w:t>trimiterea</w:t>
            </w:r>
            <w:proofErr w:type="spellEnd"/>
            <w:r>
              <w:t xml:space="preserve"> </w:t>
            </w:r>
            <w:proofErr w:type="spellStart"/>
            <w:r>
              <w:t>înștiințării</w:t>
            </w:r>
            <w:proofErr w:type="spellEnd"/>
            <w:r>
              <w:t xml:space="preserve"> conform </w:t>
            </w:r>
            <w:proofErr w:type="spellStart"/>
            <w:r>
              <w:t>formular</w:t>
            </w:r>
            <w:r w:rsidR="00051E37">
              <w:t>elor</w:t>
            </w:r>
            <w:proofErr w:type="spellEnd"/>
            <w:r>
              <w:t xml:space="preserve"> </w:t>
            </w:r>
            <w:r w:rsidR="00051E37">
              <w:t>F_A_</w:t>
            </w:r>
            <w:r w:rsidR="00C74459">
              <w:t>08</w:t>
            </w:r>
            <w:r w:rsidR="00051E37">
              <w:t>, respective F_A_1</w:t>
            </w:r>
            <w:r w:rsidR="00C74459">
              <w:t>0</w:t>
            </w:r>
            <w:r w:rsidR="00051E37">
              <w:t xml:space="preserve"> </w:t>
            </w:r>
            <w:proofErr w:type="spellStart"/>
            <w:r>
              <w:t>anexat</w:t>
            </w:r>
            <w:r w:rsidR="00051E37">
              <w:t>e</w:t>
            </w:r>
            <w:proofErr w:type="spellEnd"/>
            <w:r>
              <w:t xml:space="preserve"> </w:t>
            </w:r>
            <w:proofErr w:type="spellStart"/>
            <w:r>
              <w:t>autorizației</w:t>
            </w:r>
            <w:proofErr w:type="spellEnd"/>
            <w:r>
              <w:t xml:space="preserve"> la </w:t>
            </w:r>
            <w:proofErr w:type="spellStart"/>
            <w:r w:rsidR="00051E37">
              <w:t>autoritatea</w:t>
            </w:r>
            <w:proofErr w:type="spellEnd"/>
            <w:r w:rsidR="00051E37">
              <w:t xml:space="preserve"> </w:t>
            </w:r>
            <w:proofErr w:type="spellStart"/>
            <w:r w:rsidR="00051E37">
              <w:t>publică</w:t>
            </w:r>
            <w:proofErr w:type="spellEnd"/>
            <w:r w:rsidR="00051E37">
              <w:t xml:space="preserve"> </w:t>
            </w:r>
            <w:proofErr w:type="spellStart"/>
            <w:r w:rsidR="00051E37">
              <w:t>locală</w:t>
            </w:r>
            <w:proofErr w:type="spellEnd"/>
            <w:r w:rsidR="00051E37">
              <w:t xml:space="preserve"> </w:t>
            </w:r>
            <w:proofErr w:type="spellStart"/>
            <w:r w:rsidR="00051E37">
              <w:t>emitentă</w:t>
            </w:r>
            <w:proofErr w:type="spellEnd"/>
            <w:r w:rsidR="00051E37">
              <w:t xml:space="preserve">, </w:t>
            </w:r>
            <w:proofErr w:type="spellStart"/>
            <w:r w:rsidR="00051E37">
              <w:t>respectiv</w:t>
            </w:r>
            <w:proofErr w:type="spellEnd"/>
            <w:r w:rsidR="00051E37">
              <w:t xml:space="preserve"> la </w:t>
            </w:r>
            <w:proofErr w:type="spellStart"/>
            <w:r>
              <w:t>inspectoratul</w:t>
            </w:r>
            <w:proofErr w:type="spellEnd"/>
            <w:r>
              <w:t xml:space="preserve"> </w:t>
            </w:r>
            <w:proofErr w:type="spellStart"/>
            <w:r>
              <w:t>teritorial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construcții</w:t>
            </w:r>
            <w:proofErr w:type="spellEnd"/>
            <w:r>
              <w:t xml:space="preserve">, </w:t>
            </w:r>
            <w:proofErr w:type="spellStart"/>
            <w:r>
              <w:t>odată</w:t>
            </w:r>
            <w:proofErr w:type="spellEnd"/>
            <w:r>
              <w:t xml:space="preserve"> cu </w:t>
            </w:r>
            <w:proofErr w:type="spellStart"/>
            <w:r>
              <w:t>convocarea</w:t>
            </w:r>
            <w:proofErr w:type="spellEnd"/>
            <w:r>
              <w:t xml:space="preserve"> </w:t>
            </w:r>
            <w:proofErr w:type="spellStart"/>
            <w:r>
              <w:t>comisiei</w:t>
            </w:r>
            <w:proofErr w:type="spellEnd"/>
            <w:r>
              <w:t xml:space="preserve"> de </w:t>
            </w:r>
            <w:proofErr w:type="spellStart"/>
            <w:r>
              <w:t>recepție</w:t>
            </w:r>
            <w:proofErr w:type="spellEnd"/>
            <w:r>
              <w:t>;</w:t>
            </w:r>
          </w:p>
        </w:tc>
      </w:tr>
      <w:tr w:rsidR="00B053CC" w14:paraId="795A3779" w14:textId="77777777">
        <w:trPr>
          <w:cantSplit/>
        </w:trPr>
        <w:tc>
          <w:tcPr>
            <w:tcW w:w="9636" w:type="dxa"/>
            <w:shd w:val="clear" w:color="auto" w:fill="F4F4F4"/>
          </w:tcPr>
          <w:p w14:paraId="65BC06B5" w14:textId="77777777" w:rsidR="00B053CC" w:rsidRDefault="00116312">
            <w:pPr>
              <w:keepNext/>
              <w:spacing w:line="228" w:lineRule="auto"/>
            </w:pPr>
            <w:r>
              <w:t xml:space="preserve">4. </w:t>
            </w:r>
            <w:proofErr w:type="spellStart"/>
            <w:r>
              <w:t>să</w:t>
            </w:r>
            <w:proofErr w:type="spellEnd"/>
            <w:r>
              <w:t xml:space="preserve"> </w:t>
            </w:r>
            <w:proofErr w:type="spellStart"/>
            <w:r>
              <w:t>păstreze</w:t>
            </w:r>
            <w:proofErr w:type="spellEnd"/>
            <w:r>
              <w:t xml:space="preserve"> pe </w:t>
            </w:r>
            <w:proofErr w:type="spellStart"/>
            <w:r>
              <w:t>șantier</w:t>
            </w:r>
            <w:proofErr w:type="spellEnd"/>
            <w:r>
              <w:t xml:space="preserve">,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perfectă</w:t>
            </w:r>
            <w:proofErr w:type="spellEnd"/>
            <w:r>
              <w:t xml:space="preserve"> stare, </w:t>
            </w:r>
            <w:proofErr w:type="spellStart"/>
            <w:r>
              <w:t>autorizația</w:t>
            </w:r>
            <w:proofErr w:type="spellEnd"/>
            <w:r>
              <w:t xml:space="preserve"> de </w:t>
            </w:r>
            <w:proofErr w:type="spellStart"/>
            <w:r>
              <w:t>construire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proiectul</w:t>
            </w:r>
            <w:proofErr w:type="spellEnd"/>
            <w:r>
              <w:t xml:space="preserve"> de </w:t>
            </w:r>
            <w:proofErr w:type="spellStart"/>
            <w:r>
              <w:t>autorizare</w:t>
            </w:r>
            <w:proofErr w:type="spellEnd"/>
            <w:r>
              <w:t xml:space="preserve"> a </w:t>
            </w:r>
            <w:proofErr w:type="spellStart"/>
            <w:r>
              <w:t>construirii</w:t>
            </w:r>
            <w:proofErr w:type="spellEnd"/>
            <w:r>
              <w:t xml:space="preserve"> P.A.C. </w:t>
            </w:r>
            <w:proofErr w:type="spellStart"/>
            <w:r>
              <w:t>vizat</w:t>
            </w:r>
            <w:proofErr w:type="spellEnd"/>
            <w:r>
              <w:t xml:space="preserve"> </w:t>
            </w:r>
            <w:proofErr w:type="spellStart"/>
            <w:r>
              <w:t>spre</w:t>
            </w:r>
            <w:proofErr w:type="spellEnd"/>
            <w:r>
              <w:t xml:space="preserve"> </w:t>
            </w:r>
            <w:proofErr w:type="spellStart"/>
            <w:r>
              <w:t>neschimbare</w:t>
            </w:r>
            <w:proofErr w:type="spellEnd"/>
            <w:r>
              <w:t xml:space="preserve">, </w:t>
            </w:r>
            <w:proofErr w:type="spellStart"/>
            <w:r>
              <w:t>împreună</w:t>
            </w:r>
            <w:proofErr w:type="spellEnd"/>
            <w:r>
              <w:t xml:space="preserve"> cu </w:t>
            </w:r>
            <w:proofErr w:type="spellStart"/>
            <w:r>
              <w:t>Proiectul</w:t>
            </w:r>
            <w:proofErr w:type="spellEnd"/>
            <w:r>
              <w:t xml:space="preserve"> </w:t>
            </w:r>
            <w:proofErr w:type="spellStart"/>
            <w:r>
              <w:t>Tehnic</w:t>
            </w:r>
            <w:proofErr w:type="spellEnd"/>
            <w:r>
              <w:t xml:space="preserve"> </w:t>
            </w:r>
            <w:proofErr w:type="spellStart"/>
            <w:r>
              <w:t>P.Th</w:t>
            </w:r>
            <w:proofErr w:type="spellEnd"/>
            <w:r>
              <w:t xml:space="preserve">.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Detaliile</w:t>
            </w:r>
            <w:proofErr w:type="spellEnd"/>
            <w:r>
              <w:t xml:space="preserve"> de </w:t>
            </w:r>
            <w:proofErr w:type="spellStart"/>
            <w:r>
              <w:t>execuție</w:t>
            </w:r>
            <w:proofErr w:type="spellEnd"/>
            <w:r>
              <w:t xml:space="preserve"> </w:t>
            </w:r>
            <w:proofErr w:type="spellStart"/>
            <w:r>
              <w:t>pentru</w:t>
            </w:r>
            <w:proofErr w:type="spellEnd"/>
            <w:r>
              <w:t xml:space="preserve"> </w:t>
            </w:r>
            <w:proofErr w:type="spellStart"/>
            <w:r>
              <w:t>realizarea</w:t>
            </w:r>
            <w:proofErr w:type="spellEnd"/>
            <w:r>
              <w:t xml:space="preserve"> </w:t>
            </w:r>
            <w:proofErr w:type="spellStart"/>
            <w:r>
              <w:t>lucrărilor</w:t>
            </w:r>
            <w:proofErr w:type="spellEnd"/>
            <w:r>
              <w:t xml:space="preserve"> de </w:t>
            </w:r>
            <w:proofErr w:type="spellStart"/>
            <w:r>
              <w:t>construcții</w:t>
            </w:r>
            <w:proofErr w:type="spellEnd"/>
            <w:r>
              <w:t xml:space="preserve"> </w:t>
            </w:r>
            <w:proofErr w:type="spellStart"/>
            <w:r>
              <w:t>autorizate</w:t>
            </w:r>
            <w:proofErr w:type="spellEnd"/>
            <w:r>
              <w:t xml:space="preserve">, pe care le </w:t>
            </w:r>
            <w:proofErr w:type="spellStart"/>
            <w:r>
              <w:t>va</w:t>
            </w:r>
            <w:proofErr w:type="spellEnd"/>
            <w:r>
              <w:t xml:space="preserve"> </w:t>
            </w:r>
            <w:proofErr w:type="spellStart"/>
            <w:r>
              <w:t>prezenta</w:t>
            </w:r>
            <w:proofErr w:type="spellEnd"/>
            <w:r>
              <w:t xml:space="preserve"> la </w:t>
            </w:r>
            <w:proofErr w:type="spellStart"/>
            <w:r>
              <w:t>cererea</w:t>
            </w:r>
            <w:proofErr w:type="spellEnd"/>
            <w:r>
              <w:t xml:space="preserve"> </w:t>
            </w:r>
            <w:proofErr w:type="spellStart"/>
            <w:r>
              <w:t>organelor</w:t>
            </w:r>
            <w:proofErr w:type="spellEnd"/>
            <w:r>
              <w:t xml:space="preserve"> de control, </w:t>
            </w:r>
            <w:proofErr w:type="spellStart"/>
            <w:r>
              <w:t>potrivit</w:t>
            </w:r>
            <w:proofErr w:type="spellEnd"/>
            <w:r>
              <w:t xml:space="preserve"> </w:t>
            </w:r>
            <w:proofErr w:type="spellStart"/>
            <w:r>
              <w:t>legii</w:t>
            </w:r>
            <w:proofErr w:type="spellEnd"/>
            <w:r>
              <w:t xml:space="preserve">, pe </w:t>
            </w:r>
            <w:proofErr w:type="spellStart"/>
            <w:r>
              <w:t>toată</w:t>
            </w:r>
            <w:proofErr w:type="spellEnd"/>
            <w:r>
              <w:t xml:space="preserve"> </w:t>
            </w:r>
            <w:proofErr w:type="spellStart"/>
            <w:r>
              <w:t>durata</w:t>
            </w:r>
            <w:proofErr w:type="spellEnd"/>
            <w:r>
              <w:t xml:space="preserve"> </w:t>
            </w:r>
            <w:proofErr w:type="spellStart"/>
            <w:r>
              <w:t>executării</w:t>
            </w:r>
            <w:proofErr w:type="spellEnd"/>
            <w:r>
              <w:t xml:space="preserve"> </w:t>
            </w:r>
            <w:proofErr w:type="spellStart"/>
            <w:r>
              <w:t>lucrărilor</w:t>
            </w:r>
            <w:proofErr w:type="spellEnd"/>
            <w:r>
              <w:t>;</w:t>
            </w:r>
          </w:p>
        </w:tc>
      </w:tr>
      <w:tr w:rsidR="00B053CC" w14:paraId="01908C31" w14:textId="77777777">
        <w:trPr>
          <w:cantSplit/>
        </w:trPr>
        <w:tc>
          <w:tcPr>
            <w:tcW w:w="9636" w:type="dxa"/>
            <w:shd w:val="clear" w:color="auto" w:fill="F4F4F4"/>
          </w:tcPr>
          <w:p w14:paraId="150F287A" w14:textId="77777777" w:rsidR="00B053CC" w:rsidRDefault="00116312">
            <w:pPr>
              <w:keepNext/>
              <w:spacing w:line="228" w:lineRule="auto"/>
            </w:pPr>
            <w:r>
              <w:t xml:space="preserve">5.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cazul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care, pe </w:t>
            </w:r>
            <w:proofErr w:type="spellStart"/>
            <w:r>
              <w:t>parcursul</w:t>
            </w:r>
            <w:proofErr w:type="spellEnd"/>
            <w:r>
              <w:t xml:space="preserve"> </w:t>
            </w:r>
            <w:proofErr w:type="spellStart"/>
            <w:r>
              <w:t>execut</w:t>
            </w:r>
            <w:r>
              <w:t>ării</w:t>
            </w:r>
            <w:proofErr w:type="spellEnd"/>
            <w:r>
              <w:t xml:space="preserve"> </w:t>
            </w:r>
            <w:proofErr w:type="spellStart"/>
            <w:r>
              <w:t>lucrărilor</w:t>
            </w:r>
            <w:proofErr w:type="spellEnd"/>
            <w:r>
              <w:t xml:space="preserve">, se </w:t>
            </w:r>
            <w:proofErr w:type="spellStart"/>
            <w:r>
              <w:t>descoperă</w:t>
            </w:r>
            <w:proofErr w:type="spellEnd"/>
            <w:r>
              <w:t xml:space="preserve"> </w:t>
            </w:r>
            <w:proofErr w:type="spellStart"/>
            <w:r>
              <w:t>vestigii</w:t>
            </w:r>
            <w:proofErr w:type="spellEnd"/>
            <w:r>
              <w:t xml:space="preserve"> </w:t>
            </w:r>
            <w:proofErr w:type="spellStart"/>
            <w:r>
              <w:t>arheologice</w:t>
            </w:r>
            <w:proofErr w:type="spellEnd"/>
            <w:r>
              <w:t xml:space="preserve"> (</w:t>
            </w:r>
            <w:proofErr w:type="spellStart"/>
            <w:r>
              <w:t>fragmente</w:t>
            </w:r>
            <w:proofErr w:type="spellEnd"/>
            <w:r>
              <w:t xml:space="preserve"> de </w:t>
            </w:r>
            <w:proofErr w:type="spellStart"/>
            <w:r>
              <w:t>ziduri</w:t>
            </w:r>
            <w:proofErr w:type="spellEnd"/>
            <w:r>
              <w:t xml:space="preserve">, </w:t>
            </w:r>
            <w:proofErr w:type="spellStart"/>
            <w:r>
              <w:t>ancadramente</w:t>
            </w:r>
            <w:proofErr w:type="spellEnd"/>
            <w:r>
              <w:t xml:space="preserve"> de </w:t>
            </w:r>
            <w:proofErr w:type="spellStart"/>
            <w:r>
              <w:t>goluri</w:t>
            </w:r>
            <w:proofErr w:type="spellEnd"/>
            <w:r>
              <w:t xml:space="preserve">, </w:t>
            </w:r>
            <w:proofErr w:type="spellStart"/>
            <w:r>
              <w:t>fundații</w:t>
            </w:r>
            <w:proofErr w:type="spellEnd"/>
            <w:r>
              <w:t xml:space="preserve">, </w:t>
            </w:r>
            <w:proofErr w:type="spellStart"/>
            <w:r>
              <w:t>pietre</w:t>
            </w:r>
            <w:proofErr w:type="spellEnd"/>
            <w:r>
              <w:t xml:space="preserve"> </w:t>
            </w:r>
            <w:proofErr w:type="spellStart"/>
            <w:r>
              <w:t>cioplite</w:t>
            </w:r>
            <w:proofErr w:type="spellEnd"/>
            <w:r>
              <w:t xml:space="preserve"> </w:t>
            </w:r>
            <w:proofErr w:type="spellStart"/>
            <w:r>
              <w:t>sau</w:t>
            </w:r>
            <w:proofErr w:type="spellEnd"/>
            <w:r>
              <w:t xml:space="preserve"> </w:t>
            </w:r>
            <w:proofErr w:type="spellStart"/>
            <w:r>
              <w:t>sculptate</w:t>
            </w:r>
            <w:proofErr w:type="spellEnd"/>
            <w:r>
              <w:t xml:space="preserve">, </w:t>
            </w:r>
            <w:proofErr w:type="spellStart"/>
            <w:r>
              <w:t>oseminte</w:t>
            </w:r>
            <w:proofErr w:type="spellEnd"/>
            <w:r>
              <w:t xml:space="preserve">, </w:t>
            </w:r>
            <w:proofErr w:type="spellStart"/>
            <w:r>
              <w:t>inventar</w:t>
            </w:r>
            <w:proofErr w:type="spellEnd"/>
            <w:r>
              <w:t xml:space="preserve"> </w:t>
            </w:r>
            <w:proofErr w:type="spellStart"/>
            <w:r>
              <w:t>monetar</w:t>
            </w:r>
            <w:proofErr w:type="spellEnd"/>
            <w:r>
              <w:t xml:space="preserve">, ceramic etc.), </w:t>
            </w:r>
            <w:proofErr w:type="spellStart"/>
            <w:r>
              <w:t>să</w:t>
            </w:r>
            <w:proofErr w:type="spellEnd"/>
            <w:r>
              <w:t xml:space="preserve"> </w:t>
            </w:r>
            <w:proofErr w:type="spellStart"/>
            <w:r>
              <w:t>sisteze</w:t>
            </w:r>
            <w:proofErr w:type="spellEnd"/>
            <w:r>
              <w:t xml:space="preserve"> </w:t>
            </w:r>
            <w:proofErr w:type="spellStart"/>
            <w:r>
              <w:t>executarea</w:t>
            </w:r>
            <w:proofErr w:type="spellEnd"/>
            <w:r>
              <w:t xml:space="preserve"> </w:t>
            </w:r>
            <w:proofErr w:type="spellStart"/>
            <w:r>
              <w:t>lucrărilor</w:t>
            </w:r>
            <w:proofErr w:type="spellEnd"/>
            <w:r>
              <w:t xml:space="preserve">, </w:t>
            </w:r>
            <w:proofErr w:type="spellStart"/>
            <w:r>
              <w:t>să</w:t>
            </w:r>
            <w:proofErr w:type="spellEnd"/>
            <w:r>
              <w:t xml:space="preserve"> </w:t>
            </w:r>
            <w:proofErr w:type="spellStart"/>
            <w:r>
              <w:t>ia</w:t>
            </w:r>
            <w:proofErr w:type="spellEnd"/>
            <w:r>
              <w:t xml:space="preserve"> </w:t>
            </w:r>
            <w:proofErr w:type="spellStart"/>
            <w:r>
              <w:t>măsuri</w:t>
            </w:r>
            <w:proofErr w:type="spellEnd"/>
            <w:r>
              <w:t xml:space="preserve"> de </w:t>
            </w:r>
            <w:proofErr w:type="spellStart"/>
            <w:r>
              <w:t>pază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de </w:t>
            </w:r>
            <w:proofErr w:type="spellStart"/>
            <w:r>
              <w:t>protecție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s</w:t>
            </w:r>
            <w:r>
              <w:t>ă</w:t>
            </w:r>
            <w:proofErr w:type="spellEnd"/>
            <w:r>
              <w:t xml:space="preserve"> </w:t>
            </w:r>
            <w:proofErr w:type="spellStart"/>
            <w:r>
              <w:t>anunțe</w:t>
            </w:r>
            <w:proofErr w:type="spellEnd"/>
            <w:r>
              <w:t xml:space="preserve"> </w:t>
            </w:r>
            <w:proofErr w:type="spellStart"/>
            <w:r>
              <w:t>imediat</w:t>
            </w:r>
            <w:proofErr w:type="spellEnd"/>
            <w:r>
              <w:t xml:space="preserve"> </w:t>
            </w:r>
            <w:proofErr w:type="spellStart"/>
            <w:r>
              <w:t>emitentul</w:t>
            </w:r>
            <w:proofErr w:type="spellEnd"/>
            <w:r>
              <w:t xml:space="preserve"> </w:t>
            </w:r>
            <w:proofErr w:type="spellStart"/>
            <w:r>
              <w:t>autorizației</w:t>
            </w:r>
            <w:proofErr w:type="spellEnd"/>
            <w:r>
              <w:t xml:space="preserve">, precum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Direcția</w:t>
            </w:r>
            <w:proofErr w:type="spellEnd"/>
            <w:r>
              <w:t xml:space="preserve"> </w:t>
            </w:r>
            <w:proofErr w:type="spellStart"/>
            <w:r>
              <w:t>județeană</w:t>
            </w:r>
            <w:proofErr w:type="spellEnd"/>
            <w:r>
              <w:t xml:space="preserve"> </w:t>
            </w:r>
            <w:proofErr w:type="spellStart"/>
            <w:r>
              <w:t>pentru</w:t>
            </w:r>
            <w:proofErr w:type="spellEnd"/>
            <w:r>
              <w:t xml:space="preserve"> </w:t>
            </w:r>
            <w:proofErr w:type="spellStart"/>
            <w:r>
              <w:t>cultură</w:t>
            </w:r>
            <w:proofErr w:type="spellEnd"/>
            <w:r>
              <w:t xml:space="preserve">, </w:t>
            </w:r>
            <w:proofErr w:type="spellStart"/>
            <w:r>
              <w:t>culte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patrimoniu</w:t>
            </w:r>
            <w:proofErr w:type="spellEnd"/>
            <w:r>
              <w:t>;</w:t>
            </w:r>
          </w:p>
        </w:tc>
      </w:tr>
      <w:tr w:rsidR="00B053CC" w:rsidRPr="00A038DB" w14:paraId="519BF7CD" w14:textId="77777777">
        <w:trPr>
          <w:cantSplit/>
        </w:trPr>
        <w:tc>
          <w:tcPr>
            <w:tcW w:w="9636" w:type="dxa"/>
            <w:shd w:val="clear" w:color="auto" w:fill="F4F4F4"/>
          </w:tcPr>
          <w:p w14:paraId="215EEC4D" w14:textId="77777777" w:rsidR="00B053CC" w:rsidRPr="00051E37" w:rsidRDefault="00116312">
            <w:pPr>
              <w:keepNext/>
              <w:spacing w:line="228" w:lineRule="auto"/>
              <w:rPr>
                <w:lang w:val="fr-FR"/>
              </w:rPr>
            </w:pPr>
            <w:r w:rsidRPr="00051E37">
              <w:rPr>
                <w:lang w:val="fr-FR"/>
              </w:rPr>
              <w:t xml:space="preserve">6. </w:t>
            </w:r>
            <w:proofErr w:type="spellStart"/>
            <w:r w:rsidRPr="00051E37">
              <w:rPr>
                <w:lang w:val="fr-FR"/>
              </w:rPr>
              <w:t>să</w:t>
            </w:r>
            <w:proofErr w:type="spellEnd"/>
            <w:r w:rsidRPr="00051E37">
              <w:rPr>
                <w:lang w:val="fr-FR"/>
              </w:rPr>
              <w:t xml:space="preserve"> respecte </w:t>
            </w:r>
            <w:proofErr w:type="spellStart"/>
            <w:r w:rsidRPr="00051E37">
              <w:rPr>
                <w:lang w:val="fr-FR"/>
              </w:rPr>
              <w:t>condițiile</w:t>
            </w:r>
            <w:proofErr w:type="spellEnd"/>
            <w:r w:rsidRPr="00051E37">
              <w:rPr>
                <w:lang w:val="fr-FR"/>
              </w:rPr>
              <w:t xml:space="preserve"> </w:t>
            </w:r>
            <w:proofErr w:type="spellStart"/>
            <w:r w:rsidRPr="00051E37">
              <w:rPr>
                <w:lang w:val="fr-FR"/>
              </w:rPr>
              <w:t>impuse</w:t>
            </w:r>
            <w:proofErr w:type="spellEnd"/>
            <w:r w:rsidRPr="00051E37">
              <w:rPr>
                <w:lang w:val="fr-FR"/>
              </w:rPr>
              <w:t xml:space="preserve"> de </w:t>
            </w:r>
            <w:proofErr w:type="spellStart"/>
            <w:r w:rsidRPr="00051E37">
              <w:rPr>
                <w:lang w:val="fr-FR"/>
              </w:rPr>
              <w:t>utilizarea</w:t>
            </w:r>
            <w:proofErr w:type="spellEnd"/>
            <w:r w:rsidRPr="00051E37">
              <w:rPr>
                <w:lang w:val="fr-FR"/>
              </w:rPr>
              <w:t xml:space="preserve"> </w:t>
            </w:r>
            <w:proofErr w:type="spellStart"/>
            <w:r w:rsidRPr="00051E37">
              <w:rPr>
                <w:lang w:val="fr-FR"/>
              </w:rPr>
              <w:t>și</w:t>
            </w:r>
            <w:proofErr w:type="spellEnd"/>
            <w:r w:rsidRPr="00051E37">
              <w:rPr>
                <w:lang w:val="fr-FR"/>
              </w:rPr>
              <w:t xml:space="preserve"> </w:t>
            </w:r>
            <w:proofErr w:type="spellStart"/>
            <w:r w:rsidRPr="00051E37">
              <w:rPr>
                <w:lang w:val="fr-FR"/>
              </w:rPr>
              <w:t>protejarea</w:t>
            </w:r>
            <w:proofErr w:type="spellEnd"/>
            <w:r w:rsidRPr="00051E37">
              <w:rPr>
                <w:lang w:val="fr-FR"/>
              </w:rPr>
              <w:t xml:space="preserve"> </w:t>
            </w:r>
            <w:proofErr w:type="spellStart"/>
            <w:r w:rsidRPr="00051E37">
              <w:rPr>
                <w:lang w:val="fr-FR"/>
              </w:rPr>
              <w:t>domeniului</w:t>
            </w:r>
            <w:proofErr w:type="spellEnd"/>
            <w:r w:rsidRPr="00051E37">
              <w:rPr>
                <w:lang w:val="fr-FR"/>
              </w:rPr>
              <w:t xml:space="preserve"> public, </w:t>
            </w:r>
            <w:proofErr w:type="spellStart"/>
            <w:r w:rsidRPr="00051E37">
              <w:rPr>
                <w:lang w:val="fr-FR"/>
              </w:rPr>
              <w:t>precum</w:t>
            </w:r>
            <w:proofErr w:type="spellEnd"/>
            <w:r w:rsidRPr="00051E37">
              <w:rPr>
                <w:lang w:val="fr-FR"/>
              </w:rPr>
              <w:t xml:space="preserve"> </w:t>
            </w:r>
            <w:proofErr w:type="spellStart"/>
            <w:r w:rsidRPr="00051E37">
              <w:rPr>
                <w:lang w:val="fr-FR"/>
              </w:rPr>
              <w:t>și</w:t>
            </w:r>
            <w:proofErr w:type="spellEnd"/>
            <w:r w:rsidRPr="00051E37">
              <w:rPr>
                <w:lang w:val="fr-FR"/>
              </w:rPr>
              <w:t xml:space="preserve"> de </w:t>
            </w:r>
            <w:proofErr w:type="spellStart"/>
            <w:r w:rsidRPr="00051E37">
              <w:rPr>
                <w:lang w:val="fr-FR"/>
              </w:rPr>
              <w:t>protecție</w:t>
            </w:r>
            <w:proofErr w:type="spellEnd"/>
            <w:r w:rsidRPr="00051E37">
              <w:rPr>
                <w:lang w:val="fr-FR"/>
              </w:rPr>
              <w:t xml:space="preserve"> a </w:t>
            </w:r>
            <w:proofErr w:type="spellStart"/>
            <w:r w:rsidRPr="00051E37">
              <w:rPr>
                <w:lang w:val="fr-FR"/>
              </w:rPr>
              <w:t>mediului</w:t>
            </w:r>
            <w:proofErr w:type="spellEnd"/>
            <w:r w:rsidRPr="00051E37">
              <w:rPr>
                <w:lang w:val="fr-FR"/>
              </w:rPr>
              <w:t xml:space="preserve">, </w:t>
            </w:r>
            <w:proofErr w:type="spellStart"/>
            <w:r w:rsidRPr="00051E37">
              <w:rPr>
                <w:lang w:val="fr-FR"/>
              </w:rPr>
              <w:t>potrivit</w:t>
            </w:r>
            <w:proofErr w:type="spellEnd"/>
            <w:r w:rsidRPr="00051E37">
              <w:rPr>
                <w:lang w:val="fr-FR"/>
              </w:rPr>
              <w:t xml:space="preserve"> </w:t>
            </w:r>
            <w:proofErr w:type="spellStart"/>
            <w:r w:rsidRPr="00051E37">
              <w:rPr>
                <w:lang w:val="fr-FR"/>
              </w:rPr>
              <w:t>normelor</w:t>
            </w:r>
            <w:proofErr w:type="spellEnd"/>
            <w:r w:rsidRPr="00051E37">
              <w:rPr>
                <w:lang w:val="fr-FR"/>
              </w:rPr>
              <w:t xml:space="preserve"> </w:t>
            </w:r>
            <w:proofErr w:type="spellStart"/>
            <w:r w:rsidRPr="00051E37">
              <w:rPr>
                <w:lang w:val="fr-FR"/>
              </w:rPr>
              <w:t>generale</w:t>
            </w:r>
            <w:proofErr w:type="spellEnd"/>
            <w:r w:rsidRPr="00051E37">
              <w:rPr>
                <w:lang w:val="fr-FR"/>
              </w:rPr>
              <w:t xml:space="preserve"> </w:t>
            </w:r>
            <w:proofErr w:type="spellStart"/>
            <w:r w:rsidRPr="00051E37">
              <w:rPr>
                <w:lang w:val="fr-FR"/>
              </w:rPr>
              <w:t>și</w:t>
            </w:r>
            <w:proofErr w:type="spellEnd"/>
            <w:r w:rsidRPr="00051E37">
              <w:rPr>
                <w:lang w:val="fr-FR"/>
              </w:rPr>
              <w:t xml:space="preserve"> </w:t>
            </w:r>
            <w:proofErr w:type="gramStart"/>
            <w:r w:rsidRPr="00051E37">
              <w:rPr>
                <w:lang w:val="fr-FR"/>
              </w:rPr>
              <w:t>loc</w:t>
            </w:r>
            <w:r w:rsidRPr="00051E37">
              <w:rPr>
                <w:lang w:val="fr-FR"/>
              </w:rPr>
              <w:t>ale;</w:t>
            </w:r>
            <w:proofErr w:type="gramEnd"/>
          </w:p>
        </w:tc>
      </w:tr>
      <w:tr w:rsidR="00B053CC" w:rsidRPr="00A038DB" w14:paraId="73EE71AE" w14:textId="77777777">
        <w:trPr>
          <w:cantSplit/>
        </w:trPr>
        <w:tc>
          <w:tcPr>
            <w:tcW w:w="9636" w:type="dxa"/>
            <w:shd w:val="clear" w:color="auto" w:fill="F4F4F4"/>
          </w:tcPr>
          <w:p w14:paraId="677E50CB" w14:textId="77777777" w:rsidR="00B053CC" w:rsidRPr="00051E37" w:rsidRDefault="00116312">
            <w:pPr>
              <w:keepNext/>
              <w:spacing w:line="228" w:lineRule="auto"/>
              <w:rPr>
                <w:lang w:val="fr-FR"/>
              </w:rPr>
            </w:pPr>
            <w:r w:rsidRPr="00051E37">
              <w:rPr>
                <w:lang w:val="fr-FR"/>
              </w:rPr>
              <w:t xml:space="preserve">7. </w:t>
            </w:r>
            <w:proofErr w:type="spellStart"/>
            <w:r w:rsidRPr="00051E37">
              <w:rPr>
                <w:lang w:val="fr-FR"/>
              </w:rPr>
              <w:t>să</w:t>
            </w:r>
            <w:proofErr w:type="spellEnd"/>
            <w:r w:rsidRPr="00051E37">
              <w:rPr>
                <w:lang w:val="fr-FR"/>
              </w:rPr>
              <w:t xml:space="preserve"> transporte la ………………………………………… (se </w:t>
            </w:r>
            <w:proofErr w:type="spellStart"/>
            <w:r w:rsidRPr="00051E37">
              <w:rPr>
                <w:lang w:val="fr-FR"/>
              </w:rPr>
              <w:t>completează</w:t>
            </w:r>
            <w:proofErr w:type="spellEnd"/>
            <w:r w:rsidRPr="00051E37">
              <w:rPr>
                <w:lang w:val="fr-FR"/>
              </w:rPr>
              <w:t xml:space="preserve"> de </w:t>
            </w:r>
            <w:proofErr w:type="spellStart"/>
            <w:r w:rsidRPr="00051E37">
              <w:rPr>
                <w:lang w:val="fr-FR"/>
              </w:rPr>
              <w:t>către</w:t>
            </w:r>
            <w:proofErr w:type="spellEnd"/>
            <w:r w:rsidRPr="00051E37">
              <w:rPr>
                <w:lang w:val="fr-FR"/>
              </w:rPr>
              <w:t xml:space="preserve"> </w:t>
            </w:r>
            <w:proofErr w:type="spellStart"/>
            <w:r w:rsidRPr="00051E37">
              <w:rPr>
                <w:lang w:val="fr-FR"/>
              </w:rPr>
              <w:t>emitent</w:t>
            </w:r>
            <w:proofErr w:type="spellEnd"/>
            <w:r w:rsidRPr="00051E37">
              <w:rPr>
                <w:lang w:val="fr-FR"/>
              </w:rPr>
              <w:t xml:space="preserve">) </w:t>
            </w:r>
            <w:proofErr w:type="spellStart"/>
            <w:r w:rsidRPr="00051E37">
              <w:rPr>
                <w:lang w:val="fr-FR"/>
              </w:rPr>
              <w:t>materialele</w:t>
            </w:r>
            <w:proofErr w:type="spellEnd"/>
            <w:r w:rsidRPr="00051E37">
              <w:rPr>
                <w:lang w:val="fr-FR"/>
              </w:rPr>
              <w:t xml:space="preserve"> care nu se pot </w:t>
            </w:r>
            <w:proofErr w:type="spellStart"/>
            <w:r w:rsidRPr="00051E37">
              <w:rPr>
                <w:lang w:val="fr-FR"/>
              </w:rPr>
              <w:t>recupera</w:t>
            </w:r>
            <w:proofErr w:type="spellEnd"/>
            <w:r w:rsidRPr="00051E37">
              <w:rPr>
                <w:lang w:val="fr-FR"/>
              </w:rPr>
              <w:t xml:space="preserve"> </w:t>
            </w:r>
            <w:proofErr w:type="spellStart"/>
            <w:r w:rsidRPr="00051E37">
              <w:rPr>
                <w:lang w:val="fr-FR"/>
              </w:rPr>
              <w:t>sau</w:t>
            </w:r>
            <w:proofErr w:type="spellEnd"/>
            <w:r w:rsidRPr="00051E37">
              <w:rPr>
                <w:lang w:val="fr-FR"/>
              </w:rPr>
              <w:t xml:space="preserve"> </w:t>
            </w:r>
            <w:proofErr w:type="spellStart"/>
            <w:r w:rsidRPr="00051E37">
              <w:rPr>
                <w:lang w:val="fr-FR"/>
              </w:rPr>
              <w:t>valorifica</w:t>
            </w:r>
            <w:proofErr w:type="spellEnd"/>
            <w:r w:rsidRPr="00051E37">
              <w:rPr>
                <w:lang w:val="fr-FR"/>
              </w:rPr>
              <w:t xml:space="preserve">, </w:t>
            </w:r>
            <w:proofErr w:type="spellStart"/>
            <w:r w:rsidRPr="00051E37">
              <w:rPr>
                <w:lang w:val="fr-FR"/>
              </w:rPr>
              <w:t>rămase</w:t>
            </w:r>
            <w:proofErr w:type="spellEnd"/>
            <w:r w:rsidRPr="00051E37">
              <w:rPr>
                <w:lang w:val="fr-FR"/>
              </w:rPr>
              <w:t xml:space="preserve"> </w:t>
            </w:r>
            <w:proofErr w:type="spellStart"/>
            <w:r w:rsidRPr="00051E37">
              <w:rPr>
                <w:lang w:val="fr-FR"/>
              </w:rPr>
              <w:t>în</w:t>
            </w:r>
            <w:proofErr w:type="spellEnd"/>
            <w:r w:rsidRPr="00051E37">
              <w:rPr>
                <w:lang w:val="fr-FR"/>
              </w:rPr>
              <w:t xml:space="preserve"> </w:t>
            </w:r>
            <w:proofErr w:type="spellStart"/>
            <w:r w:rsidRPr="00051E37">
              <w:rPr>
                <w:lang w:val="fr-FR"/>
              </w:rPr>
              <w:t>urma</w:t>
            </w:r>
            <w:proofErr w:type="spellEnd"/>
            <w:r w:rsidRPr="00051E37">
              <w:rPr>
                <w:lang w:val="fr-FR"/>
              </w:rPr>
              <w:t xml:space="preserve"> </w:t>
            </w:r>
            <w:proofErr w:type="spellStart"/>
            <w:r w:rsidRPr="00051E37">
              <w:rPr>
                <w:lang w:val="fr-FR"/>
              </w:rPr>
              <w:t>executării</w:t>
            </w:r>
            <w:proofErr w:type="spellEnd"/>
            <w:r w:rsidRPr="00051E37">
              <w:rPr>
                <w:lang w:val="fr-FR"/>
              </w:rPr>
              <w:t xml:space="preserve"> </w:t>
            </w:r>
            <w:proofErr w:type="spellStart"/>
            <w:r w:rsidRPr="00051E37">
              <w:rPr>
                <w:lang w:val="fr-FR"/>
              </w:rPr>
              <w:t>lucrărilor</w:t>
            </w:r>
            <w:proofErr w:type="spellEnd"/>
            <w:r w:rsidRPr="00051E37">
              <w:rPr>
                <w:lang w:val="fr-FR"/>
              </w:rPr>
              <w:t xml:space="preserve"> de </w:t>
            </w:r>
            <w:proofErr w:type="spellStart"/>
            <w:proofErr w:type="gramStart"/>
            <w:r w:rsidRPr="00051E37">
              <w:rPr>
                <w:lang w:val="fr-FR"/>
              </w:rPr>
              <w:t>construcții</w:t>
            </w:r>
            <w:proofErr w:type="spellEnd"/>
            <w:r w:rsidRPr="00051E37">
              <w:rPr>
                <w:lang w:val="fr-FR"/>
              </w:rPr>
              <w:t>;</w:t>
            </w:r>
            <w:proofErr w:type="gramEnd"/>
          </w:p>
        </w:tc>
      </w:tr>
      <w:tr w:rsidR="00B053CC" w:rsidRPr="00A038DB" w14:paraId="23349AB9" w14:textId="77777777">
        <w:trPr>
          <w:cantSplit/>
        </w:trPr>
        <w:tc>
          <w:tcPr>
            <w:tcW w:w="9636" w:type="dxa"/>
            <w:shd w:val="clear" w:color="auto" w:fill="F4F4F4"/>
          </w:tcPr>
          <w:p w14:paraId="1D8C1CAB" w14:textId="77777777" w:rsidR="00B053CC" w:rsidRPr="00051E37" w:rsidRDefault="00116312">
            <w:pPr>
              <w:keepNext/>
              <w:spacing w:line="228" w:lineRule="auto"/>
              <w:rPr>
                <w:lang w:val="fr-FR"/>
              </w:rPr>
            </w:pPr>
            <w:r w:rsidRPr="00051E37">
              <w:rPr>
                <w:lang w:val="fr-FR"/>
              </w:rPr>
              <w:t xml:space="preserve">8. </w:t>
            </w:r>
            <w:proofErr w:type="spellStart"/>
            <w:r w:rsidRPr="00051E37">
              <w:rPr>
                <w:lang w:val="fr-FR"/>
              </w:rPr>
              <w:t>să</w:t>
            </w:r>
            <w:proofErr w:type="spellEnd"/>
            <w:r w:rsidRPr="00051E37">
              <w:rPr>
                <w:lang w:val="fr-FR"/>
              </w:rPr>
              <w:t xml:space="preserve"> </w:t>
            </w:r>
            <w:proofErr w:type="spellStart"/>
            <w:r w:rsidRPr="00051E37">
              <w:rPr>
                <w:lang w:val="fr-FR"/>
              </w:rPr>
              <w:t>desființeze</w:t>
            </w:r>
            <w:proofErr w:type="spellEnd"/>
            <w:r w:rsidRPr="00051E37">
              <w:rPr>
                <w:lang w:val="fr-FR"/>
              </w:rPr>
              <w:t xml:space="preserve"> </w:t>
            </w:r>
            <w:proofErr w:type="spellStart"/>
            <w:r w:rsidRPr="00051E37">
              <w:rPr>
                <w:lang w:val="fr-FR"/>
              </w:rPr>
              <w:t>construcțiile</w:t>
            </w:r>
            <w:proofErr w:type="spellEnd"/>
            <w:r w:rsidRPr="00051E37">
              <w:rPr>
                <w:lang w:val="fr-FR"/>
              </w:rPr>
              <w:t xml:space="preserve"> </w:t>
            </w:r>
            <w:proofErr w:type="spellStart"/>
            <w:r w:rsidRPr="00051E37">
              <w:rPr>
                <w:lang w:val="fr-FR"/>
              </w:rPr>
              <w:t>provizorii</w:t>
            </w:r>
            <w:proofErr w:type="spellEnd"/>
            <w:r w:rsidRPr="00051E37">
              <w:rPr>
                <w:lang w:val="fr-FR"/>
              </w:rPr>
              <w:t xml:space="preserve"> de </w:t>
            </w:r>
            <w:proofErr w:type="spellStart"/>
            <w:r w:rsidRPr="00051E37">
              <w:rPr>
                <w:lang w:val="fr-FR"/>
              </w:rPr>
              <w:t>șantier</w:t>
            </w:r>
            <w:proofErr w:type="spellEnd"/>
            <w:r w:rsidRPr="00051E37">
              <w:rPr>
                <w:lang w:val="fr-FR"/>
              </w:rPr>
              <w:t xml:space="preserve"> </w:t>
            </w:r>
            <w:proofErr w:type="spellStart"/>
            <w:r w:rsidRPr="00051E37">
              <w:rPr>
                <w:lang w:val="fr-FR"/>
              </w:rPr>
              <w:t>în</w:t>
            </w:r>
            <w:proofErr w:type="spellEnd"/>
            <w:r w:rsidRPr="00051E37">
              <w:rPr>
                <w:lang w:val="fr-FR"/>
              </w:rPr>
              <w:t xml:space="preserve"> </w:t>
            </w:r>
            <w:proofErr w:type="spellStart"/>
            <w:r w:rsidRPr="00051E37">
              <w:rPr>
                <w:lang w:val="fr-FR"/>
              </w:rPr>
              <w:t>termen</w:t>
            </w:r>
            <w:proofErr w:type="spellEnd"/>
            <w:r w:rsidRPr="00051E37">
              <w:rPr>
                <w:lang w:val="fr-FR"/>
              </w:rPr>
              <w:t xml:space="preserve"> de …… </w:t>
            </w:r>
            <w:proofErr w:type="spellStart"/>
            <w:r w:rsidRPr="00051E37">
              <w:rPr>
                <w:lang w:val="fr-FR"/>
              </w:rPr>
              <w:t>zil</w:t>
            </w:r>
            <w:r w:rsidRPr="00051E37">
              <w:rPr>
                <w:lang w:val="fr-FR"/>
              </w:rPr>
              <w:t>e</w:t>
            </w:r>
            <w:proofErr w:type="spellEnd"/>
            <w:r w:rsidRPr="00051E37">
              <w:rPr>
                <w:lang w:val="fr-FR"/>
              </w:rPr>
              <w:t xml:space="preserve"> de la </w:t>
            </w:r>
            <w:proofErr w:type="spellStart"/>
            <w:r w:rsidRPr="00051E37">
              <w:rPr>
                <w:lang w:val="fr-FR"/>
              </w:rPr>
              <w:t>terminarea</w:t>
            </w:r>
            <w:proofErr w:type="spellEnd"/>
            <w:r w:rsidRPr="00051E37">
              <w:rPr>
                <w:lang w:val="fr-FR"/>
              </w:rPr>
              <w:t xml:space="preserve"> </w:t>
            </w:r>
            <w:proofErr w:type="spellStart"/>
            <w:r w:rsidRPr="00051E37">
              <w:rPr>
                <w:lang w:val="fr-FR"/>
              </w:rPr>
              <w:t>efectivă</w:t>
            </w:r>
            <w:proofErr w:type="spellEnd"/>
            <w:r w:rsidRPr="00051E37">
              <w:rPr>
                <w:lang w:val="fr-FR"/>
              </w:rPr>
              <w:t xml:space="preserve"> a </w:t>
            </w:r>
            <w:proofErr w:type="spellStart"/>
            <w:proofErr w:type="gramStart"/>
            <w:r w:rsidRPr="00051E37">
              <w:rPr>
                <w:lang w:val="fr-FR"/>
              </w:rPr>
              <w:t>lucrărilor</w:t>
            </w:r>
            <w:proofErr w:type="spellEnd"/>
            <w:r w:rsidRPr="00051E37">
              <w:rPr>
                <w:lang w:val="fr-FR"/>
              </w:rPr>
              <w:t>;</w:t>
            </w:r>
            <w:proofErr w:type="gramEnd"/>
          </w:p>
        </w:tc>
      </w:tr>
      <w:tr w:rsidR="00B053CC" w:rsidRPr="00A038DB" w14:paraId="5BF96D6C" w14:textId="77777777">
        <w:trPr>
          <w:cantSplit/>
        </w:trPr>
        <w:tc>
          <w:tcPr>
            <w:tcW w:w="9636" w:type="dxa"/>
            <w:shd w:val="clear" w:color="auto" w:fill="F4F4F4"/>
          </w:tcPr>
          <w:p w14:paraId="34207370" w14:textId="77777777" w:rsidR="00B053CC" w:rsidRPr="00051E37" w:rsidRDefault="00116312">
            <w:pPr>
              <w:keepNext/>
              <w:spacing w:line="228" w:lineRule="auto"/>
              <w:rPr>
                <w:lang w:val="fr-FR"/>
              </w:rPr>
            </w:pPr>
            <w:r w:rsidRPr="00051E37">
              <w:rPr>
                <w:lang w:val="fr-FR"/>
              </w:rPr>
              <w:t xml:space="preserve">9. la </w:t>
            </w:r>
            <w:proofErr w:type="spellStart"/>
            <w:r w:rsidRPr="00051E37">
              <w:rPr>
                <w:lang w:val="fr-FR"/>
              </w:rPr>
              <w:t>începerea</w:t>
            </w:r>
            <w:proofErr w:type="spellEnd"/>
            <w:r w:rsidRPr="00051E37">
              <w:rPr>
                <w:lang w:val="fr-FR"/>
              </w:rPr>
              <w:t xml:space="preserve"> </w:t>
            </w:r>
            <w:proofErr w:type="spellStart"/>
            <w:r w:rsidRPr="00051E37">
              <w:rPr>
                <w:lang w:val="fr-FR"/>
              </w:rPr>
              <w:t>execuției</w:t>
            </w:r>
            <w:proofErr w:type="spellEnd"/>
            <w:r w:rsidRPr="00051E37">
              <w:rPr>
                <w:lang w:val="fr-FR"/>
              </w:rPr>
              <w:t xml:space="preserve"> </w:t>
            </w:r>
            <w:proofErr w:type="spellStart"/>
            <w:r w:rsidRPr="00051E37">
              <w:rPr>
                <w:lang w:val="fr-FR"/>
              </w:rPr>
              <w:t>lucrărilor</w:t>
            </w:r>
            <w:proofErr w:type="spellEnd"/>
            <w:r w:rsidRPr="00051E37">
              <w:rPr>
                <w:lang w:val="fr-FR"/>
              </w:rPr>
              <w:t xml:space="preserve">, </w:t>
            </w:r>
            <w:proofErr w:type="spellStart"/>
            <w:r w:rsidRPr="00051E37">
              <w:rPr>
                <w:lang w:val="fr-FR"/>
              </w:rPr>
              <w:t>să</w:t>
            </w:r>
            <w:proofErr w:type="spellEnd"/>
            <w:r w:rsidRPr="00051E37">
              <w:rPr>
                <w:lang w:val="fr-FR"/>
              </w:rPr>
              <w:t xml:space="preserve"> </w:t>
            </w:r>
            <w:proofErr w:type="spellStart"/>
            <w:r w:rsidRPr="00051E37">
              <w:rPr>
                <w:lang w:val="fr-FR"/>
              </w:rPr>
              <w:t>monteze</w:t>
            </w:r>
            <w:proofErr w:type="spellEnd"/>
            <w:r w:rsidRPr="00051E37">
              <w:rPr>
                <w:lang w:val="fr-FR"/>
              </w:rPr>
              <w:t xml:space="preserve"> la </w:t>
            </w:r>
            <w:proofErr w:type="spellStart"/>
            <w:r w:rsidRPr="00051E37">
              <w:rPr>
                <w:lang w:val="fr-FR"/>
              </w:rPr>
              <w:t>loc</w:t>
            </w:r>
            <w:proofErr w:type="spellEnd"/>
            <w:r w:rsidRPr="00051E37">
              <w:rPr>
                <w:lang w:val="fr-FR"/>
              </w:rPr>
              <w:t xml:space="preserve"> </w:t>
            </w:r>
            <w:proofErr w:type="spellStart"/>
            <w:r w:rsidRPr="00051E37">
              <w:rPr>
                <w:lang w:val="fr-FR"/>
              </w:rPr>
              <w:t>vizibil</w:t>
            </w:r>
            <w:proofErr w:type="spellEnd"/>
            <w:r w:rsidRPr="00051E37">
              <w:rPr>
                <w:lang w:val="fr-FR"/>
              </w:rPr>
              <w:t xml:space="preserve"> „</w:t>
            </w:r>
            <w:proofErr w:type="spellStart"/>
            <w:r w:rsidRPr="00051E37">
              <w:rPr>
                <w:lang w:val="fr-FR"/>
              </w:rPr>
              <w:t>Panoul</w:t>
            </w:r>
            <w:proofErr w:type="spellEnd"/>
            <w:r w:rsidRPr="00051E37">
              <w:rPr>
                <w:lang w:val="fr-FR"/>
              </w:rPr>
              <w:t xml:space="preserve"> de </w:t>
            </w:r>
            <w:proofErr w:type="spellStart"/>
            <w:r w:rsidRPr="00051E37">
              <w:rPr>
                <w:lang w:val="fr-FR"/>
              </w:rPr>
              <w:t>identificare</w:t>
            </w:r>
            <w:proofErr w:type="spellEnd"/>
            <w:r w:rsidRPr="00051E37">
              <w:rPr>
                <w:lang w:val="fr-FR"/>
              </w:rPr>
              <w:t xml:space="preserve"> a </w:t>
            </w:r>
            <w:proofErr w:type="spellStart"/>
            <w:r w:rsidRPr="00051E37">
              <w:rPr>
                <w:lang w:val="fr-FR"/>
              </w:rPr>
              <w:t>investiției</w:t>
            </w:r>
            <w:proofErr w:type="spellEnd"/>
            <w:proofErr w:type="gramStart"/>
            <w:r w:rsidRPr="00051E37">
              <w:rPr>
                <w:lang w:val="fr-FR"/>
              </w:rPr>
              <w:t>”;</w:t>
            </w:r>
            <w:proofErr w:type="gramEnd"/>
          </w:p>
        </w:tc>
      </w:tr>
      <w:tr w:rsidR="00B053CC" w:rsidRPr="00A038DB" w14:paraId="7497952E" w14:textId="77777777">
        <w:trPr>
          <w:cantSplit/>
        </w:trPr>
        <w:tc>
          <w:tcPr>
            <w:tcW w:w="9636" w:type="dxa"/>
            <w:shd w:val="clear" w:color="auto" w:fill="F4F4F4"/>
          </w:tcPr>
          <w:p w14:paraId="0AE7AAFE" w14:textId="77777777" w:rsidR="00B053CC" w:rsidRPr="00051E37" w:rsidRDefault="00116312">
            <w:pPr>
              <w:keepNext/>
              <w:spacing w:line="228" w:lineRule="auto"/>
              <w:rPr>
                <w:lang w:val="fr-FR"/>
              </w:rPr>
            </w:pPr>
            <w:r w:rsidRPr="00051E37">
              <w:rPr>
                <w:lang w:val="fr-FR"/>
              </w:rPr>
              <w:t xml:space="preserve">10. </w:t>
            </w:r>
            <w:proofErr w:type="spellStart"/>
            <w:r w:rsidRPr="00051E37">
              <w:rPr>
                <w:lang w:val="fr-FR"/>
              </w:rPr>
              <w:t>în</w:t>
            </w:r>
            <w:proofErr w:type="spellEnd"/>
            <w:r w:rsidRPr="00051E37">
              <w:rPr>
                <w:lang w:val="fr-FR"/>
              </w:rPr>
              <w:t xml:space="preserve"> </w:t>
            </w:r>
            <w:proofErr w:type="spellStart"/>
            <w:r w:rsidRPr="00051E37">
              <w:rPr>
                <w:lang w:val="fr-FR"/>
              </w:rPr>
              <w:t>cazul</w:t>
            </w:r>
            <w:proofErr w:type="spellEnd"/>
            <w:r w:rsidRPr="00051E37">
              <w:rPr>
                <w:lang w:val="fr-FR"/>
              </w:rPr>
              <w:t xml:space="preserve"> </w:t>
            </w:r>
            <w:proofErr w:type="spellStart"/>
            <w:r w:rsidRPr="00051E37">
              <w:rPr>
                <w:lang w:val="fr-FR"/>
              </w:rPr>
              <w:t>justificat</w:t>
            </w:r>
            <w:proofErr w:type="spellEnd"/>
            <w:r w:rsidRPr="00051E37">
              <w:rPr>
                <w:lang w:val="fr-FR"/>
              </w:rPr>
              <w:t xml:space="preserve"> </w:t>
            </w:r>
            <w:proofErr w:type="spellStart"/>
            <w:r w:rsidRPr="00051E37">
              <w:rPr>
                <w:lang w:val="fr-FR"/>
              </w:rPr>
              <w:t>în</w:t>
            </w:r>
            <w:proofErr w:type="spellEnd"/>
            <w:r w:rsidRPr="00051E37">
              <w:rPr>
                <w:lang w:val="fr-FR"/>
              </w:rPr>
              <w:t xml:space="preserve"> care </w:t>
            </w:r>
            <w:proofErr w:type="spellStart"/>
            <w:r w:rsidRPr="00051E37">
              <w:rPr>
                <w:lang w:val="fr-FR"/>
              </w:rPr>
              <w:t>lucrările</w:t>
            </w:r>
            <w:proofErr w:type="spellEnd"/>
            <w:r w:rsidRPr="00051E37">
              <w:rPr>
                <w:lang w:val="fr-FR"/>
              </w:rPr>
              <w:t xml:space="preserve"> de </w:t>
            </w:r>
            <w:proofErr w:type="spellStart"/>
            <w:r w:rsidRPr="00051E37">
              <w:rPr>
                <w:lang w:val="fr-FR"/>
              </w:rPr>
              <w:t>construcții</w:t>
            </w:r>
            <w:proofErr w:type="spellEnd"/>
            <w:r w:rsidRPr="00051E37">
              <w:rPr>
                <w:lang w:val="fr-FR"/>
              </w:rPr>
              <w:t xml:space="preserve"> nu pot fi </w:t>
            </w:r>
            <w:proofErr w:type="spellStart"/>
            <w:r w:rsidRPr="00051E37">
              <w:rPr>
                <w:lang w:val="fr-FR"/>
              </w:rPr>
              <w:t>finalizate</w:t>
            </w:r>
            <w:proofErr w:type="spellEnd"/>
            <w:r w:rsidRPr="00051E37">
              <w:rPr>
                <w:lang w:val="fr-FR"/>
              </w:rPr>
              <w:t xml:space="preserve"> </w:t>
            </w:r>
            <w:proofErr w:type="spellStart"/>
            <w:r w:rsidRPr="00051E37">
              <w:rPr>
                <w:lang w:val="fr-FR"/>
              </w:rPr>
              <w:t>conform</w:t>
            </w:r>
            <w:proofErr w:type="spellEnd"/>
            <w:r w:rsidRPr="00051E37">
              <w:rPr>
                <w:lang w:val="fr-FR"/>
              </w:rPr>
              <w:t xml:space="preserve"> </w:t>
            </w:r>
            <w:proofErr w:type="spellStart"/>
            <w:r w:rsidRPr="00051E37">
              <w:rPr>
                <w:lang w:val="fr-FR"/>
              </w:rPr>
              <w:t>duratei</w:t>
            </w:r>
            <w:proofErr w:type="spellEnd"/>
            <w:r w:rsidRPr="00051E37">
              <w:rPr>
                <w:lang w:val="fr-FR"/>
              </w:rPr>
              <w:t xml:space="preserve"> de </w:t>
            </w:r>
            <w:proofErr w:type="spellStart"/>
            <w:r w:rsidRPr="00051E37">
              <w:rPr>
                <w:lang w:val="fr-FR"/>
              </w:rPr>
              <w:t>execuție</w:t>
            </w:r>
            <w:proofErr w:type="spellEnd"/>
            <w:r w:rsidRPr="00051E37">
              <w:rPr>
                <w:lang w:val="fr-FR"/>
              </w:rPr>
              <w:t xml:space="preserve"> </w:t>
            </w:r>
            <w:proofErr w:type="spellStart"/>
            <w:r w:rsidRPr="00051E37">
              <w:rPr>
                <w:lang w:val="fr-FR"/>
              </w:rPr>
              <w:t>st</w:t>
            </w:r>
            <w:r w:rsidRPr="00051E37">
              <w:rPr>
                <w:lang w:val="fr-FR"/>
              </w:rPr>
              <w:t>abilite</w:t>
            </w:r>
            <w:proofErr w:type="spellEnd"/>
            <w:r w:rsidRPr="00051E37">
              <w:rPr>
                <w:lang w:val="fr-FR"/>
              </w:rPr>
              <w:t xml:space="preserve"> </w:t>
            </w:r>
            <w:proofErr w:type="spellStart"/>
            <w:r w:rsidRPr="00051E37">
              <w:rPr>
                <w:lang w:val="fr-FR"/>
              </w:rPr>
              <w:t>prin</w:t>
            </w:r>
            <w:proofErr w:type="spellEnd"/>
            <w:r w:rsidRPr="00051E37">
              <w:rPr>
                <w:lang w:val="fr-FR"/>
              </w:rPr>
              <w:t xml:space="preserve"> </w:t>
            </w:r>
            <w:proofErr w:type="spellStart"/>
            <w:r w:rsidRPr="00051E37">
              <w:rPr>
                <w:lang w:val="fr-FR"/>
              </w:rPr>
              <w:t>autorizație</w:t>
            </w:r>
            <w:proofErr w:type="spellEnd"/>
            <w:r w:rsidRPr="00051E37">
              <w:rPr>
                <w:lang w:val="fr-FR"/>
              </w:rPr>
              <w:t xml:space="preserve">, se </w:t>
            </w:r>
            <w:proofErr w:type="spellStart"/>
            <w:r w:rsidRPr="00051E37">
              <w:rPr>
                <w:lang w:val="fr-FR"/>
              </w:rPr>
              <w:t>poate</w:t>
            </w:r>
            <w:proofErr w:type="spellEnd"/>
            <w:r w:rsidRPr="00051E37">
              <w:rPr>
                <w:lang w:val="fr-FR"/>
              </w:rPr>
              <w:t xml:space="preserve"> </w:t>
            </w:r>
            <w:proofErr w:type="spellStart"/>
            <w:r w:rsidRPr="00051E37">
              <w:rPr>
                <w:lang w:val="fr-FR"/>
              </w:rPr>
              <w:t>solicita</w:t>
            </w:r>
            <w:proofErr w:type="spellEnd"/>
            <w:r w:rsidRPr="00051E37">
              <w:rPr>
                <w:lang w:val="fr-FR"/>
              </w:rPr>
              <w:t xml:space="preserve"> </w:t>
            </w:r>
            <w:proofErr w:type="spellStart"/>
            <w:r w:rsidRPr="00051E37">
              <w:rPr>
                <w:lang w:val="fr-FR"/>
              </w:rPr>
              <w:t>prelungirea</w:t>
            </w:r>
            <w:proofErr w:type="spellEnd"/>
            <w:r w:rsidRPr="00051E37">
              <w:rPr>
                <w:lang w:val="fr-FR"/>
              </w:rPr>
              <w:t xml:space="preserve"> </w:t>
            </w:r>
            <w:proofErr w:type="spellStart"/>
            <w:r w:rsidRPr="00051E37">
              <w:rPr>
                <w:lang w:val="fr-FR"/>
              </w:rPr>
              <w:t>valabilității</w:t>
            </w:r>
            <w:proofErr w:type="spellEnd"/>
            <w:r w:rsidRPr="00051E37">
              <w:rPr>
                <w:lang w:val="fr-FR"/>
              </w:rPr>
              <w:t xml:space="preserve"> </w:t>
            </w:r>
            <w:proofErr w:type="spellStart"/>
            <w:r w:rsidRPr="00051E37">
              <w:rPr>
                <w:lang w:val="fr-FR"/>
              </w:rPr>
              <w:t>autorizației</w:t>
            </w:r>
            <w:proofErr w:type="spellEnd"/>
            <w:r w:rsidRPr="00051E37">
              <w:rPr>
                <w:lang w:val="fr-FR"/>
              </w:rPr>
              <w:t xml:space="preserve"> </w:t>
            </w:r>
            <w:proofErr w:type="spellStart"/>
            <w:r w:rsidRPr="00051E37">
              <w:rPr>
                <w:lang w:val="fr-FR"/>
              </w:rPr>
              <w:t>cu</w:t>
            </w:r>
            <w:proofErr w:type="spellEnd"/>
            <w:r w:rsidRPr="00051E37">
              <w:rPr>
                <w:lang w:val="fr-FR"/>
              </w:rPr>
              <w:t xml:space="preserve"> </w:t>
            </w:r>
            <w:proofErr w:type="spellStart"/>
            <w:r w:rsidRPr="00051E37">
              <w:rPr>
                <w:lang w:val="fr-FR"/>
              </w:rPr>
              <w:t>cel</w:t>
            </w:r>
            <w:proofErr w:type="spellEnd"/>
            <w:r w:rsidRPr="00051E37">
              <w:rPr>
                <w:lang w:val="fr-FR"/>
              </w:rPr>
              <w:t xml:space="preserve"> </w:t>
            </w:r>
            <w:proofErr w:type="spellStart"/>
            <w:r w:rsidRPr="00051E37">
              <w:rPr>
                <w:lang w:val="fr-FR"/>
              </w:rPr>
              <w:t>puțin</w:t>
            </w:r>
            <w:proofErr w:type="spellEnd"/>
            <w:r w:rsidRPr="00051E37">
              <w:rPr>
                <w:lang w:val="fr-FR"/>
              </w:rPr>
              <w:t xml:space="preserve"> 15 </w:t>
            </w:r>
            <w:proofErr w:type="spellStart"/>
            <w:r w:rsidRPr="00051E37">
              <w:rPr>
                <w:lang w:val="fr-FR"/>
              </w:rPr>
              <w:t>zile</w:t>
            </w:r>
            <w:proofErr w:type="spellEnd"/>
            <w:r w:rsidRPr="00051E37">
              <w:rPr>
                <w:lang w:val="fr-FR"/>
              </w:rPr>
              <w:t xml:space="preserve"> </w:t>
            </w:r>
            <w:proofErr w:type="spellStart"/>
            <w:r w:rsidRPr="00051E37">
              <w:rPr>
                <w:lang w:val="fr-FR"/>
              </w:rPr>
              <w:t>înaintea</w:t>
            </w:r>
            <w:proofErr w:type="spellEnd"/>
            <w:r w:rsidRPr="00051E37">
              <w:rPr>
                <w:lang w:val="fr-FR"/>
              </w:rPr>
              <w:t xml:space="preserve"> </w:t>
            </w:r>
            <w:proofErr w:type="spellStart"/>
            <w:r w:rsidRPr="00051E37">
              <w:rPr>
                <w:lang w:val="fr-FR"/>
              </w:rPr>
              <w:t>expirării</w:t>
            </w:r>
            <w:proofErr w:type="spellEnd"/>
            <w:r w:rsidRPr="00051E37">
              <w:rPr>
                <w:lang w:val="fr-FR"/>
              </w:rPr>
              <w:t xml:space="preserve"> </w:t>
            </w:r>
            <w:proofErr w:type="spellStart"/>
            <w:r w:rsidRPr="00051E37">
              <w:rPr>
                <w:lang w:val="fr-FR"/>
              </w:rPr>
              <w:t>acesteia</w:t>
            </w:r>
            <w:proofErr w:type="spellEnd"/>
            <w:r w:rsidRPr="00051E37">
              <w:rPr>
                <w:lang w:val="fr-FR"/>
              </w:rPr>
              <w:t xml:space="preserve">, </w:t>
            </w:r>
            <w:proofErr w:type="spellStart"/>
            <w:r w:rsidRPr="00051E37">
              <w:rPr>
                <w:lang w:val="fr-FR"/>
              </w:rPr>
              <w:t>situație</w:t>
            </w:r>
            <w:proofErr w:type="spellEnd"/>
            <w:r w:rsidRPr="00051E37">
              <w:rPr>
                <w:lang w:val="fr-FR"/>
              </w:rPr>
              <w:t xml:space="preserve"> </w:t>
            </w:r>
            <w:proofErr w:type="spellStart"/>
            <w:r w:rsidRPr="00051E37">
              <w:rPr>
                <w:lang w:val="fr-FR"/>
              </w:rPr>
              <w:t>în</w:t>
            </w:r>
            <w:proofErr w:type="spellEnd"/>
            <w:r w:rsidRPr="00051E37">
              <w:rPr>
                <w:lang w:val="fr-FR"/>
              </w:rPr>
              <w:t xml:space="preserve"> care </w:t>
            </w:r>
            <w:proofErr w:type="spellStart"/>
            <w:r w:rsidRPr="00051E37">
              <w:rPr>
                <w:lang w:val="fr-FR"/>
              </w:rPr>
              <w:t>prelungirea</w:t>
            </w:r>
            <w:proofErr w:type="spellEnd"/>
            <w:r w:rsidRPr="00051E37">
              <w:rPr>
                <w:lang w:val="fr-FR"/>
              </w:rPr>
              <w:t xml:space="preserve"> </w:t>
            </w:r>
            <w:proofErr w:type="spellStart"/>
            <w:r w:rsidRPr="00051E37">
              <w:rPr>
                <w:lang w:val="fr-FR"/>
              </w:rPr>
              <w:t>valabilității</w:t>
            </w:r>
            <w:proofErr w:type="spellEnd"/>
            <w:r w:rsidRPr="00051E37">
              <w:rPr>
                <w:lang w:val="fr-FR"/>
              </w:rPr>
              <w:t xml:space="preserve"> </w:t>
            </w:r>
            <w:proofErr w:type="spellStart"/>
            <w:r w:rsidRPr="00051E37">
              <w:rPr>
                <w:lang w:val="fr-FR"/>
              </w:rPr>
              <w:t>autorizației</w:t>
            </w:r>
            <w:proofErr w:type="spellEnd"/>
            <w:r w:rsidRPr="00051E37">
              <w:rPr>
                <w:lang w:val="fr-FR"/>
              </w:rPr>
              <w:t xml:space="preserve"> se </w:t>
            </w:r>
            <w:proofErr w:type="spellStart"/>
            <w:r w:rsidRPr="00051E37">
              <w:rPr>
                <w:lang w:val="fr-FR"/>
              </w:rPr>
              <w:t>acordă</w:t>
            </w:r>
            <w:proofErr w:type="spellEnd"/>
            <w:r w:rsidRPr="00051E37">
              <w:rPr>
                <w:lang w:val="fr-FR"/>
              </w:rPr>
              <w:t xml:space="preserve"> </w:t>
            </w:r>
            <w:proofErr w:type="spellStart"/>
            <w:r w:rsidRPr="00051E37">
              <w:rPr>
                <w:lang w:val="fr-FR"/>
              </w:rPr>
              <w:t>pentru</w:t>
            </w:r>
            <w:proofErr w:type="spellEnd"/>
            <w:r w:rsidRPr="00051E37">
              <w:rPr>
                <w:lang w:val="fr-FR"/>
              </w:rPr>
              <w:t xml:space="preserve"> o </w:t>
            </w:r>
            <w:proofErr w:type="spellStart"/>
            <w:r w:rsidRPr="00051E37">
              <w:rPr>
                <w:lang w:val="fr-FR"/>
              </w:rPr>
              <w:t>perioadă</w:t>
            </w:r>
            <w:proofErr w:type="spellEnd"/>
            <w:r w:rsidRPr="00051E37">
              <w:rPr>
                <w:lang w:val="fr-FR"/>
              </w:rPr>
              <w:t xml:space="preserve"> de </w:t>
            </w:r>
            <w:proofErr w:type="spellStart"/>
            <w:r w:rsidRPr="00051E37">
              <w:rPr>
                <w:lang w:val="fr-FR"/>
              </w:rPr>
              <w:t>cel</w:t>
            </w:r>
            <w:proofErr w:type="spellEnd"/>
            <w:r w:rsidRPr="00051E37">
              <w:rPr>
                <w:lang w:val="fr-FR"/>
              </w:rPr>
              <w:t xml:space="preserve"> </w:t>
            </w:r>
            <w:proofErr w:type="spellStart"/>
            <w:r w:rsidRPr="00051E37">
              <w:rPr>
                <w:lang w:val="fr-FR"/>
              </w:rPr>
              <w:t>mult</w:t>
            </w:r>
            <w:proofErr w:type="spellEnd"/>
            <w:r w:rsidRPr="00051E37">
              <w:rPr>
                <w:lang w:val="fr-FR"/>
              </w:rPr>
              <w:t xml:space="preserve"> 12 </w:t>
            </w:r>
            <w:proofErr w:type="spellStart"/>
            <w:proofErr w:type="gramStart"/>
            <w:r w:rsidRPr="00051E37">
              <w:rPr>
                <w:lang w:val="fr-FR"/>
              </w:rPr>
              <w:t>luni</w:t>
            </w:r>
            <w:proofErr w:type="spellEnd"/>
            <w:r w:rsidRPr="00051E37">
              <w:rPr>
                <w:lang w:val="fr-FR"/>
              </w:rPr>
              <w:t>;</w:t>
            </w:r>
            <w:proofErr w:type="gramEnd"/>
          </w:p>
        </w:tc>
      </w:tr>
      <w:tr w:rsidR="00B053CC" w:rsidRPr="00A038DB" w14:paraId="0574861B" w14:textId="77777777">
        <w:trPr>
          <w:cantSplit/>
        </w:trPr>
        <w:tc>
          <w:tcPr>
            <w:tcW w:w="9636" w:type="dxa"/>
            <w:shd w:val="clear" w:color="auto" w:fill="F4F4F4"/>
          </w:tcPr>
          <w:p w14:paraId="76430DC7" w14:textId="77777777" w:rsidR="00B053CC" w:rsidRPr="00051E37" w:rsidRDefault="00116312">
            <w:pPr>
              <w:keepNext/>
              <w:spacing w:line="228" w:lineRule="auto"/>
              <w:rPr>
                <w:lang w:val="fr-FR"/>
              </w:rPr>
            </w:pPr>
            <w:r w:rsidRPr="00051E37">
              <w:rPr>
                <w:lang w:val="fr-FR"/>
              </w:rPr>
              <w:t xml:space="preserve">11. </w:t>
            </w:r>
            <w:proofErr w:type="spellStart"/>
            <w:r w:rsidRPr="00051E37">
              <w:rPr>
                <w:lang w:val="fr-FR"/>
              </w:rPr>
              <w:t>să</w:t>
            </w:r>
            <w:proofErr w:type="spellEnd"/>
            <w:r w:rsidRPr="00051E37">
              <w:rPr>
                <w:lang w:val="fr-FR"/>
              </w:rPr>
              <w:t xml:space="preserve"> </w:t>
            </w:r>
            <w:proofErr w:type="spellStart"/>
            <w:r w:rsidRPr="00051E37">
              <w:rPr>
                <w:lang w:val="fr-FR"/>
              </w:rPr>
              <w:t>prezinte</w:t>
            </w:r>
            <w:proofErr w:type="spellEnd"/>
            <w:r w:rsidRPr="00051E37">
              <w:rPr>
                <w:lang w:val="fr-FR"/>
              </w:rPr>
              <w:t xml:space="preserve"> „</w:t>
            </w:r>
            <w:proofErr w:type="spellStart"/>
            <w:r w:rsidRPr="00051E37">
              <w:rPr>
                <w:lang w:val="fr-FR"/>
              </w:rPr>
              <w:t>Certificatul</w:t>
            </w:r>
            <w:proofErr w:type="spellEnd"/>
            <w:r w:rsidRPr="00051E37">
              <w:rPr>
                <w:lang w:val="fr-FR"/>
              </w:rPr>
              <w:t xml:space="preserve"> de </w:t>
            </w:r>
            <w:proofErr w:type="spellStart"/>
            <w:r w:rsidRPr="00051E37">
              <w:rPr>
                <w:lang w:val="fr-FR"/>
              </w:rPr>
              <w:t>performanță</w:t>
            </w:r>
            <w:proofErr w:type="spellEnd"/>
            <w:r w:rsidRPr="00051E37">
              <w:rPr>
                <w:lang w:val="fr-FR"/>
              </w:rPr>
              <w:t xml:space="preserve"> </w:t>
            </w:r>
            <w:proofErr w:type="spellStart"/>
            <w:r w:rsidRPr="00051E37">
              <w:rPr>
                <w:lang w:val="fr-FR"/>
              </w:rPr>
              <w:t>energetică</w:t>
            </w:r>
            <w:proofErr w:type="spellEnd"/>
            <w:r w:rsidRPr="00051E37">
              <w:rPr>
                <w:lang w:val="fr-FR"/>
              </w:rPr>
              <w:t xml:space="preserve"> a </w:t>
            </w:r>
            <w:proofErr w:type="spellStart"/>
            <w:r w:rsidRPr="00051E37">
              <w:rPr>
                <w:lang w:val="fr-FR"/>
              </w:rPr>
              <w:t>clădirii</w:t>
            </w:r>
            <w:proofErr w:type="spellEnd"/>
            <w:r w:rsidRPr="00051E37">
              <w:rPr>
                <w:lang w:val="fr-FR"/>
              </w:rPr>
              <w:t xml:space="preserve">” la </w:t>
            </w:r>
            <w:proofErr w:type="spellStart"/>
            <w:r w:rsidRPr="00051E37">
              <w:rPr>
                <w:lang w:val="fr-FR"/>
              </w:rPr>
              <w:t>efectuarea</w:t>
            </w:r>
            <w:proofErr w:type="spellEnd"/>
            <w:r w:rsidRPr="00051E37">
              <w:rPr>
                <w:lang w:val="fr-FR"/>
              </w:rPr>
              <w:t xml:space="preserve"> </w:t>
            </w:r>
            <w:proofErr w:type="spellStart"/>
            <w:r w:rsidRPr="00051E37">
              <w:rPr>
                <w:lang w:val="fr-FR"/>
              </w:rPr>
              <w:t>recepției</w:t>
            </w:r>
            <w:proofErr w:type="spellEnd"/>
            <w:r w:rsidRPr="00051E37">
              <w:rPr>
                <w:lang w:val="fr-FR"/>
              </w:rPr>
              <w:t xml:space="preserve"> la </w:t>
            </w:r>
            <w:proofErr w:type="spellStart"/>
            <w:r w:rsidRPr="00051E37">
              <w:rPr>
                <w:lang w:val="fr-FR"/>
              </w:rPr>
              <w:t>terminarea</w:t>
            </w:r>
            <w:proofErr w:type="spellEnd"/>
            <w:r w:rsidRPr="00051E37">
              <w:rPr>
                <w:lang w:val="fr-FR"/>
              </w:rPr>
              <w:t xml:space="preserve"> </w:t>
            </w:r>
            <w:proofErr w:type="spellStart"/>
            <w:proofErr w:type="gramStart"/>
            <w:r w:rsidRPr="00051E37">
              <w:rPr>
                <w:lang w:val="fr-FR"/>
              </w:rPr>
              <w:t>lucrărilor</w:t>
            </w:r>
            <w:proofErr w:type="spellEnd"/>
            <w:r w:rsidRPr="00051E37">
              <w:rPr>
                <w:lang w:val="fr-FR"/>
              </w:rPr>
              <w:t>;</w:t>
            </w:r>
            <w:proofErr w:type="gramEnd"/>
          </w:p>
        </w:tc>
      </w:tr>
      <w:tr w:rsidR="00B053CC" w:rsidRPr="00A038DB" w14:paraId="3448EE55" w14:textId="77777777">
        <w:trPr>
          <w:cantSplit/>
        </w:trPr>
        <w:tc>
          <w:tcPr>
            <w:tcW w:w="9636" w:type="dxa"/>
            <w:shd w:val="clear" w:color="auto" w:fill="F4F4F4"/>
          </w:tcPr>
          <w:p w14:paraId="62496231" w14:textId="77777777" w:rsidR="00B053CC" w:rsidRPr="00051E37" w:rsidRDefault="00116312">
            <w:pPr>
              <w:keepNext/>
              <w:spacing w:line="228" w:lineRule="auto"/>
              <w:rPr>
                <w:lang w:val="fr-FR"/>
              </w:rPr>
            </w:pPr>
            <w:r w:rsidRPr="00051E37">
              <w:rPr>
                <w:lang w:val="fr-FR"/>
              </w:rPr>
              <w:t xml:space="preserve">12. </w:t>
            </w:r>
            <w:proofErr w:type="spellStart"/>
            <w:r w:rsidRPr="00051E37">
              <w:rPr>
                <w:lang w:val="fr-FR"/>
              </w:rPr>
              <w:t>să</w:t>
            </w:r>
            <w:proofErr w:type="spellEnd"/>
            <w:r w:rsidRPr="00051E37">
              <w:rPr>
                <w:lang w:val="fr-FR"/>
              </w:rPr>
              <w:t xml:space="preserve"> </w:t>
            </w:r>
            <w:proofErr w:type="spellStart"/>
            <w:r w:rsidRPr="00051E37">
              <w:rPr>
                <w:lang w:val="fr-FR"/>
              </w:rPr>
              <w:t>solicite</w:t>
            </w:r>
            <w:proofErr w:type="spellEnd"/>
            <w:r w:rsidRPr="00051E37">
              <w:rPr>
                <w:lang w:val="fr-FR"/>
              </w:rPr>
              <w:t xml:space="preserve"> „</w:t>
            </w:r>
            <w:proofErr w:type="spellStart"/>
            <w:r w:rsidRPr="00051E37">
              <w:rPr>
                <w:lang w:val="fr-FR"/>
              </w:rPr>
              <w:t>Autorizația</w:t>
            </w:r>
            <w:proofErr w:type="spellEnd"/>
            <w:r w:rsidRPr="00051E37">
              <w:rPr>
                <w:lang w:val="fr-FR"/>
              </w:rPr>
              <w:t xml:space="preserve"> de </w:t>
            </w:r>
            <w:proofErr w:type="spellStart"/>
            <w:r w:rsidRPr="00051E37">
              <w:rPr>
                <w:lang w:val="fr-FR"/>
              </w:rPr>
              <w:t>securitate</w:t>
            </w:r>
            <w:proofErr w:type="spellEnd"/>
            <w:r w:rsidRPr="00051E37">
              <w:rPr>
                <w:lang w:val="fr-FR"/>
              </w:rPr>
              <w:t xml:space="preserve"> la </w:t>
            </w:r>
            <w:proofErr w:type="spellStart"/>
            <w:r w:rsidRPr="00051E37">
              <w:rPr>
                <w:lang w:val="fr-FR"/>
              </w:rPr>
              <w:t>incendiu</w:t>
            </w:r>
            <w:proofErr w:type="spellEnd"/>
            <w:r w:rsidRPr="00051E37">
              <w:rPr>
                <w:lang w:val="fr-FR"/>
              </w:rPr>
              <w:t xml:space="preserve">” </w:t>
            </w:r>
            <w:proofErr w:type="spellStart"/>
            <w:r w:rsidRPr="00051E37">
              <w:rPr>
                <w:lang w:val="fr-FR"/>
              </w:rPr>
              <w:t>după</w:t>
            </w:r>
            <w:proofErr w:type="spellEnd"/>
            <w:r w:rsidRPr="00051E37">
              <w:rPr>
                <w:lang w:val="fr-FR"/>
              </w:rPr>
              <w:t xml:space="preserve"> </w:t>
            </w:r>
            <w:proofErr w:type="spellStart"/>
            <w:r w:rsidRPr="00051E37">
              <w:rPr>
                <w:lang w:val="fr-FR"/>
              </w:rPr>
              <w:t>efectuarea</w:t>
            </w:r>
            <w:proofErr w:type="spellEnd"/>
            <w:r w:rsidRPr="00051E37">
              <w:rPr>
                <w:lang w:val="fr-FR"/>
              </w:rPr>
              <w:t xml:space="preserve"> </w:t>
            </w:r>
            <w:proofErr w:type="spellStart"/>
            <w:r w:rsidRPr="00051E37">
              <w:rPr>
                <w:lang w:val="fr-FR"/>
              </w:rPr>
              <w:t>recepției</w:t>
            </w:r>
            <w:proofErr w:type="spellEnd"/>
            <w:r w:rsidRPr="00051E37">
              <w:rPr>
                <w:lang w:val="fr-FR"/>
              </w:rPr>
              <w:t xml:space="preserve"> la </w:t>
            </w:r>
            <w:proofErr w:type="spellStart"/>
            <w:r w:rsidRPr="00051E37">
              <w:rPr>
                <w:lang w:val="fr-FR"/>
              </w:rPr>
              <w:t>terminarea</w:t>
            </w:r>
            <w:proofErr w:type="spellEnd"/>
            <w:r w:rsidRPr="00051E37">
              <w:rPr>
                <w:lang w:val="fr-FR"/>
              </w:rPr>
              <w:t xml:space="preserve"> </w:t>
            </w:r>
            <w:proofErr w:type="spellStart"/>
            <w:r w:rsidRPr="00051E37">
              <w:rPr>
                <w:lang w:val="fr-FR"/>
              </w:rPr>
              <w:t>lucrărilor</w:t>
            </w:r>
            <w:proofErr w:type="spellEnd"/>
            <w:r w:rsidRPr="00051E37">
              <w:rPr>
                <w:lang w:val="fr-FR"/>
              </w:rPr>
              <w:t xml:space="preserve"> </w:t>
            </w:r>
            <w:proofErr w:type="spellStart"/>
            <w:r w:rsidRPr="00051E37">
              <w:rPr>
                <w:lang w:val="fr-FR"/>
              </w:rPr>
              <w:t>sau</w:t>
            </w:r>
            <w:proofErr w:type="spellEnd"/>
            <w:r w:rsidRPr="00051E37">
              <w:rPr>
                <w:lang w:val="fr-FR"/>
              </w:rPr>
              <w:t xml:space="preserve"> </w:t>
            </w:r>
            <w:proofErr w:type="spellStart"/>
            <w:r w:rsidRPr="00051E37">
              <w:rPr>
                <w:lang w:val="fr-FR"/>
              </w:rPr>
              <w:t>înainte</w:t>
            </w:r>
            <w:proofErr w:type="spellEnd"/>
            <w:r w:rsidRPr="00051E37">
              <w:rPr>
                <w:lang w:val="fr-FR"/>
              </w:rPr>
              <w:t xml:space="preserve"> de </w:t>
            </w:r>
            <w:proofErr w:type="spellStart"/>
            <w:r w:rsidRPr="00051E37">
              <w:rPr>
                <w:lang w:val="fr-FR"/>
              </w:rPr>
              <w:t>punerea</w:t>
            </w:r>
            <w:proofErr w:type="spellEnd"/>
            <w:r w:rsidRPr="00051E37">
              <w:rPr>
                <w:lang w:val="fr-FR"/>
              </w:rPr>
              <w:t xml:space="preserve"> </w:t>
            </w:r>
            <w:proofErr w:type="spellStart"/>
            <w:r w:rsidRPr="00051E37">
              <w:rPr>
                <w:lang w:val="fr-FR"/>
              </w:rPr>
              <w:t>în</w:t>
            </w:r>
            <w:proofErr w:type="spellEnd"/>
            <w:r w:rsidRPr="00051E37">
              <w:rPr>
                <w:lang w:val="fr-FR"/>
              </w:rPr>
              <w:t xml:space="preserve"> </w:t>
            </w:r>
            <w:proofErr w:type="spellStart"/>
            <w:r w:rsidRPr="00051E37">
              <w:rPr>
                <w:lang w:val="fr-FR"/>
              </w:rPr>
              <w:t>funcțiune</w:t>
            </w:r>
            <w:proofErr w:type="spellEnd"/>
            <w:r w:rsidRPr="00051E37">
              <w:rPr>
                <w:lang w:val="fr-FR"/>
              </w:rPr>
              <w:t xml:space="preserve"> a </w:t>
            </w:r>
            <w:proofErr w:type="spellStart"/>
            <w:r w:rsidRPr="00051E37">
              <w:rPr>
                <w:lang w:val="fr-FR"/>
              </w:rPr>
              <w:t>clădirilor</w:t>
            </w:r>
            <w:proofErr w:type="spellEnd"/>
            <w:r w:rsidRPr="00051E37">
              <w:rPr>
                <w:lang w:val="fr-FR"/>
              </w:rPr>
              <w:t xml:space="preserve"> </w:t>
            </w:r>
            <w:proofErr w:type="spellStart"/>
            <w:r w:rsidRPr="00051E37">
              <w:rPr>
                <w:lang w:val="fr-FR"/>
              </w:rPr>
              <w:t>pentru</w:t>
            </w:r>
            <w:proofErr w:type="spellEnd"/>
            <w:r w:rsidRPr="00051E37">
              <w:rPr>
                <w:lang w:val="fr-FR"/>
              </w:rPr>
              <w:t xml:space="preserve"> care s-a </w:t>
            </w:r>
            <w:proofErr w:type="spellStart"/>
            <w:r w:rsidRPr="00051E37">
              <w:rPr>
                <w:lang w:val="fr-FR"/>
              </w:rPr>
              <w:t>obținut</w:t>
            </w:r>
            <w:proofErr w:type="spellEnd"/>
            <w:r w:rsidRPr="00051E37">
              <w:rPr>
                <w:lang w:val="fr-FR"/>
              </w:rPr>
              <w:t xml:space="preserve"> „</w:t>
            </w:r>
            <w:proofErr w:type="spellStart"/>
            <w:r w:rsidRPr="00051E37">
              <w:rPr>
                <w:lang w:val="fr-FR"/>
              </w:rPr>
              <w:t>Avizul</w:t>
            </w:r>
            <w:proofErr w:type="spellEnd"/>
            <w:r w:rsidRPr="00051E37">
              <w:rPr>
                <w:lang w:val="fr-FR"/>
              </w:rPr>
              <w:t xml:space="preserve"> de </w:t>
            </w:r>
            <w:proofErr w:type="spellStart"/>
            <w:r w:rsidRPr="00051E37">
              <w:rPr>
                <w:lang w:val="fr-FR"/>
              </w:rPr>
              <w:t>securitate</w:t>
            </w:r>
            <w:proofErr w:type="spellEnd"/>
            <w:r w:rsidRPr="00051E37">
              <w:rPr>
                <w:lang w:val="fr-FR"/>
              </w:rPr>
              <w:t xml:space="preserve"> la </w:t>
            </w:r>
            <w:proofErr w:type="spellStart"/>
            <w:r w:rsidRPr="00051E37">
              <w:rPr>
                <w:lang w:val="fr-FR"/>
              </w:rPr>
              <w:t>incendiu</w:t>
            </w:r>
            <w:proofErr w:type="spellEnd"/>
            <w:proofErr w:type="gramStart"/>
            <w:r w:rsidRPr="00051E37">
              <w:rPr>
                <w:lang w:val="fr-FR"/>
              </w:rPr>
              <w:t>”;</w:t>
            </w:r>
            <w:proofErr w:type="gramEnd"/>
          </w:p>
        </w:tc>
      </w:tr>
      <w:tr w:rsidR="00B053CC" w:rsidRPr="00A038DB" w14:paraId="360A0804" w14:textId="77777777">
        <w:trPr>
          <w:cantSplit/>
        </w:trPr>
        <w:tc>
          <w:tcPr>
            <w:tcW w:w="9636" w:type="dxa"/>
            <w:shd w:val="clear" w:color="auto" w:fill="F4F4F4"/>
          </w:tcPr>
          <w:p w14:paraId="6CEC085F" w14:textId="77777777" w:rsidR="00B053CC" w:rsidRPr="00051E37" w:rsidRDefault="00116312">
            <w:pPr>
              <w:keepNext/>
              <w:spacing w:line="228" w:lineRule="auto"/>
              <w:rPr>
                <w:lang w:val="fr-FR"/>
              </w:rPr>
            </w:pPr>
            <w:r w:rsidRPr="00051E37">
              <w:rPr>
                <w:lang w:val="fr-FR"/>
              </w:rPr>
              <w:t xml:space="preserve">13. </w:t>
            </w:r>
            <w:proofErr w:type="spellStart"/>
            <w:r w:rsidRPr="00051E37">
              <w:rPr>
                <w:lang w:val="fr-FR"/>
              </w:rPr>
              <w:t>să</w:t>
            </w:r>
            <w:proofErr w:type="spellEnd"/>
            <w:r w:rsidRPr="00051E37">
              <w:rPr>
                <w:lang w:val="fr-FR"/>
              </w:rPr>
              <w:t xml:space="preserve"> </w:t>
            </w:r>
            <w:proofErr w:type="spellStart"/>
            <w:r w:rsidRPr="00051E37">
              <w:rPr>
                <w:lang w:val="fr-FR"/>
              </w:rPr>
              <w:t>regularizeze</w:t>
            </w:r>
            <w:proofErr w:type="spellEnd"/>
            <w:r w:rsidRPr="00051E37">
              <w:rPr>
                <w:lang w:val="fr-FR"/>
              </w:rPr>
              <w:t xml:space="preserve"> taxa de </w:t>
            </w:r>
            <w:proofErr w:type="spellStart"/>
            <w:r w:rsidRPr="00051E37">
              <w:rPr>
                <w:lang w:val="fr-FR"/>
              </w:rPr>
              <w:t>autorizare</w:t>
            </w:r>
            <w:proofErr w:type="spellEnd"/>
            <w:r w:rsidRPr="00051E37">
              <w:rPr>
                <w:lang w:val="fr-FR"/>
              </w:rPr>
              <w:t xml:space="preserve"> ce </w:t>
            </w:r>
            <w:proofErr w:type="spellStart"/>
            <w:r w:rsidRPr="00051E37">
              <w:rPr>
                <w:lang w:val="fr-FR"/>
              </w:rPr>
              <w:t>revine</w:t>
            </w:r>
            <w:proofErr w:type="spellEnd"/>
            <w:r w:rsidRPr="00051E37">
              <w:rPr>
                <w:lang w:val="fr-FR"/>
              </w:rPr>
              <w:t xml:space="preserve"> </w:t>
            </w:r>
            <w:proofErr w:type="spellStart"/>
            <w:r w:rsidRPr="00051E37">
              <w:rPr>
                <w:lang w:val="fr-FR"/>
              </w:rPr>
              <w:t>emitentului</w:t>
            </w:r>
            <w:proofErr w:type="spellEnd"/>
            <w:r w:rsidRPr="00051E37">
              <w:rPr>
                <w:lang w:val="fr-FR"/>
              </w:rPr>
              <w:t xml:space="preserve">, </w:t>
            </w:r>
            <w:proofErr w:type="spellStart"/>
            <w:r w:rsidRPr="00051E37">
              <w:rPr>
                <w:lang w:val="fr-FR"/>
              </w:rPr>
              <w:t>precum</w:t>
            </w:r>
            <w:proofErr w:type="spellEnd"/>
            <w:r w:rsidRPr="00051E37">
              <w:rPr>
                <w:lang w:val="fr-FR"/>
              </w:rPr>
              <w:t xml:space="preserve"> </w:t>
            </w:r>
            <w:proofErr w:type="spellStart"/>
            <w:r w:rsidRPr="00051E37">
              <w:rPr>
                <w:lang w:val="fr-FR"/>
              </w:rPr>
              <w:t>și</w:t>
            </w:r>
            <w:proofErr w:type="spellEnd"/>
            <w:r w:rsidRPr="00051E37">
              <w:rPr>
                <w:lang w:val="fr-FR"/>
              </w:rPr>
              <w:t xml:space="preserve"> </w:t>
            </w:r>
            <w:proofErr w:type="spellStart"/>
            <w:r w:rsidRPr="00051E37">
              <w:rPr>
                <w:lang w:val="fr-FR"/>
              </w:rPr>
              <w:t>celelalte</w:t>
            </w:r>
            <w:proofErr w:type="spellEnd"/>
            <w:r w:rsidRPr="00051E37">
              <w:rPr>
                <w:lang w:val="fr-FR"/>
              </w:rPr>
              <w:t xml:space="preserve"> </w:t>
            </w:r>
            <w:proofErr w:type="spellStart"/>
            <w:r w:rsidRPr="00051E37">
              <w:rPr>
                <w:lang w:val="fr-FR"/>
              </w:rPr>
              <w:t>obligații</w:t>
            </w:r>
            <w:proofErr w:type="spellEnd"/>
            <w:r w:rsidRPr="00051E37">
              <w:rPr>
                <w:lang w:val="fr-FR"/>
              </w:rPr>
              <w:t xml:space="preserve"> de </w:t>
            </w:r>
            <w:proofErr w:type="spellStart"/>
            <w:r w:rsidRPr="00051E37">
              <w:rPr>
                <w:lang w:val="fr-FR"/>
              </w:rPr>
              <w:t>plată</w:t>
            </w:r>
            <w:proofErr w:type="spellEnd"/>
            <w:r w:rsidRPr="00051E37">
              <w:rPr>
                <w:lang w:val="fr-FR"/>
              </w:rPr>
              <w:t xml:space="preserve"> ce </w:t>
            </w:r>
            <w:proofErr w:type="spellStart"/>
            <w:r w:rsidRPr="00051E37">
              <w:rPr>
                <w:lang w:val="fr-FR"/>
              </w:rPr>
              <w:t>îi</w:t>
            </w:r>
            <w:proofErr w:type="spellEnd"/>
            <w:r w:rsidRPr="00051E37">
              <w:rPr>
                <w:lang w:val="fr-FR"/>
              </w:rPr>
              <w:t xml:space="preserve"> </w:t>
            </w:r>
            <w:proofErr w:type="spellStart"/>
            <w:r w:rsidRPr="00051E37">
              <w:rPr>
                <w:lang w:val="fr-FR"/>
              </w:rPr>
              <w:t>revin</w:t>
            </w:r>
            <w:proofErr w:type="spellEnd"/>
            <w:r w:rsidRPr="00051E37">
              <w:rPr>
                <w:lang w:val="fr-FR"/>
              </w:rPr>
              <w:t xml:space="preserve">, </w:t>
            </w:r>
            <w:proofErr w:type="spellStart"/>
            <w:r w:rsidRPr="00051E37">
              <w:rPr>
                <w:lang w:val="fr-FR"/>
              </w:rPr>
              <w:t>potrivit</w:t>
            </w:r>
            <w:proofErr w:type="spellEnd"/>
            <w:r w:rsidRPr="00051E37">
              <w:rPr>
                <w:lang w:val="fr-FR"/>
              </w:rPr>
              <w:t xml:space="preserve"> </w:t>
            </w:r>
            <w:proofErr w:type="spellStart"/>
            <w:r w:rsidRPr="00051E37">
              <w:rPr>
                <w:lang w:val="fr-FR"/>
              </w:rPr>
              <w:t>legii</w:t>
            </w:r>
            <w:proofErr w:type="spellEnd"/>
            <w:r w:rsidRPr="00051E37">
              <w:rPr>
                <w:lang w:val="fr-FR"/>
              </w:rPr>
              <w:t xml:space="preserve">, ca </w:t>
            </w:r>
            <w:proofErr w:type="spellStart"/>
            <w:r w:rsidRPr="00051E37">
              <w:rPr>
                <w:lang w:val="fr-FR"/>
              </w:rPr>
              <w:t>urmare</w:t>
            </w:r>
            <w:proofErr w:type="spellEnd"/>
            <w:r w:rsidRPr="00051E37">
              <w:rPr>
                <w:lang w:val="fr-FR"/>
              </w:rPr>
              <w:t xml:space="preserve"> a </w:t>
            </w:r>
            <w:proofErr w:type="spellStart"/>
            <w:r w:rsidRPr="00051E37">
              <w:rPr>
                <w:lang w:val="fr-FR"/>
              </w:rPr>
              <w:t>realizării</w:t>
            </w:r>
            <w:proofErr w:type="spellEnd"/>
            <w:r w:rsidRPr="00051E37">
              <w:rPr>
                <w:lang w:val="fr-FR"/>
              </w:rPr>
              <w:t xml:space="preserve"> </w:t>
            </w:r>
            <w:proofErr w:type="spellStart"/>
            <w:proofErr w:type="gramStart"/>
            <w:r w:rsidRPr="00051E37">
              <w:rPr>
                <w:lang w:val="fr-FR"/>
              </w:rPr>
              <w:t>investiției</w:t>
            </w:r>
            <w:proofErr w:type="spellEnd"/>
            <w:r w:rsidRPr="00051E37">
              <w:rPr>
                <w:lang w:val="fr-FR"/>
              </w:rPr>
              <w:t>;</w:t>
            </w:r>
            <w:proofErr w:type="gramEnd"/>
          </w:p>
        </w:tc>
      </w:tr>
      <w:tr w:rsidR="00B053CC" w:rsidRPr="00A038DB" w14:paraId="3D170F6F" w14:textId="77777777">
        <w:trPr>
          <w:cantSplit/>
        </w:trPr>
        <w:tc>
          <w:tcPr>
            <w:tcW w:w="9636" w:type="dxa"/>
            <w:shd w:val="clear" w:color="auto" w:fill="F4F4F4"/>
          </w:tcPr>
          <w:p w14:paraId="39E263AF" w14:textId="77777777" w:rsidR="00B053CC" w:rsidRPr="00051E37" w:rsidRDefault="00116312">
            <w:pPr>
              <w:spacing w:line="228" w:lineRule="auto"/>
              <w:rPr>
                <w:lang w:val="fr-FR"/>
              </w:rPr>
            </w:pPr>
            <w:r w:rsidRPr="00051E37">
              <w:rPr>
                <w:lang w:val="fr-FR"/>
              </w:rPr>
              <w:t xml:space="preserve">14. </w:t>
            </w:r>
            <w:proofErr w:type="spellStart"/>
            <w:r w:rsidRPr="00051E37">
              <w:rPr>
                <w:lang w:val="fr-FR"/>
              </w:rPr>
              <w:t>să</w:t>
            </w:r>
            <w:proofErr w:type="spellEnd"/>
            <w:r w:rsidRPr="00051E37">
              <w:rPr>
                <w:lang w:val="fr-FR"/>
              </w:rPr>
              <w:t xml:space="preserve"> </w:t>
            </w:r>
            <w:proofErr w:type="spellStart"/>
            <w:r w:rsidRPr="00051E37">
              <w:rPr>
                <w:lang w:val="fr-FR"/>
              </w:rPr>
              <w:t>declare</w:t>
            </w:r>
            <w:proofErr w:type="spellEnd"/>
            <w:r w:rsidRPr="00051E37">
              <w:rPr>
                <w:lang w:val="fr-FR"/>
              </w:rPr>
              <w:t xml:space="preserve"> </w:t>
            </w:r>
            <w:proofErr w:type="spellStart"/>
            <w:r w:rsidRPr="00051E37">
              <w:rPr>
                <w:lang w:val="fr-FR"/>
              </w:rPr>
              <w:t>construcțiile</w:t>
            </w:r>
            <w:proofErr w:type="spellEnd"/>
            <w:r w:rsidRPr="00051E37">
              <w:rPr>
                <w:lang w:val="fr-FR"/>
              </w:rPr>
              <w:t xml:space="preserve"> </w:t>
            </w:r>
            <w:proofErr w:type="spellStart"/>
            <w:r w:rsidRPr="00051E37">
              <w:rPr>
                <w:lang w:val="fr-FR"/>
              </w:rPr>
              <w:t>proprietate</w:t>
            </w:r>
            <w:proofErr w:type="spellEnd"/>
            <w:r w:rsidRPr="00051E37">
              <w:rPr>
                <w:lang w:val="fr-FR"/>
              </w:rPr>
              <w:t xml:space="preserve"> </w:t>
            </w:r>
            <w:proofErr w:type="spellStart"/>
            <w:r w:rsidRPr="00051E37">
              <w:rPr>
                <w:lang w:val="fr-FR"/>
              </w:rPr>
              <w:t>particulară</w:t>
            </w:r>
            <w:proofErr w:type="spellEnd"/>
            <w:r w:rsidRPr="00051E37">
              <w:rPr>
                <w:lang w:val="fr-FR"/>
              </w:rPr>
              <w:t xml:space="preserve"> </w:t>
            </w:r>
            <w:proofErr w:type="spellStart"/>
            <w:r w:rsidRPr="00051E37">
              <w:rPr>
                <w:lang w:val="fr-FR"/>
              </w:rPr>
              <w:t>realizate</w:t>
            </w:r>
            <w:proofErr w:type="spellEnd"/>
            <w:r w:rsidRPr="00051E37">
              <w:rPr>
                <w:lang w:val="fr-FR"/>
              </w:rPr>
              <w:t xml:space="preserve">, </w:t>
            </w:r>
            <w:proofErr w:type="spellStart"/>
            <w:r w:rsidRPr="00051E37">
              <w:rPr>
                <w:lang w:val="fr-FR"/>
              </w:rPr>
              <w:t>în</w:t>
            </w:r>
            <w:proofErr w:type="spellEnd"/>
            <w:r w:rsidRPr="00051E37">
              <w:rPr>
                <w:lang w:val="fr-FR"/>
              </w:rPr>
              <w:t xml:space="preserve"> </w:t>
            </w:r>
            <w:proofErr w:type="spellStart"/>
            <w:r w:rsidRPr="00051E37">
              <w:rPr>
                <w:lang w:val="fr-FR"/>
              </w:rPr>
              <w:t>vederea</w:t>
            </w:r>
            <w:proofErr w:type="spellEnd"/>
            <w:r w:rsidRPr="00051E37">
              <w:rPr>
                <w:lang w:val="fr-FR"/>
              </w:rPr>
              <w:t xml:space="preserve"> </w:t>
            </w:r>
            <w:proofErr w:type="spellStart"/>
            <w:r w:rsidRPr="00051E37">
              <w:rPr>
                <w:lang w:val="fr-FR"/>
              </w:rPr>
              <w:t>impunerii</w:t>
            </w:r>
            <w:proofErr w:type="spellEnd"/>
            <w:r w:rsidRPr="00051E37">
              <w:rPr>
                <w:lang w:val="fr-FR"/>
              </w:rPr>
              <w:t xml:space="preserve">, la </w:t>
            </w:r>
            <w:proofErr w:type="spellStart"/>
            <w:r w:rsidRPr="00051E37">
              <w:rPr>
                <w:lang w:val="fr-FR"/>
              </w:rPr>
              <w:t>organele</w:t>
            </w:r>
            <w:proofErr w:type="spellEnd"/>
            <w:r w:rsidRPr="00051E37">
              <w:rPr>
                <w:lang w:val="fr-FR"/>
              </w:rPr>
              <w:t xml:space="preserve"> </w:t>
            </w:r>
            <w:proofErr w:type="spellStart"/>
            <w:r w:rsidRPr="00051E37">
              <w:rPr>
                <w:lang w:val="fr-FR"/>
              </w:rPr>
              <w:t>financiare</w:t>
            </w:r>
            <w:proofErr w:type="spellEnd"/>
            <w:r w:rsidRPr="00051E37">
              <w:rPr>
                <w:lang w:val="fr-FR"/>
              </w:rPr>
              <w:t xml:space="preserve"> </w:t>
            </w:r>
            <w:proofErr w:type="spellStart"/>
            <w:r w:rsidRPr="00051E37">
              <w:rPr>
                <w:lang w:val="fr-FR"/>
              </w:rPr>
              <w:t>teritoriale</w:t>
            </w:r>
            <w:proofErr w:type="spellEnd"/>
            <w:r w:rsidRPr="00051E37">
              <w:rPr>
                <w:lang w:val="fr-FR"/>
              </w:rPr>
              <w:t xml:space="preserve"> </w:t>
            </w:r>
            <w:proofErr w:type="spellStart"/>
            <w:r w:rsidRPr="00051E37">
              <w:rPr>
                <w:lang w:val="fr-FR"/>
              </w:rPr>
              <w:t>sau</w:t>
            </w:r>
            <w:proofErr w:type="spellEnd"/>
            <w:r w:rsidRPr="00051E37">
              <w:rPr>
                <w:lang w:val="fr-FR"/>
              </w:rPr>
              <w:t xml:space="preserve"> la </w:t>
            </w:r>
            <w:proofErr w:type="spellStart"/>
            <w:r w:rsidRPr="00051E37">
              <w:rPr>
                <w:lang w:val="fr-FR"/>
              </w:rPr>
              <w:t>unitățile</w:t>
            </w:r>
            <w:proofErr w:type="spellEnd"/>
            <w:r w:rsidRPr="00051E37">
              <w:rPr>
                <w:lang w:val="fr-FR"/>
              </w:rPr>
              <w:t xml:space="preserve"> </w:t>
            </w:r>
            <w:proofErr w:type="spellStart"/>
            <w:r w:rsidRPr="00051E37">
              <w:rPr>
                <w:lang w:val="fr-FR"/>
              </w:rPr>
              <w:t>subordonate</w:t>
            </w:r>
            <w:proofErr w:type="spellEnd"/>
            <w:r w:rsidRPr="00051E37">
              <w:rPr>
                <w:lang w:val="fr-FR"/>
              </w:rPr>
              <w:t xml:space="preserve"> </w:t>
            </w:r>
            <w:proofErr w:type="spellStart"/>
            <w:r w:rsidRPr="00051E37">
              <w:rPr>
                <w:lang w:val="fr-FR"/>
              </w:rPr>
              <w:t>acestora</w:t>
            </w:r>
            <w:proofErr w:type="spellEnd"/>
            <w:r w:rsidRPr="00051E37">
              <w:rPr>
                <w:lang w:val="fr-FR"/>
              </w:rPr>
              <w:t xml:space="preserve">, </w:t>
            </w:r>
            <w:proofErr w:type="spellStart"/>
            <w:r w:rsidRPr="00051E37">
              <w:rPr>
                <w:lang w:val="fr-FR"/>
              </w:rPr>
              <w:t>după</w:t>
            </w:r>
            <w:proofErr w:type="spellEnd"/>
            <w:r w:rsidRPr="00051E37">
              <w:rPr>
                <w:lang w:val="fr-FR"/>
              </w:rPr>
              <w:t xml:space="preserve"> </w:t>
            </w:r>
            <w:proofErr w:type="spellStart"/>
            <w:r w:rsidRPr="00051E37">
              <w:rPr>
                <w:lang w:val="fr-FR"/>
              </w:rPr>
              <w:t>terminarea</w:t>
            </w:r>
            <w:proofErr w:type="spellEnd"/>
            <w:r w:rsidRPr="00051E37">
              <w:rPr>
                <w:lang w:val="fr-FR"/>
              </w:rPr>
              <w:t xml:space="preserve"> </w:t>
            </w:r>
            <w:proofErr w:type="spellStart"/>
            <w:r w:rsidRPr="00051E37">
              <w:rPr>
                <w:lang w:val="fr-FR"/>
              </w:rPr>
              <w:t>lor</w:t>
            </w:r>
            <w:proofErr w:type="spellEnd"/>
            <w:r w:rsidRPr="00051E37">
              <w:rPr>
                <w:lang w:val="fr-FR"/>
              </w:rPr>
              <w:t xml:space="preserve"> </w:t>
            </w:r>
            <w:proofErr w:type="spellStart"/>
            <w:r w:rsidRPr="00051E37">
              <w:rPr>
                <w:lang w:val="fr-FR"/>
              </w:rPr>
              <w:t>completă</w:t>
            </w:r>
            <w:proofErr w:type="spellEnd"/>
            <w:r w:rsidRPr="00051E37">
              <w:rPr>
                <w:lang w:val="fr-FR"/>
              </w:rPr>
              <w:t xml:space="preserve"> </w:t>
            </w:r>
            <w:proofErr w:type="spellStart"/>
            <w:r w:rsidRPr="00051E37">
              <w:rPr>
                <w:lang w:val="fr-FR"/>
              </w:rPr>
              <w:t>și</w:t>
            </w:r>
            <w:proofErr w:type="spellEnd"/>
            <w:r w:rsidRPr="00051E37">
              <w:rPr>
                <w:lang w:val="fr-FR"/>
              </w:rPr>
              <w:t xml:space="preserve"> nu mai </w:t>
            </w:r>
            <w:proofErr w:type="spellStart"/>
            <w:r w:rsidRPr="00051E37">
              <w:rPr>
                <w:lang w:val="fr-FR"/>
              </w:rPr>
              <w:t>târziu</w:t>
            </w:r>
            <w:proofErr w:type="spellEnd"/>
            <w:r w:rsidRPr="00051E37">
              <w:rPr>
                <w:lang w:val="fr-FR"/>
              </w:rPr>
              <w:t xml:space="preserve"> de 15 </w:t>
            </w:r>
            <w:proofErr w:type="spellStart"/>
            <w:r w:rsidRPr="00051E37">
              <w:rPr>
                <w:lang w:val="fr-FR"/>
              </w:rPr>
              <w:t>zile</w:t>
            </w:r>
            <w:proofErr w:type="spellEnd"/>
            <w:r w:rsidRPr="00051E37">
              <w:rPr>
                <w:lang w:val="fr-FR"/>
              </w:rPr>
              <w:t xml:space="preserve"> de la data </w:t>
            </w:r>
            <w:proofErr w:type="spellStart"/>
            <w:r w:rsidRPr="00051E37">
              <w:rPr>
                <w:lang w:val="fr-FR"/>
              </w:rPr>
              <w:t>expirării</w:t>
            </w:r>
            <w:proofErr w:type="spellEnd"/>
            <w:r w:rsidRPr="00051E37">
              <w:rPr>
                <w:lang w:val="fr-FR"/>
              </w:rPr>
              <w:t xml:space="preserve"> </w:t>
            </w:r>
            <w:proofErr w:type="spellStart"/>
            <w:r w:rsidRPr="00051E37">
              <w:rPr>
                <w:lang w:val="fr-FR"/>
              </w:rPr>
              <w:t>termenului</w:t>
            </w:r>
            <w:proofErr w:type="spellEnd"/>
            <w:r w:rsidRPr="00051E37">
              <w:rPr>
                <w:lang w:val="fr-FR"/>
              </w:rPr>
              <w:t xml:space="preserve"> de </w:t>
            </w:r>
            <w:proofErr w:type="spellStart"/>
            <w:r w:rsidRPr="00051E37">
              <w:rPr>
                <w:lang w:val="fr-FR"/>
              </w:rPr>
              <w:t>valabilitate</w:t>
            </w:r>
            <w:proofErr w:type="spellEnd"/>
            <w:r w:rsidRPr="00051E37">
              <w:rPr>
                <w:lang w:val="fr-FR"/>
              </w:rPr>
              <w:t xml:space="preserve"> a </w:t>
            </w:r>
            <w:proofErr w:type="spellStart"/>
            <w:r w:rsidRPr="00051E37">
              <w:rPr>
                <w:lang w:val="fr-FR"/>
              </w:rPr>
              <w:t>auto</w:t>
            </w:r>
            <w:r w:rsidRPr="00051E37">
              <w:rPr>
                <w:lang w:val="fr-FR"/>
              </w:rPr>
              <w:t>rizației</w:t>
            </w:r>
            <w:proofErr w:type="spellEnd"/>
            <w:r w:rsidRPr="00051E37">
              <w:rPr>
                <w:lang w:val="fr-FR"/>
              </w:rPr>
              <w:t xml:space="preserve"> de construire / </w:t>
            </w:r>
            <w:proofErr w:type="spellStart"/>
            <w:r w:rsidRPr="00051E37">
              <w:rPr>
                <w:lang w:val="fr-FR"/>
              </w:rPr>
              <w:t>desființare</w:t>
            </w:r>
            <w:proofErr w:type="spellEnd"/>
            <w:r w:rsidRPr="00051E37">
              <w:rPr>
                <w:lang w:val="fr-FR"/>
              </w:rPr>
              <w:t xml:space="preserve"> (</w:t>
            </w:r>
            <w:proofErr w:type="spellStart"/>
            <w:r w:rsidRPr="00051E37">
              <w:rPr>
                <w:lang w:val="fr-FR"/>
              </w:rPr>
              <w:t>inclusiv</w:t>
            </w:r>
            <w:proofErr w:type="spellEnd"/>
            <w:r w:rsidRPr="00051E37">
              <w:rPr>
                <w:lang w:val="fr-FR"/>
              </w:rPr>
              <w:t xml:space="preserve"> </w:t>
            </w:r>
            <w:proofErr w:type="spellStart"/>
            <w:r w:rsidRPr="00051E37">
              <w:rPr>
                <w:lang w:val="fr-FR"/>
              </w:rPr>
              <w:t>durata</w:t>
            </w:r>
            <w:proofErr w:type="spellEnd"/>
            <w:r w:rsidRPr="00051E37">
              <w:rPr>
                <w:lang w:val="fr-FR"/>
              </w:rPr>
              <w:t xml:space="preserve"> de </w:t>
            </w:r>
            <w:proofErr w:type="spellStart"/>
            <w:r w:rsidRPr="00051E37">
              <w:rPr>
                <w:lang w:val="fr-FR"/>
              </w:rPr>
              <w:t>execuție</w:t>
            </w:r>
            <w:proofErr w:type="spellEnd"/>
            <w:r w:rsidRPr="00051E37">
              <w:rPr>
                <w:lang w:val="fr-FR"/>
              </w:rPr>
              <w:t xml:space="preserve"> a </w:t>
            </w:r>
            <w:proofErr w:type="spellStart"/>
            <w:r w:rsidRPr="00051E37">
              <w:rPr>
                <w:lang w:val="fr-FR"/>
              </w:rPr>
              <w:t>lucrărilor</w:t>
            </w:r>
            <w:proofErr w:type="spellEnd"/>
            <w:r w:rsidRPr="00051E37">
              <w:rPr>
                <w:lang w:val="fr-FR"/>
              </w:rPr>
              <w:t>).</w:t>
            </w:r>
          </w:p>
        </w:tc>
      </w:tr>
    </w:tbl>
    <w:p w14:paraId="38B7ED84" w14:textId="77777777" w:rsidR="00B053CC" w:rsidRPr="00051E37" w:rsidRDefault="00B053CC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2409"/>
        <w:gridCol w:w="803"/>
        <w:gridCol w:w="3212"/>
      </w:tblGrid>
      <w:tr w:rsidR="00B053CC" w14:paraId="721A3D41" w14:textId="77777777">
        <w:trPr>
          <w:cantSplit/>
        </w:trPr>
        <w:tc>
          <w:tcPr>
            <w:tcW w:w="9636" w:type="dxa"/>
            <w:gridSpan w:val="5"/>
            <w:shd w:val="clear" w:color="auto" w:fill="F4F4F4"/>
          </w:tcPr>
          <w:p w14:paraId="031FB2C7" w14:textId="638FE2CC" w:rsidR="00B053CC" w:rsidRDefault="00116312">
            <w:pPr>
              <w:keepNext/>
            </w:pPr>
            <w:r w:rsidRPr="00051E37">
              <w:rPr>
                <w:b/>
                <w:sz w:val="16"/>
                <w:lang w:val="fr-FR"/>
              </w:rPr>
              <w:t xml:space="preserve"> </w:t>
            </w:r>
            <w:r w:rsidR="00051E37">
              <w:rPr>
                <w:b/>
                <w:sz w:val="16"/>
              </w:rPr>
              <w:t>8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SEMNĂTURILE</w:t>
            </w:r>
          </w:p>
        </w:tc>
      </w:tr>
      <w:tr w:rsidR="00B053CC" w14:paraId="7F69F5FF" w14:textId="77777777">
        <w:trPr>
          <w:cantSplit/>
          <w:trHeight w:val="680"/>
        </w:trPr>
        <w:tc>
          <w:tcPr>
            <w:tcW w:w="3212" w:type="dxa"/>
            <w:gridSpan w:val="2"/>
          </w:tcPr>
          <w:p w14:paraId="73ACD2F6" w14:textId="77777777" w:rsidR="00B053CC" w:rsidRDefault="00116312">
            <w:pPr>
              <w:keepNext/>
              <w:jc w:val="center"/>
            </w:pPr>
            <w:proofErr w:type="spellStart"/>
            <w:r>
              <w:rPr>
                <w:b/>
                <w:color w:val="0D5F78"/>
              </w:rPr>
              <w:t>Conducătorul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autorității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emitente</w:t>
            </w:r>
            <w:proofErr w:type="spellEnd"/>
          </w:p>
          <w:p w14:paraId="48260AF2" w14:textId="77777777" w:rsidR="00B053CC" w:rsidRDefault="00B053CC">
            <w:pPr>
              <w:keepNext/>
              <w:spacing w:after="200"/>
            </w:pPr>
          </w:p>
          <w:p w14:paraId="767ECF2F" w14:textId="77777777" w:rsidR="00B053CC" w:rsidRDefault="00B053CC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79DF4624" w14:textId="77777777" w:rsidR="00B053CC" w:rsidRDefault="00116312">
            <w:pPr>
              <w:keepNext/>
              <w:jc w:val="center"/>
            </w:pPr>
            <w:proofErr w:type="spellStart"/>
            <w:r>
              <w:rPr>
                <w:i/>
                <w:color w:val="595959"/>
              </w:rPr>
              <w:t>funcția</w:t>
            </w:r>
            <w:proofErr w:type="spellEnd"/>
            <w:r>
              <w:rPr>
                <w:i/>
                <w:color w:val="595959"/>
              </w:rPr>
              <w:t xml:space="preserve">, </w:t>
            </w:r>
            <w:proofErr w:type="spellStart"/>
            <w:r>
              <w:rPr>
                <w:i/>
                <w:color w:val="595959"/>
              </w:rPr>
              <w:t>numele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și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semnătura</w:t>
            </w:r>
            <w:proofErr w:type="spellEnd"/>
          </w:p>
        </w:tc>
        <w:tc>
          <w:tcPr>
            <w:tcW w:w="3212" w:type="dxa"/>
            <w:gridSpan w:val="2"/>
          </w:tcPr>
          <w:p w14:paraId="0592CDE4" w14:textId="77777777" w:rsidR="00B053CC" w:rsidRDefault="00116312">
            <w:pPr>
              <w:keepNext/>
              <w:jc w:val="center"/>
            </w:pPr>
            <w:proofErr w:type="spellStart"/>
            <w:r>
              <w:rPr>
                <w:b/>
                <w:color w:val="0D5F78"/>
              </w:rPr>
              <w:t>Secretar</w:t>
            </w:r>
            <w:proofErr w:type="spellEnd"/>
            <w:r>
              <w:rPr>
                <w:b/>
                <w:color w:val="0D5F78"/>
              </w:rPr>
              <w:t xml:space="preserve"> general</w:t>
            </w:r>
          </w:p>
          <w:p w14:paraId="6BF14C36" w14:textId="77777777" w:rsidR="00B053CC" w:rsidRDefault="00B053CC">
            <w:pPr>
              <w:keepNext/>
              <w:spacing w:after="200"/>
            </w:pPr>
          </w:p>
          <w:p w14:paraId="2305B026" w14:textId="77777777" w:rsidR="00B053CC" w:rsidRDefault="00B053CC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2C437773" w14:textId="77777777" w:rsidR="00B053CC" w:rsidRDefault="00116312">
            <w:pPr>
              <w:keepNext/>
              <w:jc w:val="center"/>
            </w:pPr>
            <w:proofErr w:type="spellStart"/>
            <w:r>
              <w:rPr>
                <w:i/>
                <w:color w:val="595959"/>
              </w:rPr>
              <w:t>numele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și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semnătura</w:t>
            </w:r>
            <w:proofErr w:type="spellEnd"/>
          </w:p>
        </w:tc>
        <w:tc>
          <w:tcPr>
            <w:tcW w:w="3212" w:type="dxa"/>
          </w:tcPr>
          <w:p w14:paraId="334A41DB" w14:textId="77777777" w:rsidR="00B053CC" w:rsidRDefault="00116312">
            <w:pPr>
              <w:keepNext/>
              <w:jc w:val="center"/>
            </w:pPr>
            <w:proofErr w:type="spellStart"/>
            <w:r>
              <w:rPr>
                <w:b/>
                <w:color w:val="0D5F78"/>
              </w:rPr>
              <w:t>Arhitect-șef</w:t>
            </w:r>
            <w:proofErr w:type="spellEnd"/>
          </w:p>
          <w:p w14:paraId="42CD488C" w14:textId="77777777" w:rsidR="00B053CC" w:rsidRDefault="00B053CC">
            <w:pPr>
              <w:keepNext/>
              <w:spacing w:after="200"/>
            </w:pPr>
          </w:p>
          <w:p w14:paraId="58650277" w14:textId="77777777" w:rsidR="00B053CC" w:rsidRDefault="00B053CC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361C86BE" w14:textId="77777777" w:rsidR="00B053CC" w:rsidRDefault="00116312">
            <w:pPr>
              <w:keepNext/>
              <w:jc w:val="center"/>
            </w:pPr>
            <w:proofErr w:type="spellStart"/>
            <w:r>
              <w:rPr>
                <w:i/>
                <w:color w:val="595959"/>
              </w:rPr>
              <w:t>numele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și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semnătura</w:t>
            </w:r>
            <w:proofErr w:type="spellEnd"/>
          </w:p>
        </w:tc>
      </w:tr>
      <w:tr w:rsidR="00B053CC" w:rsidRPr="00051E37" w14:paraId="3EBB5EE2" w14:textId="77777777">
        <w:trPr>
          <w:cantSplit/>
          <w:trHeight w:val="510"/>
        </w:trPr>
        <w:tc>
          <w:tcPr>
            <w:tcW w:w="2409" w:type="dxa"/>
          </w:tcPr>
          <w:p w14:paraId="1F0F22B6" w14:textId="77777777" w:rsidR="00B053CC" w:rsidRDefault="00116312">
            <w:proofErr w:type="spellStart"/>
            <w:r>
              <w:rPr>
                <w:b/>
                <w:color w:val="0D5F78"/>
              </w:rPr>
              <w:t>Achitat</w:t>
            </w:r>
            <w:proofErr w:type="spellEnd"/>
            <w:r>
              <w:rPr>
                <w:b/>
                <w:color w:val="0D5F78"/>
              </w:rPr>
              <w:t xml:space="preserve"> taxa de </w:t>
            </w:r>
            <w:r>
              <w:rPr>
                <w:b/>
                <w:color w:val="0D5F78"/>
              </w:rPr>
              <w:t>(lei)</w:t>
            </w:r>
          </w:p>
          <w:p w14:paraId="22B36953" w14:textId="77777777" w:rsidR="00B053CC" w:rsidRDefault="00B053CC"/>
        </w:tc>
        <w:tc>
          <w:tcPr>
            <w:tcW w:w="3212" w:type="dxa"/>
            <w:gridSpan w:val="2"/>
          </w:tcPr>
          <w:p w14:paraId="57DC5A63" w14:textId="77777777" w:rsidR="00B053CC" w:rsidRDefault="00116312">
            <w:proofErr w:type="spellStart"/>
            <w:r>
              <w:rPr>
                <w:b/>
                <w:color w:val="0D5F78"/>
              </w:rPr>
              <w:t>Chitanța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3B845B83" w14:textId="77777777" w:rsidR="00B053CC" w:rsidRDefault="00B053CC"/>
        </w:tc>
        <w:tc>
          <w:tcPr>
            <w:tcW w:w="4015" w:type="dxa"/>
            <w:gridSpan w:val="2"/>
          </w:tcPr>
          <w:p w14:paraId="5FB7785F" w14:textId="77777777" w:rsidR="00B053CC" w:rsidRPr="00051E37" w:rsidRDefault="00116312">
            <w:pPr>
              <w:rPr>
                <w:lang w:val="fr-FR"/>
              </w:rPr>
            </w:pPr>
            <w:r w:rsidRPr="00051E37">
              <w:rPr>
                <w:b/>
                <w:color w:val="0D5F78"/>
                <w:lang w:val="fr-FR"/>
              </w:rPr>
              <w:t xml:space="preserve">Transmis </w:t>
            </w:r>
            <w:proofErr w:type="spellStart"/>
            <w:r w:rsidRPr="00051E37">
              <w:rPr>
                <w:b/>
                <w:color w:val="0D5F78"/>
                <w:lang w:val="fr-FR"/>
              </w:rPr>
              <w:t>solicitantului</w:t>
            </w:r>
            <w:proofErr w:type="spellEnd"/>
            <w:r w:rsidRPr="00051E37">
              <w:rPr>
                <w:b/>
                <w:color w:val="0D5F78"/>
                <w:lang w:val="fr-FR"/>
              </w:rPr>
              <w:t xml:space="preserve"> la data</w:t>
            </w:r>
          </w:p>
          <w:p w14:paraId="1C91AECE" w14:textId="77777777" w:rsidR="00B053CC" w:rsidRPr="00051E37" w:rsidRDefault="00116312">
            <w:pPr>
              <w:rPr>
                <w:lang w:val="fr-FR"/>
              </w:rPr>
            </w:pPr>
            <w:proofErr w:type="gramStart"/>
            <w:r w:rsidRPr="00051E37">
              <w:rPr>
                <w:i/>
                <w:color w:val="7A7A7A"/>
                <w:lang w:val="fr-FR"/>
              </w:rPr>
              <w:t>direct</w:t>
            </w:r>
            <w:proofErr w:type="gramEnd"/>
            <w:r w:rsidRPr="00051E37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051E37">
              <w:rPr>
                <w:i/>
                <w:color w:val="7A7A7A"/>
                <w:lang w:val="fr-FR"/>
              </w:rPr>
              <w:t>prin</w:t>
            </w:r>
            <w:proofErr w:type="spellEnd"/>
            <w:r w:rsidRPr="00051E37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051E37">
              <w:rPr>
                <w:i/>
                <w:color w:val="7A7A7A"/>
                <w:lang w:val="fr-FR"/>
              </w:rPr>
              <w:t>poștă</w:t>
            </w:r>
            <w:proofErr w:type="spellEnd"/>
            <w:r w:rsidRPr="00051E37">
              <w:rPr>
                <w:i/>
                <w:color w:val="7A7A7A"/>
                <w:lang w:val="fr-FR"/>
              </w:rPr>
              <w:t xml:space="preserve"> / digital</w:t>
            </w:r>
          </w:p>
          <w:p w14:paraId="1BEBC398" w14:textId="77777777" w:rsidR="00B053CC" w:rsidRPr="00051E37" w:rsidRDefault="00B053CC">
            <w:pPr>
              <w:rPr>
                <w:lang w:val="fr-FR"/>
              </w:rPr>
            </w:pPr>
          </w:p>
        </w:tc>
      </w:tr>
    </w:tbl>
    <w:p w14:paraId="3533D493" w14:textId="77777777" w:rsidR="00B053CC" w:rsidRPr="00051E37" w:rsidRDefault="00B053CC">
      <w:pPr>
        <w:spacing w:line="168" w:lineRule="auto"/>
        <w:rPr>
          <w:lang w:val="fr-FR"/>
        </w:rPr>
      </w:pPr>
    </w:p>
    <w:p w14:paraId="206EE864" w14:textId="77777777" w:rsidR="00B053CC" w:rsidRPr="00051E37" w:rsidRDefault="00116312">
      <w:pPr>
        <w:rPr>
          <w:lang w:val="fr-FR"/>
        </w:rPr>
      </w:pPr>
      <w:r w:rsidRPr="00051E37">
        <w:rPr>
          <w:lang w:val="fr-FR"/>
        </w:rPr>
        <w:br w:type="page"/>
      </w:r>
    </w:p>
    <w:p w14:paraId="07608872" w14:textId="77777777" w:rsidR="00051E37" w:rsidRDefault="00116312">
      <w:pPr>
        <w:spacing w:before="80" w:after="60"/>
        <w:jc w:val="center"/>
        <w:rPr>
          <w:sz w:val="18"/>
          <w:lang w:val="fr-FR"/>
        </w:rPr>
      </w:pPr>
      <w:proofErr w:type="spellStart"/>
      <w:proofErr w:type="gramStart"/>
      <w:r w:rsidRPr="00051E37">
        <w:rPr>
          <w:sz w:val="18"/>
          <w:lang w:val="fr-FR"/>
        </w:rPr>
        <w:lastRenderedPageBreak/>
        <w:t>în</w:t>
      </w:r>
      <w:proofErr w:type="spellEnd"/>
      <w:proofErr w:type="gramEnd"/>
      <w:r w:rsidRPr="00051E37">
        <w:rPr>
          <w:sz w:val="18"/>
          <w:lang w:val="fr-FR"/>
        </w:rPr>
        <w:t xml:space="preserve"> </w:t>
      </w:r>
      <w:proofErr w:type="spellStart"/>
      <w:r w:rsidRPr="00051E37">
        <w:rPr>
          <w:sz w:val="18"/>
          <w:lang w:val="fr-FR"/>
        </w:rPr>
        <w:t>conformitate</w:t>
      </w:r>
      <w:proofErr w:type="spellEnd"/>
      <w:r w:rsidRPr="00051E37">
        <w:rPr>
          <w:sz w:val="18"/>
          <w:lang w:val="fr-FR"/>
        </w:rPr>
        <w:t xml:space="preserve"> </w:t>
      </w:r>
      <w:proofErr w:type="spellStart"/>
      <w:r w:rsidRPr="00051E37">
        <w:rPr>
          <w:sz w:val="18"/>
          <w:lang w:val="fr-FR"/>
        </w:rPr>
        <w:t>cu</w:t>
      </w:r>
      <w:proofErr w:type="spellEnd"/>
      <w:r w:rsidRPr="00051E37">
        <w:rPr>
          <w:sz w:val="18"/>
          <w:lang w:val="fr-FR"/>
        </w:rPr>
        <w:t xml:space="preserve"> </w:t>
      </w:r>
      <w:proofErr w:type="spellStart"/>
      <w:r w:rsidRPr="00051E37">
        <w:rPr>
          <w:sz w:val="18"/>
          <w:lang w:val="fr-FR"/>
        </w:rPr>
        <w:t>prevederile</w:t>
      </w:r>
      <w:proofErr w:type="spellEnd"/>
      <w:r w:rsidRPr="00051E37">
        <w:rPr>
          <w:sz w:val="18"/>
          <w:lang w:val="fr-FR"/>
        </w:rPr>
        <w:t xml:space="preserve"> </w:t>
      </w:r>
      <w:proofErr w:type="spellStart"/>
      <w:r w:rsidRPr="00051E37">
        <w:rPr>
          <w:sz w:val="18"/>
          <w:lang w:val="fr-FR"/>
        </w:rPr>
        <w:t>Legii</w:t>
      </w:r>
      <w:proofErr w:type="spellEnd"/>
      <w:r w:rsidRPr="00051E37">
        <w:rPr>
          <w:sz w:val="18"/>
          <w:lang w:val="fr-FR"/>
        </w:rPr>
        <w:t xml:space="preserve"> nr. 169/2026 </w:t>
      </w:r>
      <w:proofErr w:type="spellStart"/>
      <w:r w:rsidRPr="00051E37">
        <w:rPr>
          <w:sz w:val="18"/>
          <w:lang w:val="fr-FR"/>
        </w:rPr>
        <w:t>privind</w:t>
      </w:r>
      <w:proofErr w:type="spellEnd"/>
      <w:r w:rsidRPr="00051E37">
        <w:rPr>
          <w:sz w:val="18"/>
          <w:lang w:val="fr-FR"/>
        </w:rPr>
        <w:t xml:space="preserve"> </w:t>
      </w:r>
      <w:proofErr w:type="spellStart"/>
      <w:r w:rsidRPr="00051E37">
        <w:rPr>
          <w:sz w:val="18"/>
          <w:lang w:val="fr-FR"/>
        </w:rPr>
        <w:t>Codul</w:t>
      </w:r>
      <w:proofErr w:type="spellEnd"/>
      <w:r w:rsidRPr="00051E37">
        <w:rPr>
          <w:sz w:val="18"/>
          <w:lang w:val="fr-FR"/>
        </w:rPr>
        <w:t xml:space="preserve"> </w:t>
      </w:r>
      <w:proofErr w:type="spellStart"/>
      <w:r w:rsidRPr="00051E37">
        <w:rPr>
          <w:sz w:val="18"/>
          <w:lang w:val="fr-FR"/>
        </w:rPr>
        <w:t>amenajării</w:t>
      </w:r>
      <w:proofErr w:type="spellEnd"/>
      <w:r w:rsidRPr="00051E37">
        <w:rPr>
          <w:sz w:val="18"/>
          <w:lang w:val="fr-FR"/>
        </w:rPr>
        <w:t xml:space="preserve"> </w:t>
      </w:r>
      <w:proofErr w:type="spellStart"/>
      <w:r w:rsidRPr="00051E37">
        <w:rPr>
          <w:sz w:val="18"/>
          <w:lang w:val="fr-FR"/>
        </w:rPr>
        <w:t>teritoriului</w:t>
      </w:r>
      <w:proofErr w:type="spellEnd"/>
      <w:r w:rsidRPr="00051E37">
        <w:rPr>
          <w:sz w:val="18"/>
          <w:lang w:val="fr-FR"/>
        </w:rPr>
        <w:t xml:space="preserve">, </w:t>
      </w:r>
      <w:proofErr w:type="spellStart"/>
      <w:r w:rsidRPr="00051E37">
        <w:rPr>
          <w:sz w:val="18"/>
          <w:lang w:val="fr-FR"/>
        </w:rPr>
        <w:t>urbanismului</w:t>
      </w:r>
      <w:proofErr w:type="spellEnd"/>
      <w:r w:rsidRPr="00051E37">
        <w:rPr>
          <w:sz w:val="18"/>
          <w:lang w:val="fr-FR"/>
        </w:rPr>
        <w:t xml:space="preserve"> </w:t>
      </w:r>
      <w:proofErr w:type="spellStart"/>
      <w:r w:rsidRPr="00051E37">
        <w:rPr>
          <w:sz w:val="18"/>
          <w:lang w:val="fr-FR"/>
        </w:rPr>
        <w:t>și</w:t>
      </w:r>
      <w:proofErr w:type="spellEnd"/>
      <w:r w:rsidRPr="00051E37">
        <w:rPr>
          <w:sz w:val="18"/>
          <w:lang w:val="fr-FR"/>
        </w:rPr>
        <w:t xml:space="preserve"> </w:t>
      </w:r>
      <w:proofErr w:type="spellStart"/>
      <w:r w:rsidRPr="00051E37">
        <w:rPr>
          <w:sz w:val="18"/>
          <w:lang w:val="fr-FR"/>
        </w:rPr>
        <w:t>construcțiilor</w:t>
      </w:r>
      <w:proofErr w:type="spellEnd"/>
      <w:r w:rsidRPr="00051E37">
        <w:rPr>
          <w:sz w:val="18"/>
          <w:lang w:val="fr-FR"/>
        </w:rPr>
        <w:t xml:space="preserve">, </w:t>
      </w:r>
    </w:p>
    <w:p w14:paraId="59D607C3" w14:textId="4D13B055" w:rsidR="00B053CC" w:rsidRPr="00051E37" w:rsidRDefault="00116312">
      <w:pPr>
        <w:spacing w:before="80" w:after="60"/>
        <w:jc w:val="center"/>
        <w:rPr>
          <w:lang w:val="fr-FR"/>
        </w:rPr>
      </w:pPr>
      <w:proofErr w:type="spellStart"/>
      <w:proofErr w:type="gramStart"/>
      <w:r w:rsidRPr="00051E37">
        <w:rPr>
          <w:sz w:val="18"/>
          <w:lang w:val="fr-FR"/>
        </w:rPr>
        <w:t>cu</w:t>
      </w:r>
      <w:proofErr w:type="spellEnd"/>
      <w:proofErr w:type="gramEnd"/>
      <w:r w:rsidRPr="00051E37">
        <w:rPr>
          <w:sz w:val="18"/>
          <w:lang w:val="fr-FR"/>
        </w:rPr>
        <w:t xml:space="preserve"> </w:t>
      </w:r>
      <w:proofErr w:type="spellStart"/>
      <w:r w:rsidRPr="00051E37">
        <w:rPr>
          <w:sz w:val="18"/>
          <w:lang w:val="fr-FR"/>
        </w:rPr>
        <w:t>referire</w:t>
      </w:r>
      <w:proofErr w:type="spellEnd"/>
      <w:r w:rsidRPr="00051E37">
        <w:rPr>
          <w:sz w:val="18"/>
          <w:lang w:val="fr-FR"/>
        </w:rPr>
        <w:t xml:space="preserve"> la</w:t>
      </w:r>
    </w:p>
    <w:p w14:paraId="02F4AFF7" w14:textId="01A0348A" w:rsidR="00B053CC" w:rsidRDefault="00116312">
      <w:pPr>
        <w:spacing w:after="160"/>
        <w:jc w:val="center"/>
        <w:rPr>
          <w:b/>
          <w:sz w:val="20"/>
          <w:lang w:val="fr-FR"/>
        </w:rPr>
      </w:pPr>
      <w:r w:rsidRPr="00051E37">
        <w:rPr>
          <w:b/>
          <w:sz w:val="20"/>
          <w:lang w:val="fr-FR"/>
        </w:rPr>
        <w:t xml:space="preserve">AUTORIZAȚIA DE </w:t>
      </w:r>
      <w:r w:rsidRPr="00051E37">
        <w:rPr>
          <w:b/>
          <w:sz w:val="20"/>
          <w:lang w:val="fr-FR"/>
        </w:rPr>
        <w:t>CONSTRUIRE / DESFIINȚARE</w:t>
      </w:r>
      <w:r w:rsidR="00051E37">
        <w:rPr>
          <w:b/>
          <w:sz w:val="20"/>
          <w:lang w:val="fr-FR"/>
        </w:rPr>
        <w:t xml:space="preserve"> nr…</w:t>
      </w:r>
      <w:proofErr w:type="gramStart"/>
      <w:r w:rsidR="00051E37">
        <w:rPr>
          <w:b/>
          <w:sz w:val="20"/>
          <w:lang w:val="fr-FR"/>
        </w:rPr>
        <w:t>…….</w:t>
      </w:r>
      <w:proofErr w:type="spellStart"/>
      <w:proofErr w:type="gramEnd"/>
      <w:r w:rsidR="00051E37">
        <w:rPr>
          <w:b/>
          <w:sz w:val="20"/>
          <w:lang w:val="fr-FR"/>
        </w:rPr>
        <w:t>din</w:t>
      </w:r>
      <w:proofErr w:type="spellEnd"/>
      <w:r w:rsidR="00051E37">
        <w:rPr>
          <w:b/>
          <w:sz w:val="20"/>
          <w:lang w:val="fr-FR"/>
        </w:rPr>
        <w:t xml:space="preserve"> data………….</w:t>
      </w:r>
    </w:p>
    <w:p w14:paraId="4575D55E" w14:textId="26D0531B" w:rsidR="00051E37" w:rsidRPr="00051E37" w:rsidRDefault="00051E37">
      <w:pPr>
        <w:spacing w:after="160"/>
        <w:jc w:val="center"/>
        <w:rPr>
          <w:sz w:val="20"/>
          <w:szCs w:val="20"/>
          <w:lang w:val="fr-FR"/>
        </w:rPr>
      </w:pPr>
      <w:proofErr w:type="gramStart"/>
      <w:r w:rsidRPr="00051E37">
        <w:rPr>
          <w:sz w:val="20"/>
          <w:szCs w:val="20"/>
          <w:lang w:val="fr-FR"/>
        </w:rPr>
        <w:t>se</w:t>
      </w:r>
      <w:proofErr w:type="gramEnd"/>
      <w:r w:rsidRPr="00051E37">
        <w:rPr>
          <w:sz w:val="20"/>
          <w:szCs w:val="20"/>
          <w:lang w:val="fr-FR"/>
        </w:rPr>
        <w:t xml:space="preserve"> </w:t>
      </w:r>
      <w:proofErr w:type="spellStart"/>
      <w:r w:rsidRPr="00051E37">
        <w:rPr>
          <w:sz w:val="20"/>
          <w:szCs w:val="20"/>
          <w:lang w:val="fr-FR"/>
        </w:rPr>
        <w:t>prelungește</w:t>
      </w:r>
      <w:proofErr w:type="spellEnd"/>
      <w:r w:rsidRPr="00051E37">
        <w:rPr>
          <w:sz w:val="20"/>
          <w:szCs w:val="20"/>
          <w:lang w:val="fr-FR"/>
        </w:rPr>
        <w:t xml:space="preserve"> </w:t>
      </w:r>
    </w:p>
    <w:p w14:paraId="2E83E08F" w14:textId="144A9D00" w:rsidR="00051E37" w:rsidRPr="00051E37" w:rsidRDefault="00051E37">
      <w:pPr>
        <w:spacing w:after="160"/>
        <w:jc w:val="center"/>
        <w:rPr>
          <w:sz w:val="20"/>
          <w:szCs w:val="20"/>
          <w:lang w:val="fr-FR"/>
        </w:rPr>
      </w:pPr>
      <w:r w:rsidRPr="00051E37">
        <w:rPr>
          <w:sz w:val="20"/>
          <w:szCs w:val="20"/>
          <w:lang w:val="fr-FR"/>
        </w:rPr>
        <w:t xml:space="preserve">☐ </w:t>
      </w:r>
      <w:proofErr w:type="spellStart"/>
      <w:r w:rsidRPr="00051E37">
        <w:rPr>
          <w:sz w:val="20"/>
          <w:szCs w:val="20"/>
          <w:lang w:val="fr-FR"/>
        </w:rPr>
        <w:t>durata</w:t>
      </w:r>
      <w:proofErr w:type="spellEnd"/>
      <w:r w:rsidRPr="00051E37">
        <w:rPr>
          <w:sz w:val="20"/>
          <w:szCs w:val="20"/>
          <w:lang w:val="fr-FR"/>
        </w:rPr>
        <w:t xml:space="preserve"> de </w:t>
      </w:r>
      <w:proofErr w:type="spellStart"/>
      <w:r w:rsidRPr="00051E37">
        <w:rPr>
          <w:sz w:val="20"/>
          <w:szCs w:val="20"/>
          <w:lang w:val="fr-FR"/>
        </w:rPr>
        <w:t>execuție</w:t>
      </w:r>
      <w:proofErr w:type="spellEnd"/>
      <w:r w:rsidRPr="00051E37">
        <w:rPr>
          <w:sz w:val="20"/>
          <w:szCs w:val="20"/>
          <w:lang w:val="fr-FR"/>
        </w:rPr>
        <w:t xml:space="preserve">     ☐ </w:t>
      </w:r>
      <w:proofErr w:type="spellStart"/>
      <w:r w:rsidRPr="00051E37">
        <w:rPr>
          <w:sz w:val="20"/>
          <w:szCs w:val="20"/>
          <w:lang w:val="fr-FR"/>
        </w:rPr>
        <w:t>valabilitatea</w:t>
      </w:r>
      <w:proofErr w:type="spellEnd"/>
      <w:r w:rsidRPr="00051E37">
        <w:rPr>
          <w:sz w:val="20"/>
          <w:szCs w:val="20"/>
          <w:lang w:val="fr-FR"/>
        </w:rPr>
        <w:t xml:space="preserve"> </w:t>
      </w:r>
      <w:proofErr w:type="spellStart"/>
      <w:r w:rsidRPr="00051E37">
        <w:rPr>
          <w:sz w:val="20"/>
          <w:szCs w:val="20"/>
          <w:lang w:val="fr-FR"/>
        </w:rPr>
        <w:t>autorizației</w:t>
      </w:r>
      <w:proofErr w:type="spellEnd"/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3212"/>
        <w:gridCol w:w="3212"/>
      </w:tblGrid>
      <w:tr w:rsidR="00B053CC" w14:paraId="663CBDD0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000F4E55" w14:textId="7DC7C797" w:rsidR="00B053CC" w:rsidRDefault="00116312">
            <w:pPr>
              <w:keepNext/>
            </w:pPr>
            <w:r w:rsidRPr="00051E37">
              <w:rPr>
                <w:b/>
                <w:sz w:val="16"/>
                <w:lang w:val="fr-FR"/>
              </w:rPr>
              <w:t xml:space="preserve"> </w:t>
            </w:r>
            <w:r w:rsidR="00051E37">
              <w:rPr>
                <w:b/>
                <w:sz w:val="16"/>
              </w:rPr>
              <w:t>9</w:t>
            </w:r>
            <w:r>
              <w:rPr>
                <w:b/>
                <w:sz w:val="16"/>
              </w:rPr>
              <w:t xml:space="preserve">. </w:t>
            </w:r>
            <w:r w:rsidR="00051E37">
              <w:rPr>
                <w:b/>
                <w:color w:val="000000"/>
                <w:sz w:val="18"/>
              </w:rPr>
              <w:t xml:space="preserve"> </w:t>
            </w:r>
            <w:r>
              <w:rPr>
                <w:b/>
                <w:color w:val="000000"/>
                <w:sz w:val="18"/>
              </w:rPr>
              <w:t>PRELUNG</w:t>
            </w:r>
            <w:r w:rsidR="00051E37">
              <w:rPr>
                <w:b/>
                <w:color w:val="000000"/>
                <w:sz w:val="18"/>
              </w:rPr>
              <w:t>IRE ACORDATĂ</w:t>
            </w:r>
          </w:p>
        </w:tc>
      </w:tr>
      <w:tr w:rsidR="00B053CC" w14:paraId="1910529A" w14:textId="77777777">
        <w:trPr>
          <w:cantSplit/>
          <w:trHeight w:val="510"/>
        </w:trPr>
        <w:tc>
          <w:tcPr>
            <w:tcW w:w="3212" w:type="dxa"/>
          </w:tcPr>
          <w:p w14:paraId="4F811823" w14:textId="77777777" w:rsidR="00B053CC" w:rsidRDefault="00116312">
            <w:pPr>
              <w:keepNext/>
            </w:pPr>
            <w:r>
              <w:rPr>
                <w:b/>
                <w:color w:val="0D5F78"/>
              </w:rPr>
              <w:t>de la data de</w:t>
            </w:r>
          </w:p>
          <w:p w14:paraId="2687DEDE" w14:textId="77777777" w:rsidR="00B053CC" w:rsidRDefault="00B053CC">
            <w:pPr>
              <w:keepNext/>
            </w:pPr>
          </w:p>
        </w:tc>
        <w:tc>
          <w:tcPr>
            <w:tcW w:w="3212" w:type="dxa"/>
          </w:tcPr>
          <w:p w14:paraId="457DB08E" w14:textId="77777777" w:rsidR="00B053CC" w:rsidRDefault="00116312">
            <w:pPr>
              <w:keepNext/>
            </w:pPr>
            <w:proofErr w:type="spellStart"/>
            <w:r>
              <w:rPr>
                <w:b/>
                <w:color w:val="0D5F78"/>
              </w:rPr>
              <w:t>până</w:t>
            </w:r>
            <w:proofErr w:type="spellEnd"/>
            <w:r>
              <w:rPr>
                <w:b/>
                <w:color w:val="0D5F78"/>
              </w:rPr>
              <w:t xml:space="preserve"> la data de</w:t>
            </w:r>
          </w:p>
          <w:p w14:paraId="01EB237D" w14:textId="77777777" w:rsidR="00B053CC" w:rsidRDefault="00B053CC">
            <w:pPr>
              <w:keepNext/>
            </w:pPr>
          </w:p>
        </w:tc>
        <w:tc>
          <w:tcPr>
            <w:tcW w:w="3212" w:type="dxa"/>
          </w:tcPr>
          <w:p w14:paraId="34BD151A" w14:textId="77777777" w:rsidR="00B053CC" w:rsidRDefault="00116312">
            <w:pPr>
              <w:keepNext/>
            </w:pPr>
            <w:r>
              <w:rPr>
                <w:b/>
                <w:color w:val="0D5F78"/>
              </w:rPr>
              <w:t xml:space="preserve">Data </w:t>
            </w:r>
            <w:proofErr w:type="spellStart"/>
            <w:r>
              <w:rPr>
                <w:b/>
                <w:color w:val="0D5F78"/>
              </w:rPr>
              <w:t>prelungirii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valabilității</w:t>
            </w:r>
            <w:proofErr w:type="spellEnd"/>
          </w:p>
          <w:p w14:paraId="54DF641B" w14:textId="77777777" w:rsidR="00B053CC" w:rsidRDefault="00B053CC">
            <w:pPr>
              <w:keepNext/>
            </w:pPr>
          </w:p>
        </w:tc>
      </w:tr>
      <w:tr w:rsidR="00B053CC" w14:paraId="30931BCD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23D9BEA" w14:textId="77777777" w:rsidR="00B053CC" w:rsidRDefault="00116312">
            <w:pPr>
              <w:spacing w:line="228" w:lineRule="auto"/>
            </w:pPr>
            <w:proofErr w:type="spellStart"/>
            <w:r>
              <w:t>După</w:t>
            </w:r>
            <w:proofErr w:type="spellEnd"/>
            <w:r>
              <w:t xml:space="preserve"> </w:t>
            </w:r>
            <w:proofErr w:type="spellStart"/>
            <w:r>
              <w:t>această</w:t>
            </w:r>
            <w:proofErr w:type="spellEnd"/>
            <w:r>
              <w:t xml:space="preserve"> </w:t>
            </w:r>
            <w:proofErr w:type="spellStart"/>
            <w:r>
              <w:t>dată</w:t>
            </w:r>
            <w:proofErr w:type="spellEnd"/>
            <w:r>
              <w:t xml:space="preserve">, o </w:t>
            </w:r>
            <w:proofErr w:type="spellStart"/>
            <w:r>
              <w:t>nouă</w:t>
            </w:r>
            <w:proofErr w:type="spellEnd"/>
            <w:r>
              <w:t xml:space="preserve"> </w:t>
            </w:r>
            <w:proofErr w:type="spellStart"/>
            <w:r>
              <w:t>prelungire</w:t>
            </w:r>
            <w:proofErr w:type="spellEnd"/>
            <w:r>
              <w:t xml:space="preserve"> a </w:t>
            </w:r>
            <w:proofErr w:type="spellStart"/>
            <w:r>
              <w:t>valabilității</w:t>
            </w:r>
            <w:proofErr w:type="spellEnd"/>
            <w:r>
              <w:t xml:space="preserve"> nu </w:t>
            </w:r>
            <w:proofErr w:type="spellStart"/>
            <w:r>
              <w:t>este</w:t>
            </w:r>
            <w:proofErr w:type="spellEnd"/>
            <w:r>
              <w:t xml:space="preserve"> </w:t>
            </w:r>
            <w:proofErr w:type="spellStart"/>
            <w:r>
              <w:t>posibilă</w:t>
            </w:r>
            <w:proofErr w:type="spellEnd"/>
            <w:r>
              <w:t xml:space="preserve">, </w:t>
            </w:r>
            <w:proofErr w:type="spellStart"/>
            <w:r>
              <w:t>solicitantul</w:t>
            </w:r>
            <w:proofErr w:type="spellEnd"/>
            <w:r>
              <w:t xml:space="preserve"> </w:t>
            </w:r>
            <w:proofErr w:type="spellStart"/>
            <w:r>
              <w:t>urmând</w:t>
            </w:r>
            <w:proofErr w:type="spellEnd"/>
            <w:r>
              <w:t xml:space="preserve"> </w:t>
            </w:r>
            <w:proofErr w:type="spellStart"/>
            <w:r>
              <w:t>să</w:t>
            </w:r>
            <w:proofErr w:type="spellEnd"/>
            <w:r>
              <w:t xml:space="preserve"> </w:t>
            </w:r>
            <w:proofErr w:type="spellStart"/>
            <w:r>
              <w:t>obțină</w:t>
            </w:r>
            <w:proofErr w:type="spellEnd"/>
            <w:r>
              <w:t xml:space="preserve">,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condițiile</w:t>
            </w:r>
            <w:proofErr w:type="spellEnd"/>
            <w:r>
              <w:t xml:space="preserve"> </w:t>
            </w:r>
            <w:proofErr w:type="spellStart"/>
            <w:r>
              <w:t>legii</w:t>
            </w:r>
            <w:proofErr w:type="spellEnd"/>
            <w:r>
              <w:t xml:space="preserve">, o </w:t>
            </w:r>
            <w:proofErr w:type="spellStart"/>
            <w:r>
              <w:t>altă</w:t>
            </w:r>
            <w:proofErr w:type="spellEnd"/>
            <w:r>
              <w:t xml:space="preserve"> </w:t>
            </w:r>
            <w:proofErr w:type="spellStart"/>
            <w:r>
              <w:t>autorizație</w:t>
            </w:r>
            <w:proofErr w:type="spellEnd"/>
            <w:r>
              <w:t xml:space="preserve"> de </w:t>
            </w:r>
            <w:proofErr w:type="spellStart"/>
            <w:r>
              <w:t>construire</w:t>
            </w:r>
            <w:proofErr w:type="spellEnd"/>
            <w:r>
              <w:t xml:space="preserve"> / </w:t>
            </w:r>
            <w:proofErr w:type="spellStart"/>
            <w:r>
              <w:t>desființare</w:t>
            </w:r>
            <w:proofErr w:type="spellEnd"/>
            <w:r>
              <w:t>.</w:t>
            </w:r>
          </w:p>
        </w:tc>
      </w:tr>
    </w:tbl>
    <w:p w14:paraId="169E5F5E" w14:textId="77777777" w:rsidR="00B053CC" w:rsidRDefault="00B053CC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2409"/>
        <w:gridCol w:w="803"/>
        <w:gridCol w:w="3212"/>
      </w:tblGrid>
      <w:tr w:rsidR="00B053CC" w14:paraId="7D904387" w14:textId="77777777">
        <w:trPr>
          <w:cantSplit/>
        </w:trPr>
        <w:tc>
          <w:tcPr>
            <w:tcW w:w="9636" w:type="dxa"/>
            <w:gridSpan w:val="5"/>
            <w:shd w:val="clear" w:color="auto" w:fill="F4F4F4"/>
          </w:tcPr>
          <w:p w14:paraId="54BD4F19" w14:textId="481447CF" w:rsidR="00B053CC" w:rsidRDefault="00116312">
            <w:pPr>
              <w:keepNext/>
            </w:pPr>
            <w:r>
              <w:rPr>
                <w:b/>
                <w:sz w:val="16"/>
              </w:rPr>
              <w:t xml:space="preserve"> </w:t>
            </w:r>
            <w:r w:rsidR="00051E37">
              <w:rPr>
                <w:b/>
                <w:sz w:val="16"/>
              </w:rPr>
              <w:t>10.</w:t>
            </w:r>
            <w:r>
              <w:rPr>
                <w:b/>
                <w:sz w:val="16"/>
              </w:rPr>
              <w:t xml:space="preserve"> </w:t>
            </w:r>
            <w:r>
              <w:rPr>
                <w:b/>
                <w:color w:val="000000"/>
                <w:sz w:val="18"/>
              </w:rPr>
              <w:t>SEMNĂTURILE</w:t>
            </w:r>
          </w:p>
        </w:tc>
      </w:tr>
      <w:tr w:rsidR="00B053CC" w14:paraId="50AFB641" w14:textId="77777777">
        <w:trPr>
          <w:cantSplit/>
          <w:trHeight w:val="680"/>
        </w:trPr>
        <w:tc>
          <w:tcPr>
            <w:tcW w:w="3212" w:type="dxa"/>
            <w:gridSpan w:val="2"/>
          </w:tcPr>
          <w:p w14:paraId="227B7CE5" w14:textId="77777777" w:rsidR="00B053CC" w:rsidRDefault="00116312">
            <w:pPr>
              <w:keepNext/>
              <w:jc w:val="center"/>
            </w:pPr>
            <w:proofErr w:type="spellStart"/>
            <w:r>
              <w:rPr>
                <w:b/>
                <w:color w:val="0D5F78"/>
              </w:rPr>
              <w:t>Conducătorul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autorității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emitente</w:t>
            </w:r>
            <w:proofErr w:type="spellEnd"/>
          </w:p>
          <w:p w14:paraId="76731190" w14:textId="77777777" w:rsidR="00B053CC" w:rsidRDefault="00B053CC">
            <w:pPr>
              <w:keepNext/>
              <w:spacing w:after="200"/>
            </w:pPr>
          </w:p>
          <w:p w14:paraId="3775C03E" w14:textId="77777777" w:rsidR="00B053CC" w:rsidRDefault="00B053CC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3B5CD8F9" w14:textId="77777777" w:rsidR="00B053CC" w:rsidRDefault="00116312">
            <w:pPr>
              <w:keepNext/>
              <w:jc w:val="center"/>
            </w:pPr>
            <w:proofErr w:type="spellStart"/>
            <w:r>
              <w:rPr>
                <w:i/>
                <w:color w:val="595959"/>
              </w:rPr>
              <w:t>funcția</w:t>
            </w:r>
            <w:proofErr w:type="spellEnd"/>
            <w:r>
              <w:rPr>
                <w:i/>
                <w:color w:val="595959"/>
              </w:rPr>
              <w:t xml:space="preserve">, </w:t>
            </w:r>
            <w:proofErr w:type="spellStart"/>
            <w:r>
              <w:rPr>
                <w:i/>
                <w:color w:val="595959"/>
              </w:rPr>
              <w:t>numele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și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semnătura</w:t>
            </w:r>
            <w:proofErr w:type="spellEnd"/>
          </w:p>
        </w:tc>
        <w:tc>
          <w:tcPr>
            <w:tcW w:w="3212" w:type="dxa"/>
            <w:gridSpan w:val="2"/>
          </w:tcPr>
          <w:p w14:paraId="73FCA91D" w14:textId="77777777" w:rsidR="00B053CC" w:rsidRDefault="00116312">
            <w:pPr>
              <w:keepNext/>
              <w:jc w:val="center"/>
            </w:pPr>
            <w:proofErr w:type="spellStart"/>
            <w:r>
              <w:rPr>
                <w:b/>
                <w:color w:val="0D5F78"/>
              </w:rPr>
              <w:t>Secretar</w:t>
            </w:r>
            <w:proofErr w:type="spellEnd"/>
            <w:r>
              <w:rPr>
                <w:b/>
                <w:color w:val="0D5F78"/>
              </w:rPr>
              <w:t xml:space="preserve"> general</w:t>
            </w:r>
          </w:p>
          <w:p w14:paraId="3EF0A383" w14:textId="77777777" w:rsidR="00B053CC" w:rsidRDefault="00B053CC">
            <w:pPr>
              <w:keepNext/>
              <w:spacing w:after="200"/>
            </w:pPr>
          </w:p>
          <w:p w14:paraId="30BDBAAC" w14:textId="77777777" w:rsidR="00B053CC" w:rsidRDefault="00B053CC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79AF2967" w14:textId="77777777" w:rsidR="00B053CC" w:rsidRDefault="00116312">
            <w:pPr>
              <w:keepNext/>
              <w:jc w:val="center"/>
            </w:pPr>
            <w:proofErr w:type="spellStart"/>
            <w:r>
              <w:rPr>
                <w:i/>
                <w:color w:val="595959"/>
              </w:rPr>
              <w:t>numele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și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semnătura</w:t>
            </w:r>
            <w:proofErr w:type="spellEnd"/>
          </w:p>
        </w:tc>
        <w:tc>
          <w:tcPr>
            <w:tcW w:w="3212" w:type="dxa"/>
          </w:tcPr>
          <w:p w14:paraId="4FD45B37" w14:textId="77777777" w:rsidR="00B053CC" w:rsidRDefault="00116312">
            <w:pPr>
              <w:keepNext/>
              <w:jc w:val="center"/>
            </w:pPr>
            <w:proofErr w:type="spellStart"/>
            <w:r>
              <w:rPr>
                <w:b/>
                <w:color w:val="0D5F78"/>
              </w:rPr>
              <w:t>Arhitect-șef</w:t>
            </w:r>
            <w:proofErr w:type="spellEnd"/>
          </w:p>
          <w:p w14:paraId="20BC1E21" w14:textId="77777777" w:rsidR="00B053CC" w:rsidRDefault="00B053CC">
            <w:pPr>
              <w:keepNext/>
              <w:spacing w:after="200"/>
            </w:pPr>
          </w:p>
          <w:p w14:paraId="6BDCA6F6" w14:textId="77777777" w:rsidR="00B053CC" w:rsidRDefault="00B053CC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0AFE1671" w14:textId="77777777" w:rsidR="00B053CC" w:rsidRDefault="00116312">
            <w:pPr>
              <w:keepNext/>
              <w:jc w:val="center"/>
            </w:pPr>
            <w:proofErr w:type="spellStart"/>
            <w:r>
              <w:rPr>
                <w:i/>
                <w:color w:val="595959"/>
              </w:rPr>
              <w:t>numele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și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semnătura</w:t>
            </w:r>
            <w:proofErr w:type="spellEnd"/>
          </w:p>
        </w:tc>
      </w:tr>
      <w:tr w:rsidR="00B053CC" w:rsidRPr="00051E37" w14:paraId="6C1AD602" w14:textId="77777777">
        <w:trPr>
          <w:cantSplit/>
          <w:trHeight w:val="510"/>
        </w:trPr>
        <w:tc>
          <w:tcPr>
            <w:tcW w:w="2409" w:type="dxa"/>
          </w:tcPr>
          <w:p w14:paraId="7FEFC735" w14:textId="77777777" w:rsidR="00B053CC" w:rsidRDefault="00116312">
            <w:proofErr w:type="spellStart"/>
            <w:r>
              <w:rPr>
                <w:b/>
                <w:color w:val="0D5F78"/>
              </w:rPr>
              <w:t>Achitat</w:t>
            </w:r>
            <w:proofErr w:type="spellEnd"/>
            <w:r>
              <w:rPr>
                <w:b/>
                <w:color w:val="0D5F78"/>
              </w:rPr>
              <w:t xml:space="preserve"> taxa de (lei)</w:t>
            </w:r>
          </w:p>
          <w:p w14:paraId="2CBA362A" w14:textId="77777777" w:rsidR="00B053CC" w:rsidRDefault="00B053CC"/>
        </w:tc>
        <w:tc>
          <w:tcPr>
            <w:tcW w:w="3212" w:type="dxa"/>
            <w:gridSpan w:val="2"/>
          </w:tcPr>
          <w:p w14:paraId="7EBCB11C" w14:textId="77777777" w:rsidR="00B053CC" w:rsidRDefault="00116312">
            <w:proofErr w:type="spellStart"/>
            <w:r>
              <w:rPr>
                <w:b/>
                <w:color w:val="0D5F78"/>
              </w:rPr>
              <w:t>Chitanța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27E386CB" w14:textId="77777777" w:rsidR="00B053CC" w:rsidRDefault="00B053CC"/>
        </w:tc>
        <w:tc>
          <w:tcPr>
            <w:tcW w:w="4015" w:type="dxa"/>
            <w:gridSpan w:val="2"/>
          </w:tcPr>
          <w:p w14:paraId="5EB6EAE4" w14:textId="77777777" w:rsidR="00B053CC" w:rsidRPr="00051E37" w:rsidRDefault="00116312">
            <w:pPr>
              <w:rPr>
                <w:lang w:val="fr-FR"/>
              </w:rPr>
            </w:pPr>
            <w:r w:rsidRPr="00051E37">
              <w:rPr>
                <w:b/>
                <w:color w:val="0D5F78"/>
                <w:lang w:val="fr-FR"/>
              </w:rPr>
              <w:t xml:space="preserve">Transmis </w:t>
            </w:r>
            <w:proofErr w:type="spellStart"/>
            <w:r w:rsidRPr="00051E37">
              <w:rPr>
                <w:b/>
                <w:color w:val="0D5F78"/>
                <w:lang w:val="fr-FR"/>
              </w:rPr>
              <w:t>solicitantului</w:t>
            </w:r>
            <w:proofErr w:type="spellEnd"/>
            <w:r w:rsidRPr="00051E37">
              <w:rPr>
                <w:b/>
                <w:color w:val="0D5F78"/>
                <w:lang w:val="fr-FR"/>
              </w:rPr>
              <w:t xml:space="preserve"> la data</w:t>
            </w:r>
          </w:p>
          <w:p w14:paraId="2A5E222B" w14:textId="77777777" w:rsidR="00B053CC" w:rsidRPr="00051E37" w:rsidRDefault="00116312">
            <w:pPr>
              <w:rPr>
                <w:lang w:val="fr-FR"/>
              </w:rPr>
            </w:pPr>
            <w:proofErr w:type="gramStart"/>
            <w:r w:rsidRPr="00051E37">
              <w:rPr>
                <w:i/>
                <w:color w:val="7A7A7A"/>
                <w:lang w:val="fr-FR"/>
              </w:rPr>
              <w:t>direct</w:t>
            </w:r>
            <w:proofErr w:type="gramEnd"/>
            <w:r w:rsidRPr="00051E37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051E37">
              <w:rPr>
                <w:i/>
                <w:color w:val="7A7A7A"/>
                <w:lang w:val="fr-FR"/>
              </w:rPr>
              <w:t>prin</w:t>
            </w:r>
            <w:proofErr w:type="spellEnd"/>
            <w:r w:rsidRPr="00051E37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051E37">
              <w:rPr>
                <w:i/>
                <w:color w:val="7A7A7A"/>
                <w:lang w:val="fr-FR"/>
              </w:rPr>
              <w:t>poștă</w:t>
            </w:r>
            <w:proofErr w:type="spellEnd"/>
            <w:r w:rsidRPr="00051E37">
              <w:rPr>
                <w:i/>
                <w:color w:val="7A7A7A"/>
                <w:lang w:val="fr-FR"/>
              </w:rPr>
              <w:t xml:space="preserve"> / digital</w:t>
            </w:r>
          </w:p>
          <w:p w14:paraId="78519054" w14:textId="77777777" w:rsidR="00B053CC" w:rsidRPr="00051E37" w:rsidRDefault="00B053CC">
            <w:pPr>
              <w:rPr>
                <w:lang w:val="fr-FR"/>
              </w:rPr>
            </w:pPr>
          </w:p>
        </w:tc>
      </w:tr>
    </w:tbl>
    <w:p w14:paraId="5C90EF5B" w14:textId="77777777" w:rsidR="00B053CC" w:rsidRPr="00051E37" w:rsidRDefault="00B053CC">
      <w:pPr>
        <w:spacing w:line="168" w:lineRule="auto"/>
        <w:rPr>
          <w:lang w:val="fr-FR"/>
        </w:rPr>
      </w:pPr>
    </w:p>
    <w:sectPr w:rsidR="00B053CC" w:rsidRPr="00051E37" w:rsidSect="00034616">
      <w:footerReference w:type="default" r:id="rId10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DC74FB" w14:textId="77777777" w:rsidR="00116312" w:rsidRDefault="00116312">
      <w:r>
        <w:separator/>
      </w:r>
    </w:p>
  </w:endnote>
  <w:endnote w:type="continuationSeparator" w:id="0">
    <w:p w14:paraId="0CFB1690" w14:textId="77777777" w:rsidR="00116312" w:rsidRDefault="001163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DC8AAB" w14:textId="42291AB9" w:rsidR="00B053CC" w:rsidRDefault="00116312">
    <w:pPr>
      <w:pStyle w:val="Footer"/>
      <w:tabs>
        <w:tab w:val="right" w:pos="9639"/>
      </w:tabs>
    </w:pPr>
    <w:r>
      <w:rPr>
        <w:color w:val="595959"/>
      </w:rPr>
      <w:t xml:space="preserve">F_A_04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051E37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051E37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9F3AEC" w14:textId="77777777" w:rsidR="00116312" w:rsidRDefault="00116312">
      <w:r>
        <w:separator/>
      </w:r>
    </w:p>
  </w:footnote>
  <w:footnote w:type="continuationSeparator" w:id="0">
    <w:p w14:paraId="6A2AEA15" w14:textId="77777777" w:rsidR="00116312" w:rsidRDefault="001163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1E37"/>
    <w:rsid w:val="0006063C"/>
    <w:rsid w:val="00116312"/>
    <w:rsid w:val="0015074B"/>
    <w:rsid w:val="0029639D"/>
    <w:rsid w:val="00326F90"/>
    <w:rsid w:val="00681B37"/>
    <w:rsid w:val="006C103E"/>
    <w:rsid w:val="008F086B"/>
    <w:rsid w:val="00A038DB"/>
    <w:rsid w:val="00AA1D8D"/>
    <w:rsid w:val="00B053CC"/>
    <w:rsid w:val="00B47730"/>
    <w:rsid w:val="00C74459"/>
    <w:rsid w:val="00CB0664"/>
    <w:rsid w:val="00CD59AC"/>
    <w:rsid w:val="00CE4FD6"/>
    <w:rsid w:val="00E61A6B"/>
    <w:rsid w:val="00F65E1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C2DC77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semiHidden/>
    <w:unhideWhenUsed/>
    <w:rsid w:val="00CE4FD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5876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primaria_certejudesus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4C8787D-72F8-4351-B942-6FF22E1426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1271</Words>
  <Characters>7377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8631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certej3</cp:lastModifiedBy>
  <cp:revision>2</cp:revision>
  <dcterms:created xsi:type="dcterms:W3CDTF">2013-12-23T23:15:00Z</dcterms:created>
  <dcterms:modified xsi:type="dcterms:W3CDTF">2026-09-23T09:50:00Z</dcterms:modified>
  <cp:category/>
</cp:coreProperties>
</file>