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43"/>
        <w:tblW w:w="9634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582"/>
      </w:tblGrid>
      <w:tr w:rsidR="00185694" w14:paraId="18A39560" w14:textId="77777777" w:rsidTr="00185694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44C8" w14:textId="77777777" w:rsidR="00185694" w:rsidRDefault="00185694" w:rsidP="00185694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w:drawing>
                <wp:anchor distT="0" distB="0" distL="114300" distR="114300" simplePos="0" relativeHeight="251659264" behindDoc="1" locked="0" layoutInCell="1" allowOverlap="1" wp14:anchorId="4BB7B61B" wp14:editId="61D21195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66A3B8" w14:textId="77777777" w:rsidR="00185694" w:rsidRDefault="00185694" w:rsidP="00185694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185694" w14:paraId="508D4F4A" w14:textId="77777777" w:rsidTr="00185694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3AF2" w14:textId="77777777" w:rsidR="00185694" w:rsidRDefault="00185694" w:rsidP="00185694">
            <w:pPr>
              <w:rPr>
                <w:sz w:val="22"/>
              </w:rPr>
            </w:pPr>
          </w:p>
        </w:tc>
        <w:tc>
          <w:tcPr>
            <w:tcW w:w="7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304329" w14:textId="77777777" w:rsidR="00185694" w:rsidRDefault="00185694" w:rsidP="00185694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185694" w14:paraId="60FC9A52" w14:textId="77777777" w:rsidTr="00185694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AA17" w14:textId="77777777" w:rsidR="00185694" w:rsidRDefault="00185694" w:rsidP="00185694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B516E4" w14:textId="77777777" w:rsidR="00185694" w:rsidRDefault="00185694" w:rsidP="00185694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3BD6D6" w14:textId="77777777" w:rsidR="00185694" w:rsidRDefault="00185694" w:rsidP="00185694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3CAD9773" w14:textId="77777777" w:rsidR="00185694" w:rsidRDefault="00185694" w:rsidP="00185694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6A97EA18" w14:textId="77777777" w:rsidR="00185694" w:rsidRDefault="00185694" w:rsidP="00185694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185694" w14:paraId="1653E80F" w14:textId="77777777" w:rsidTr="00185694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2271" w14:textId="77777777" w:rsidR="00185694" w:rsidRDefault="00185694" w:rsidP="00185694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A6B1D0C" w14:textId="77777777" w:rsidR="00185694" w:rsidRDefault="00185694" w:rsidP="00185694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3A462097" w14:textId="77777777" w:rsidR="00185694" w:rsidRDefault="00185694" w:rsidP="00185694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2F5D026B" w14:textId="77777777" w:rsidR="00185694" w:rsidRDefault="00185694" w:rsidP="00185694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329A3D" w14:textId="77777777" w:rsidR="00185694" w:rsidRDefault="00185694" w:rsidP="00185694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185694" w14:paraId="3CC42477" w14:textId="77777777" w:rsidTr="00185694">
        <w:trPr>
          <w:trHeight w:val="229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4F62" w14:textId="77777777" w:rsidR="00185694" w:rsidRDefault="00185694" w:rsidP="00185694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4A4A985A" w14:textId="77777777" w:rsidR="00185694" w:rsidRDefault="00185694" w:rsidP="00185694">
      <w:pPr>
        <w:spacing w:before="80" w:after="40"/>
        <w:rPr>
          <w:b/>
          <w:sz w:val="28"/>
          <w:lang w:val="fr-FR"/>
        </w:rPr>
      </w:pPr>
    </w:p>
    <w:p w14:paraId="44EC8080" w14:textId="77777777" w:rsidR="00185694" w:rsidRDefault="00185694" w:rsidP="00185694">
      <w:pPr>
        <w:spacing w:before="80" w:after="60"/>
        <w:rPr>
          <w:b/>
        </w:rPr>
      </w:pPr>
    </w:p>
    <w:p w14:paraId="0F5A4CDF" w14:textId="77777777" w:rsidR="00A11ECC" w:rsidRPr="00B5567D" w:rsidRDefault="00CD2B92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CD2B92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CD2B9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6757A" w:rsidRDefault="00A11ECC">
            <w:pPr>
              <w:keepNext/>
              <w:rPr>
                <w:lang w:val="fr-FR"/>
              </w:rPr>
            </w:pP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CD2B92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CD2B92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CD2B9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CD2B9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CD2B92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CD2B92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CD2B92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CD2B9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CD2B92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CD2B92">
            <w:pPr>
              <w:rPr>
                <w:lang w:val="fr-FR"/>
              </w:rPr>
            </w:pPr>
            <w:proofErr w:type="gramStart"/>
            <w:r w:rsidRPr="00B5567D">
              <w:rPr>
                <w:b/>
                <w:color w:val="0D5F78"/>
                <w:lang w:val="fr-FR"/>
              </w:rPr>
              <w:t>în</w:t>
            </w:r>
            <w:proofErr w:type="gramEnd"/>
            <w:r w:rsidRPr="00B5567D">
              <w:rPr>
                <w:b/>
                <w:color w:val="0D5F78"/>
                <w:lang w:val="fr-FR"/>
              </w:rPr>
              <w:t xml:space="preserve"> valoare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CD2B92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CD2B92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CD2B92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CD2B92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CD2B9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CD2B92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CD2B92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CD2B92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CD2B92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CD2B92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</w:t>
            </w:r>
            <w:proofErr w:type="gramStart"/>
            <w:r w:rsidRPr="00B5567D">
              <w:rPr>
                <w:sz w:val="16"/>
                <w:lang w:val="fr-FR"/>
              </w:rPr>
              <w:t>investiții:</w:t>
            </w:r>
            <w:proofErr w:type="gramEnd"/>
            <w:r w:rsidRPr="00B5567D">
              <w:rPr>
                <w:sz w:val="16"/>
                <w:lang w:val="fr-FR"/>
              </w:rPr>
              <w:t xml:space="preserve">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         </w:t>
            </w:r>
            <w:proofErr w:type="gramStart"/>
            <w:r w:rsidRPr="00B5567D">
              <w:rPr>
                <w:sz w:val="16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autorizația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desființare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autorizației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înștiințări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și</w:t>
            </w:r>
            <w:proofErr w:type="spellEnd"/>
            <w:r w:rsidRPr="00895605">
              <w:rPr>
                <w:lang w:val="fr-FR"/>
              </w:rPr>
              <w:t xml:space="preserve">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construcții</w:t>
            </w:r>
            <w:proofErr w:type="spellEnd"/>
            <w:r w:rsidRPr="00895605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8995F" w14:textId="77777777" w:rsidR="00CD2B92" w:rsidRDefault="00CD2B92">
      <w:r>
        <w:separator/>
      </w:r>
    </w:p>
  </w:endnote>
  <w:endnote w:type="continuationSeparator" w:id="0">
    <w:p w14:paraId="6732EC05" w14:textId="77777777" w:rsidR="00CD2B92" w:rsidRDefault="00CD2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FAD8D" w14:textId="5165E002" w:rsidR="00A11ECC" w:rsidRDefault="00CD2B92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79755" w14:textId="77777777" w:rsidR="00CD2B92" w:rsidRDefault="00CD2B92">
      <w:r>
        <w:separator/>
      </w:r>
    </w:p>
  </w:footnote>
  <w:footnote w:type="continuationSeparator" w:id="0">
    <w:p w14:paraId="7363C13C" w14:textId="77777777" w:rsidR="00CD2B92" w:rsidRDefault="00CD2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DA8"/>
    <w:rsid w:val="0015074B"/>
    <w:rsid w:val="00185694"/>
    <w:rsid w:val="00271790"/>
    <w:rsid w:val="0029639D"/>
    <w:rsid w:val="002A5ABA"/>
    <w:rsid w:val="00326F90"/>
    <w:rsid w:val="006E037C"/>
    <w:rsid w:val="00781DFE"/>
    <w:rsid w:val="00A11ECC"/>
    <w:rsid w:val="00AA1D8D"/>
    <w:rsid w:val="00B47730"/>
    <w:rsid w:val="00B54A8D"/>
    <w:rsid w:val="00B5567D"/>
    <w:rsid w:val="00C93562"/>
    <w:rsid w:val="00CB0664"/>
    <w:rsid w:val="00CD2B92"/>
    <w:rsid w:val="00E61A6B"/>
    <w:rsid w:val="00E6757A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856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E5E44E-DAEF-408F-B728-8E3F04E6E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466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2026-08-24T15:14:00Z</dcterms:created>
  <dcterms:modified xsi:type="dcterms:W3CDTF">2026-09-23T10:02:00Z</dcterms:modified>
  <cp:category/>
</cp:coreProperties>
</file>