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268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B56DF1" w14:paraId="4EB9D004" w14:textId="77777777" w:rsidTr="00B56DF1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7821" w14:textId="77777777" w:rsidR="00B56DF1" w:rsidRDefault="00B56DF1" w:rsidP="00B56DF1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08FFB68A" wp14:editId="550A8168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E7627B" w14:textId="77777777" w:rsidR="00B56DF1" w:rsidRDefault="00B56DF1" w:rsidP="00B56DF1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B56DF1" w14:paraId="6697F622" w14:textId="77777777" w:rsidTr="00B56DF1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004B" w14:textId="77777777" w:rsidR="00B56DF1" w:rsidRDefault="00B56DF1" w:rsidP="00B56DF1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0E2B18" w14:textId="77777777" w:rsidR="00B56DF1" w:rsidRDefault="00B56DF1" w:rsidP="00B56DF1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B56DF1" w14:paraId="5DDD86F5" w14:textId="77777777" w:rsidTr="00B56DF1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5BF4" w14:textId="77777777" w:rsidR="00B56DF1" w:rsidRDefault="00B56DF1" w:rsidP="00B56DF1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36852B" w14:textId="77777777" w:rsidR="00B56DF1" w:rsidRDefault="00B56DF1" w:rsidP="00B56DF1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A9FA142" w14:textId="77777777" w:rsidR="00B56DF1" w:rsidRDefault="00B56DF1" w:rsidP="00B56DF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78FA2442" w14:textId="77777777" w:rsidR="00B56DF1" w:rsidRDefault="00B56DF1" w:rsidP="00B56DF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2F4DFC87" w14:textId="77777777" w:rsidR="00B56DF1" w:rsidRDefault="00B56DF1" w:rsidP="00B56DF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B56DF1" w14:paraId="3C8DA8E0" w14:textId="77777777" w:rsidTr="00B56DF1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3C86" w14:textId="77777777" w:rsidR="00B56DF1" w:rsidRDefault="00B56DF1" w:rsidP="00B56DF1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0119A27" w14:textId="77777777" w:rsidR="00B56DF1" w:rsidRDefault="00B56DF1" w:rsidP="00B56DF1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0E5389DC" w14:textId="77777777" w:rsidR="00B56DF1" w:rsidRDefault="00B56DF1" w:rsidP="00B56DF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35DC7F89" w14:textId="77777777" w:rsidR="00B56DF1" w:rsidRDefault="00B56DF1" w:rsidP="00B56DF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15709A" w14:textId="77777777" w:rsidR="00B56DF1" w:rsidRDefault="00B56DF1" w:rsidP="00B56DF1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B56DF1" w14:paraId="552F0C82" w14:textId="77777777" w:rsidTr="00B56DF1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668E" w14:textId="77777777" w:rsidR="00B56DF1" w:rsidRDefault="00B56DF1" w:rsidP="00B56DF1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73A51390" w14:textId="77777777" w:rsidR="00B56DF1" w:rsidRDefault="00B56DF1" w:rsidP="00B56DF1">
      <w:pPr>
        <w:spacing w:before="80" w:after="40"/>
        <w:rPr>
          <w:b/>
          <w:sz w:val="28"/>
          <w:lang w:val="fr-FR"/>
        </w:rPr>
      </w:pPr>
      <w:bookmarkStart w:id="0" w:name="_GoBack"/>
      <w:bookmarkEnd w:id="0"/>
    </w:p>
    <w:p w14:paraId="3C98B266" w14:textId="77777777" w:rsidR="00B56DF1" w:rsidRDefault="00B56DF1" w:rsidP="00B56DF1">
      <w:pPr>
        <w:spacing w:before="80" w:after="60"/>
        <w:rPr>
          <w:b/>
        </w:rPr>
      </w:pPr>
    </w:p>
    <w:p w14:paraId="3822D713" w14:textId="77777777" w:rsidR="0014338B" w:rsidRPr="00143D03" w:rsidRDefault="00257EFE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14:paraId="7475FDAB" w14:textId="032D3095" w:rsidR="00071E24" w:rsidRDefault="00257EFE" w:rsidP="00071E24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încheierea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02C40D1C" w14:textId="77777777"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33522B72" w14:textId="77777777">
        <w:trPr>
          <w:cantSplit/>
        </w:trPr>
        <w:tc>
          <w:tcPr>
            <w:tcW w:w="9636" w:type="dxa"/>
            <w:shd w:val="clear" w:color="auto" w:fill="F4F4F4"/>
          </w:tcPr>
          <w:p w14:paraId="4E01BA3A" w14:textId="77777777" w:rsidR="0014338B" w:rsidRDefault="00257EF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 w14:paraId="7F85BD73" w14:textId="77777777">
        <w:trPr>
          <w:cantSplit/>
          <w:trHeight w:val="510"/>
        </w:trPr>
        <w:tc>
          <w:tcPr>
            <w:tcW w:w="9636" w:type="dxa"/>
          </w:tcPr>
          <w:p w14:paraId="3D3D9B90" w14:textId="77777777"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 w14:paraId="4EAE8335" w14:textId="77777777">
        <w:trPr>
          <w:cantSplit/>
        </w:trPr>
        <w:tc>
          <w:tcPr>
            <w:tcW w:w="9636" w:type="dxa"/>
            <w:shd w:val="clear" w:color="auto" w:fill="F4F4F4"/>
          </w:tcPr>
          <w:p w14:paraId="48C1D253" w14:textId="3261A8BC" w:rsidR="0014338B" w:rsidRPr="00895605" w:rsidRDefault="00257E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="00895605"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conducerea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 w:rsidRPr="00895605">
              <w:rPr>
                <w:lang w:val="fr-FR"/>
              </w:rPr>
              <w:t>Inspectoratului</w:t>
            </w:r>
            <w:proofErr w:type="spellEnd"/>
            <w:r w:rsidR="00895605" w:rsidRP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Teritorial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în</w:t>
            </w:r>
            <w:proofErr w:type="spellEnd"/>
            <w:r w:rsidR="00895605">
              <w:rPr>
                <w:lang w:val="fr-FR"/>
              </w:rPr>
              <w:t xml:space="preserve"> </w:t>
            </w:r>
            <w:proofErr w:type="spellStart"/>
            <w:r w:rsidR="00895605">
              <w:rPr>
                <w:lang w:val="fr-FR"/>
              </w:rPr>
              <w:t>Construcții</w:t>
            </w:r>
            <w:proofErr w:type="spellEnd"/>
          </w:p>
        </w:tc>
      </w:tr>
    </w:tbl>
    <w:p w14:paraId="17EC65EB" w14:textId="77777777"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 w14:paraId="42C8622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30E9DCB" w14:textId="77777777" w:rsidR="0014338B" w:rsidRDefault="00257EFE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 w14:paraId="1AB9147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1C69E06A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D2F41D" w14:textId="77777777"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14:paraId="4BEBB974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366478" w14:textId="77777777" w:rsidR="0014338B" w:rsidRDefault="0014338B">
            <w:pPr>
              <w:keepNext/>
            </w:pPr>
          </w:p>
        </w:tc>
      </w:tr>
      <w:tr w:rsidR="0014338B" w14:paraId="7C9A36A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9527D35" w14:textId="77777777" w:rsidR="0014338B" w:rsidRDefault="00257EF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4338B" w14:paraId="0F5DB260" w14:textId="77777777">
        <w:trPr>
          <w:cantSplit/>
          <w:trHeight w:val="510"/>
        </w:trPr>
        <w:tc>
          <w:tcPr>
            <w:tcW w:w="1606" w:type="dxa"/>
          </w:tcPr>
          <w:p w14:paraId="432F09FE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E9F3BFF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3DCDA6F7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58B18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14:paraId="144A71C9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6FBF7A0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B57732B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4E9FB62" w14:textId="77777777" w:rsidR="0014338B" w:rsidRDefault="0014338B">
            <w:pPr>
              <w:keepNext/>
            </w:pPr>
          </w:p>
        </w:tc>
      </w:tr>
      <w:tr w:rsidR="0014338B" w14:paraId="049D497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90C333" w14:textId="77777777" w:rsidR="0014338B" w:rsidRDefault="00257EF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4338B" w14:paraId="6673C95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117BD63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C93511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14:paraId="10058633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EFA0EC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1A1576E8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47F65DE" w14:textId="77777777" w:rsidR="0014338B" w:rsidRDefault="0014338B">
            <w:pPr>
              <w:keepNext/>
            </w:pPr>
          </w:p>
        </w:tc>
      </w:tr>
      <w:tr w:rsidR="0014338B" w14:paraId="6AC1D48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3000AB1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3A6D3FC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21F406B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3F7197F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5999E1B2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F744B3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769037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7E8764F8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2B3979E0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562E9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04B06B00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F05971E" w14:textId="77777777" w:rsidR="0014338B" w:rsidRDefault="0014338B">
            <w:pPr>
              <w:keepNext/>
            </w:pPr>
          </w:p>
        </w:tc>
        <w:tc>
          <w:tcPr>
            <w:tcW w:w="1606" w:type="dxa"/>
          </w:tcPr>
          <w:p w14:paraId="14835BFA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E6C45E3" w14:textId="77777777" w:rsidR="0014338B" w:rsidRDefault="0014338B">
            <w:pPr>
              <w:keepNext/>
            </w:pPr>
          </w:p>
        </w:tc>
      </w:tr>
      <w:tr w:rsidR="0014338B" w14:paraId="1EC65C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904232E" w14:textId="77777777" w:rsidR="0014338B" w:rsidRDefault="00257EF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 w14:paraId="6CD89B2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3AC9FFBD" w14:textId="77777777" w:rsidR="0014338B" w:rsidRDefault="00257EFE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264B8A5" w14:textId="77777777" w:rsidR="0014338B" w:rsidRDefault="0014338B"/>
        </w:tc>
        <w:tc>
          <w:tcPr>
            <w:tcW w:w="5621" w:type="dxa"/>
            <w:gridSpan w:val="5"/>
          </w:tcPr>
          <w:p w14:paraId="1D0C7A9E" w14:textId="77777777" w:rsidR="0014338B" w:rsidRDefault="00257EFE">
            <w:r>
              <w:rPr>
                <w:b/>
                <w:color w:val="0D5F78"/>
              </w:rPr>
              <w:t>E-mail</w:t>
            </w:r>
          </w:p>
          <w:p w14:paraId="02C8CFCD" w14:textId="77777777" w:rsidR="0014338B" w:rsidRDefault="0014338B"/>
        </w:tc>
      </w:tr>
    </w:tbl>
    <w:p w14:paraId="4CC4088C" w14:textId="77777777"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4338B" w:rsidRPr="00143D03" w14:paraId="741DAC4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788BF40" w14:textId="77777777" w:rsidR="0014338B" w:rsidRPr="00895605" w:rsidRDefault="00257EFE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 w14:paraId="5B174B53" w14:textId="77777777">
        <w:trPr>
          <w:cantSplit/>
          <w:trHeight w:val="510"/>
        </w:trPr>
        <w:tc>
          <w:tcPr>
            <w:tcW w:w="1606" w:type="dxa"/>
          </w:tcPr>
          <w:p w14:paraId="3167ECB3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AF06A10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7421DC40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20B6794" w14:textId="77777777" w:rsidR="0014338B" w:rsidRDefault="0014338B">
            <w:pPr>
              <w:keepNext/>
            </w:pPr>
          </w:p>
        </w:tc>
        <w:tc>
          <w:tcPr>
            <w:tcW w:w="5621" w:type="dxa"/>
          </w:tcPr>
          <w:p w14:paraId="1A917B00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A28677F" w14:textId="77777777" w:rsidR="0014338B" w:rsidRDefault="0014338B">
            <w:pPr>
              <w:keepNext/>
            </w:pPr>
          </w:p>
        </w:tc>
      </w:tr>
      <w:tr w:rsidR="0014338B" w14:paraId="656D75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7B1A757" w14:textId="77777777" w:rsidR="0014338B" w:rsidRDefault="00257EF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14338B" w:rsidRPr="00143D03" w14:paraId="61981082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2D4D60C7" w14:textId="1D58D239" w:rsidR="00C25235" w:rsidRPr="00143D03" w:rsidRDefault="00257EFE" w:rsidP="00C25235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și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din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proofErr w:type="gramStart"/>
            <w:r w:rsidRPr="00895605">
              <w:rPr>
                <w:b/>
                <w:color w:val="0D5F78"/>
                <w:lang w:val="fr-FR"/>
              </w:rPr>
              <w:t>autorizație</w:t>
            </w:r>
            <w:proofErr w:type="spellEnd"/>
            <w:r w:rsidR="00C25235" w:rsidRPr="00143D03">
              <w:rPr>
                <w:b/>
                <w:color w:val="0D5F78"/>
                <w:lang w:val="fr-FR"/>
              </w:rPr>
              <w:t>:</w:t>
            </w:r>
            <w:proofErr w:type="gramEnd"/>
          </w:p>
          <w:p w14:paraId="2333CCC8" w14:textId="6374BABA"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077902E5" w14:textId="6A151C82"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14:paraId="44CD27B3" w14:textId="77777777"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14:paraId="122CE097" w14:textId="77777777"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14:paraId="58C03AAE" w14:textId="1F8FAB58"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 w14:paraId="51935E19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19411EE2" w14:textId="5DCD057F" w:rsidR="00C25235" w:rsidRPr="00143D03" w:rsidRDefault="00257EFE" w:rsidP="00C25235">
            <w:pPr>
              <w:rPr>
                <w:lang w:val="fr-FR"/>
              </w:rPr>
            </w:pPr>
            <w:proofErr w:type="spellStart"/>
            <w:proofErr w:type="gramStart"/>
            <w:r w:rsidRPr="00143D03">
              <w:rPr>
                <w:b/>
                <w:color w:val="0D5F78"/>
                <w:lang w:val="fr-FR"/>
              </w:rPr>
              <w:t>în</w:t>
            </w:r>
            <w:proofErr w:type="spellEnd"/>
            <w:proofErr w:type="gramEnd"/>
            <w:r w:rsidRPr="00143D0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  <w:lang w:val="fr-FR"/>
              </w:rPr>
              <w:t>valoare</w:t>
            </w:r>
            <w:proofErr w:type="spellEnd"/>
            <w:r w:rsidRPr="00143D03">
              <w:rPr>
                <w:b/>
                <w:color w:val="0D5F78"/>
                <w:lang w:val="fr-FR"/>
              </w:rPr>
              <w:t xml:space="preserve"> de (lei)</w:t>
            </w:r>
          </w:p>
          <w:p w14:paraId="1741C79C" w14:textId="3F63FC74"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16896482" w14:textId="77777777" w:rsidR="0014338B" w:rsidRPr="00143D03" w:rsidRDefault="00257EFE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14:paraId="2FE17F8E" w14:textId="77777777"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4338B" w14:paraId="4528D0EA" w14:textId="77777777">
        <w:trPr>
          <w:cantSplit/>
          <w:trHeight w:val="510"/>
        </w:trPr>
        <w:tc>
          <w:tcPr>
            <w:tcW w:w="2409" w:type="dxa"/>
          </w:tcPr>
          <w:p w14:paraId="78E74A7E" w14:textId="77777777" w:rsidR="0014338B" w:rsidRDefault="00257EFE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5C21B0CB" w14:textId="77777777" w:rsidR="0014338B" w:rsidRDefault="0014338B"/>
        </w:tc>
        <w:tc>
          <w:tcPr>
            <w:tcW w:w="1606" w:type="dxa"/>
          </w:tcPr>
          <w:p w14:paraId="138840AD" w14:textId="77777777" w:rsidR="0014338B" w:rsidRDefault="00257EFE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D25FA05" w14:textId="77777777" w:rsidR="0014338B" w:rsidRDefault="0014338B"/>
        </w:tc>
        <w:tc>
          <w:tcPr>
            <w:tcW w:w="5621" w:type="dxa"/>
          </w:tcPr>
          <w:p w14:paraId="64F59577" w14:textId="77777777" w:rsidR="0014338B" w:rsidRPr="00895605" w:rsidRDefault="00257EFE">
            <w:pPr>
              <w:rPr>
                <w:lang w:val="fr-FR"/>
              </w:rPr>
            </w:pPr>
            <w:proofErr w:type="gramStart"/>
            <w:r w:rsidRPr="00895605">
              <w:rPr>
                <w:b/>
                <w:color w:val="0D5F78"/>
                <w:lang w:val="fr-FR"/>
              </w:rPr>
              <w:t>au</w:t>
            </w:r>
            <w:proofErr w:type="gram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fost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895605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C73D59D" w14:textId="77777777" w:rsidR="0014338B" w:rsidRDefault="00257EFE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42D6CAA4" w14:textId="77777777" w:rsidR="0014338B" w:rsidRDefault="0014338B"/>
        </w:tc>
      </w:tr>
    </w:tbl>
    <w:p w14:paraId="49E38AF5" w14:textId="77777777"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14:paraId="4D2C24BF" w14:textId="77777777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956ACB3" w14:textId="77777777" w:rsidR="0014338B" w:rsidRDefault="00257EF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14:paraId="2A2DC932" w14:textId="77777777" w:rsidTr="00365E65">
        <w:trPr>
          <w:cantSplit/>
        </w:trPr>
        <w:tc>
          <w:tcPr>
            <w:tcW w:w="9636" w:type="dxa"/>
            <w:gridSpan w:val="6"/>
          </w:tcPr>
          <w:p w14:paraId="318A856F" w14:textId="77777777" w:rsidR="0014338B" w:rsidRDefault="00257EFE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4338B" w14:paraId="36C32AED" w14:textId="77777777" w:rsidTr="00365E65">
        <w:trPr>
          <w:cantSplit/>
          <w:trHeight w:val="510"/>
        </w:trPr>
        <w:tc>
          <w:tcPr>
            <w:tcW w:w="3212" w:type="dxa"/>
            <w:gridSpan w:val="2"/>
          </w:tcPr>
          <w:p w14:paraId="398C3CC9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04B8A5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542C72AC" w14:textId="77777777" w:rsidR="0014338B" w:rsidRDefault="00257EF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48381D6E" w14:textId="77777777"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14:paraId="2BCDE2D9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84692A" w14:textId="77777777" w:rsidR="0014338B" w:rsidRDefault="0014338B">
            <w:pPr>
              <w:keepNext/>
            </w:pPr>
          </w:p>
        </w:tc>
      </w:tr>
      <w:tr w:rsidR="0014338B" w14:paraId="44C0A90C" w14:textId="77777777" w:rsidTr="00365E65">
        <w:trPr>
          <w:cantSplit/>
          <w:trHeight w:val="510"/>
        </w:trPr>
        <w:tc>
          <w:tcPr>
            <w:tcW w:w="1606" w:type="dxa"/>
          </w:tcPr>
          <w:p w14:paraId="7852A88D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6191CFD" w14:textId="77777777"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14:paraId="5C79E1D0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AD8C27A" w14:textId="77777777" w:rsidR="0014338B" w:rsidRDefault="0014338B">
            <w:pPr>
              <w:keepNext/>
            </w:pPr>
          </w:p>
        </w:tc>
        <w:tc>
          <w:tcPr>
            <w:tcW w:w="803" w:type="dxa"/>
          </w:tcPr>
          <w:p w14:paraId="78A99AF5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DAAA4A3" w14:textId="77777777" w:rsidR="0014338B" w:rsidRDefault="0014338B">
            <w:pPr>
              <w:keepNext/>
            </w:pPr>
          </w:p>
        </w:tc>
        <w:tc>
          <w:tcPr>
            <w:tcW w:w="2409" w:type="dxa"/>
          </w:tcPr>
          <w:p w14:paraId="367ACFF7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0890CE6" w14:textId="77777777" w:rsidR="0014338B" w:rsidRDefault="0014338B">
            <w:pPr>
              <w:keepNext/>
            </w:pPr>
          </w:p>
        </w:tc>
      </w:tr>
      <w:tr w:rsidR="0014338B" w14:paraId="7AD851EE" w14:textId="77777777" w:rsidTr="00365E65">
        <w:trPr>
          <w:cantSplit/>
          <w:trHeight w:val="510"/>
        </w:trPr>
        <w:tc>
          <w:tcPr>
            <w:tcW w:w="5621" w:type="dxa"/>
            <w:gridSpan w:val="3"/>
          </w:tcPr>
          <w:p w14:paraId="2E2214DE" w14:textId="77777777" w:rsidR="0014338B" w:rsidRPr="00895605" w:rsidRDefault="00257EFE">
            <w:pPr>
              <w:keepNext/>
              <w:rPr>
                <w:lang w:val="fr-FR"/>
              </w:rPr>
            </w:pPr>
            <w:proofErr w:type="spellStart"/>
            <w:r w:rsidRPr="00895605">
              <w:rPr>
                <w:b/>
                <w:color w:val="0D5F78"/>
                <w:lang w:val="fr-FR"/>
              </w:rPr>
              <w:t>Număr</w:t>
            </w:r>
            <w:proofErr w:type="spellEnd"/>
            <w:r w:rsidRPr="00895605">
              <w:rPr>
                <w:b/>
                <w:color w:val="0D5F78"/>
                <w:lang w:val="fr-FR"/>
              </w:rPr>
              <w:t xml:space="preserve"> cadastral</w:t>
            </w:r>
          </w:p>
          <w:p w14:paraId="1C5C5AD1" w14:textId="39A27CD2" w:rsidR="0014338B" w:rsidRPr="00895605" w:rsidRDefault="00257EFE">
            <w:pPr>
              <w:keepNext/>
              <w:rPr>
                <w:lang w:val="fr-FR"/>
              </w:rPr>
            </w:pPr>
            <w:proofErr w:type="spellStart"/>
            <w:proofErr w:type="gramStart"/>
            <w:r w:rsidRPr="0089560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1E14B5E8" w14:textId="77777777" w:rsidR="0014338B" w:rsidRDefault="00257EF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1B933EAE" w14:textId="77777777" w:rsidR="0014338B" w:rsidRDefault="0014338B">
            <w:pPr>
              <w:keepNext/>
            </w:pPr>
          </w:p>
        </w:tc>
      </w:tr>
      <w:tr w:rsidR="0014338B" w14:paraId="48D7A768" w14:textId="77777777" w:rsidTr="00365E65">
        <w:trPr>
          <w:cantSplit/>
        </w:trPr>
        <w:tc>
          <w:tcPr>
            <w:tcW w:w="9636" w:type="dxa"/>
            <w:gridSpan w:val="6"/>
          </w:tcPr>
          <w:p w14:paraId="57CC048E" w14:textId="77777777" w:rsidR="0014338B" w:rsidRDefault="00257EFE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43E293C" w14:textId="77777777"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365E65" w:rsidRPr="00365E65" w14:paraId="28EC0D9A" w14:textId="77777777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1A1168BE" w14:textId="77777777"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14:paraId="5029F607" w14:textId="77777777" w:rsidTr="00B35B08">
        <w:trPr>
          <w:cantSplit/>
        </w:trPr>
        <w:tc>
          <w:tcPr>
            <w:tcW w:w="9606" w:type="dxa"/>
          </w:tcPr>
          <w:p w14:paraId="02D298DA" w14:textId="5F64AF3D"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înștiințării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începerea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înregistrată</w:t>
            </w:r>
            <w:proofErr w:type="spellEnd"/>
            <w:r>
              <w:rPr>
                <w:sz w:val="16"/>
              </w:rPr>
              <w:t xml:space="preserve">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14:paraId="643E96BE" w14:textId="51516ED7"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</w:t>
            </w:r>
            <w:proofErr w:type="spellStart"/>
            <w:r w:rsidR="00365E65">
              <w:rPr>
                <w:sz w:val="16"/>
              </w:rPr>
              <w:t>declar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că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înstiințarea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privind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începerea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execuției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lucrărilor</w:t>
            </w:r>
            <w:proofErr w:type="spellEnd"/>
            <w:r w:rsidR="00365E65">
              <w:rPr>
                <w:sz w:val="16"/>
              </w:rPr>
              <w:t xml:space="preserve"> nu a </w:t>
            </w:r>
            <w:proofErr w:type="spellStart"/>
            <w:r w:rsidR="00365E65">
              <w:rPr>
                <w:sz w:val="16"/>
              </w:rPr>
              <w:t>fost</w:t>
            </w:r>
            <w:proofErr w:type="spellEnd"/>
            <w:r w:rsidR="00365E65">
              <w:rPr>
                <w:sz w:val="16"/>
              </w:rPr>
              <w:t xml:space="preserve"> </w:t>
            </w:r>
            <w:proofErr w:type="spellStart"/>
            <w:r w:rsidR="00365E65">
              <w:rPr>
                <w:sz w:val="16"/>
              </w:rPr>
              <w:t>depusă</w:t>
            </w:r>
            <w:proofErr w:type="spellEnd"/>
            <w:r w:rsidR="00365E65">
              <w:rPr>
                <w:sz w:val="16"/>
              </w:rPr>
              <w:t xml:space="preserve">.  </w:t>
            </w:r>
          </w:p>
        </w:tc>
      </w:tr>
    </w:tbl>
    <w:p w14:paraId="5FA71F8E" w14:textId="77777777"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FC030E" w:rsidRPr="00365E65" w14:paraId="30FF229B" w14:textId="77777777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14:paraId="544332C2" w14:textId="253C9B83"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14:paraId="20AF50DF" w14:textId="77777777" w:rsidTr="00DE7AC0">
        <w:trPr>
          <w:cantSplit/>
        </w:trPr>
        <w:tc>
          <w:tcPr>
            <w:tcW w:w="9606" w:type="dxa"/>
          </w:tcPr>
          <w:p w14:paraId="0CBA8DFA" w14:textId="77777777" w:rsidR="00FC030E" w:rsidRPr="00C25235" w:rsidRDefault="00FC030E" w:rsidP="00FC030E">
            <w:r>
              <w:rPr>
                <w:sz w:val="16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05942DD7" w14:textId="299B48C6"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reală</w:t>
            </w:r>
            <w:proofErr w:type="spellEnd"/>
            <w:r w:rsidRPr="00143D03">
              <w:rPr>
                <w:i/>
                <w:color w:val="7A7A7A"/>
              </w:rPr>
              <w:t xml:space="preserve"> a </w:t>
            </w:r>
            <w:proofErr w:type="spellStart"/>
            <w:r w:rsidRPr="00143D03">
              <w:rPr>
                <w:i/>
                <w:color w:val="7A7A7A"/>
              </w:rPr>
              <w:t>lucrărilor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este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valoarea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finală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fără</w:t>
            </w:r>
            <w:proofErr w:type="spellEnd"/>
            <w:r w:rsidRPr="00143D03">
              <w:rPr>
                <w:i/>
                <w:color w:val="7A7A7A"/>
              </w:rPr>
              <w:t xml:space="preserve"> TVA, a </w:t>
            </w:r>
            <w:proofErr w:type="spellStart"/>
            <w:r w:rsidRPr="00143D03">
              <w:rPr>
                <w:i/>
                <w:color w:val="7A7A7A"/>
              </w:rPr>
              <w:t>valorilor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executate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gramStart"/>
            <w:r w:rsidRPr="00143D03">
              <w:rPr>
                <w:i/>
                <w:color w:val="7A7A7A"/>
              </w:rPr>
              <w:t>conform  art.</w:t>
            </w:r>
            <w:proofErr w:type="gramEnd"/>
            <w:r w:rsidRPr="00143D03">
              <w:rPr>
                <w:i/>
                <w:color w:val="7A7A7A"/>
              </w:rPr>
              <w:t xml:space="preserve"> 352 din </w:t>
            </w:r>
            <w:proofErr w:type="spellStart"/>
            <w:r w:rsidRPr="00143D03">
              <w:rPr>
                <w:i/>
                <w:color w:val="7A7A7A"/>
              </w:rPr>
              <w:t>Codul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amenajării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teritoriului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urbanismului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şi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construcţiilor</w:t>
            </w:r>
            <w:proofErr w:type="spellEnd"/>
            <w:r w:rsidRPr="00143D03">
              <w:rPr>
                <w:i/>
                <w:color w:val="7A7A7A"/>
              </w:rPr>
              <w:t xml:space="preserve">, </w:t>
            </w:r>
            <w:proofErr w:type="spellStart"/>
            <w:r w:rsidRPr="00143D03">
              <w:rPr>
                <w:i/>
                <w:color w:val="7A7A7A"/>
              </w:rPr>
              <w:t>în</w:t>
            </w:r>
            <w:proofErr w:type="spellEnd"/>
            <w:r w:rsidRPr="00143D03">
              <w:rPr>
                <w:i/>
                <w:color w:val="7A7A7A"/>
              </w:rPr>
              <w:t xml:space="preserve"> </w:t>
            </w:r>
            <w:proofErr w:type="spellStart"/>
            <w:r w:rsidRPr="00143D03">
              <w:rPr>
                <w:i/>
                <w:color w:val="7A7A7A"/>
              </w:rPr>
              <w:t>vigoare</w:t>
            </w:r>
            <w:proofErr w:type="spellEnd"/>
            <w:r w:rsidRPr="00143D03">
              <w:rPr>
                <w:i/>
                <w:color w:val="7A7A7A"/>
              </w:rPr>
              <w:t xml:space="preserve"> de la 25.08.2026</w:t>
            </w:r>
          </w:p>
        </w:tc>
      </w:tr>
    </w:tbl>
    <w:p w14:paraId="030AE6C1" w14:textId="77777777" w:rsidR="00FC030E" w:rsidRDefault="00FC030E">
      <w:pPr>
        <w:spacing w:line="168" w:lineRule="auto"/>
      </w:pPr>
    </w:p>
    <w:p w14:paraId="259D2E99" w14:textId="77777777"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4338B" w14:paraId="0B827F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FC09E37" w14:textId="79A06479" w:rsidR="0014338B" w:rsidRDefault="00257EFE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14:paraId="2099B500" w14:textId="77777777" w:rsidTr="00B862D0">
        <w:trPr>
          <w:cantSplit/>
          <w:trHeight w:val="2831"/>
        </w:trPr>
        <w:tc>
          <w:tcPr>
            <w:tcW w:w="9636" w:type="dxa"/>
          </w:tcPr>
          <w:p w14:paraId="2EE6BFB7" w14:textId="60A47592"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Dovada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achitării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cotei</w:t>
            </w:r>
            <w:proofErr w:type="spellEnd"/>
            <w:r w:rsidRPr="00143D03">
              <w:rPr>
                <w:b/>
                <w:color w:val="0D5F78"/>
              </w:rPr>
              <w:t xml:space="preserve"> de 0,1% din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autorizate</w:t>
            </w:r>
            <w:proofErr w:type="spellEnd"/>
            <w:r w:rsidRPr="00143D03">
              <w:rPr>
                <w:b/>
                <w:color w:val="0D5F78"/>
              </w:rPr>
              <w:t xml:space="preserve"> (</w:t>
            </w:r>
            <w:proofErr w:type="spellStart"/>
            <w:r w:rsidRPr="00143D03">
              <w:rPr>
                <w:b/>
                <w:color w:val="0D5F78"/>
              </w:rPr>
              <w:t>inclusiv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diferențe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rezultate</w:t>
            </w:r>
            <w:proofErr w:type="spellEnd"/>
            <w:r w:rsidRPr="00143D03">
              <w:rPr>
                <w:b/>
                <w:color w:val="0D5F78"/>
              </w:rPr>
              <w:t xml:space="preserve"> ca </w:t>
            </w:r>
            <w:proofErr w:type="spellStart"/>
            <w:r w:rsidRPr="00143D03">
              <w:rPr>
                <w:b/>
                <w:color w:val="0D5F78"/>
              </w:rPr>
              <w:t>urmare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gramStart"/>
            <w:r w:rsidRPr="00143D03">
              <w:rPr>
                <w:b/>
                <w:color w:val="0D5F78"/>
              </w:rPr>
              <w:t>a</w:t>
            </w:r>
            <w:proofErr w:type="gram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actualizării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reale</w:t>
            </w:r>
            <w:proofErr w:type="spellEnd"/>
            <w:r w:rsidRPr="00143D03">
              <w:rPr>
                <w:b/>
                <w:color w:val="0D5F78"/>
              </w:rPr>
              <w:t xml:space="preserve">/finale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),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conformitate</w:t>
            </w:r>
            <w:proofErr w:type="spellEnd"/>
            <w:r w:rsidRPr="00143D03">
              <w:rPr>
                <w:b/>
                <w:color w:val="0D5F78"/>
              </w:rPr>
              <w:t xml:space="preserve"> cu </w:t>
            </w:r>
            <w:proofErr w:type="spellStart"/>
            <w:r w:rsidRPr="00143D03">
              <w:rPr>
                <w:b/>
                <w:color w:val="0D5F78"/>
              </w:rPr>
              <w:t>prevederile</w:t>
            </w:r>
            <w:proofErr w:type="spellEnd"/>
            <w:r w:rsidRPr="00143D03">
              <w:rPr>
                <w:b/>
                <w:color w:val="0D5F78"/>
              </w:rPr>
              <w:t xml:space="preserve"> art.143 din </w:t>
            </w:r>
            <w:proofErr w:type="spellStart"/>
            <w:r w:rsidRPr="00143D03">
              <w:rPr>
                <w:b/>
                <w:color w:val="0D5F78"/>
              </w:rPr>
              <w:t>Codul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amenajării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teritoriului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urbanismului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şi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construcţiilor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în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vigoare</w:t>
            </w:r>
            <w:proofErr w:type="spellEnd"/>
            <w:r w:rsidRPr="00143D03">
              <w:rPr>
                <w:b/>
                <w:color w:val="0D5F78"/>
              </w:rPr>
              <w:t xml:space="preserve"> de la 25.08.2026.  </w:t>
            </w:r>
          </w:p>
          <w:p w14:paraId="2323C91A" w14:textId="7CFD9074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;</w:t>
            </w:r>
          </w:p>
          <w:p w14:paraId="61AE66DD" w14:textId="77777777"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achitării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rezultate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CC429A">
              <w:rPr>
                <w:b/>
                <w:color w:val="0D5F78"/>
                <w:lang w:val="fr-FR"/>
              </w:rPr>
              <w:t>ca</w:t>
            </w:r>
            <w:proofErr w:type="gram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diferenţă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între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echivalentă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cotei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0,5%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aplicate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valorii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finale,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TVA,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executate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suma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virată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potrivit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prevederilor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art. 352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din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Codul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amenajării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teritoriului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urbanismului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şi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construcţiilor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bCs/>
                <w:color w:val="0D5F78"/>
                <w:lang w:val="fr-FR"/>
              </w:rPr>
              <w:t>vigoare</w:t>
            </w:r>
            <w:proofErr w:type="spellEnd"/>
            <w:r w:rsidRPr="00CC429A">
              <w:rPr>
                <w:b/>
                <w:bCs/>
                <w:color w:val="0D5F78"/>
                <w:lang w:val="fr-FR"/>
              </w:rPr>
              <w:t xml:space="preserve"> de la 25.08.2026</w:t>
            </w:r>
          </w:p>
          <w:p w14:paraId="5EBBFE29" w14:textId="508AEEF2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6D1257EA" w14:textId="524A22E3"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cartea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provizorie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sau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după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caz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buletinul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aflate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termen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construire/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desființare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fizice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respectiv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certificatul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înregistrare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pentru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persoanele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juridice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.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Fără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dovada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identității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titularului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nu se va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înregistra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C429A">
              <w:rPr>
                <w:b/>
                <w:color w:val="0D5F78"/>
                <w:lang w:val="fr-FR"/>
              </w:rPr>
              <w:t>formularul</w:t>
            </w:r>
            <w:proofErr w:type="spellEnd"/>
            <w:r w:rsidRPr="00CC429A">
              <w:rPr>
                <w:b/>
                <w:color w:val="0D5F78"/>
                <w:lang w:val="fr-FR"/>
              </w:rPr>
              <w:t xml:space="preserve">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14:paraId="309934A5" w14:textId="4543AE85"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14:paraId="00856700" w14:textId="77777777"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proofErr w:type="spellStart"/>
            <w:r w:rsidRPr="00143D03">
              <w:rPr>
                <w:b/>
                <w:color w:val="0D5F78"/>
              </w:rPr>
              <w:t>Adresa</w:t>
            </w:r>
            <w:proofErr w:type="spellEnd"/>
            <w:r w:rsidRPr="00143D03">
              <w:rPr>
                <w:b/>
                <w:color w:val="0D5F78"/>
              </w:rPr>
              <w:t>/</w:t>
            </w:r>
            <w:proofErr w:type="spellStart"/>
            <w:r w:rsidRPr="00143D03">
              <w:rPr>
                <w:b/>
                <w:color w:val="0D5F78"/>
              </w:rPr>
              <w:t>Declarația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privind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valoarea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reală</w:t>
            </w:r>
            <w:proofErr w:type="spellEnd"/>
            <w:r w:rsidRPr="00143D03">
              <w:rPr>
                <w:b/>
                <w:color w:val="0D5F78"/>
              </w:rPr>
              <w:t xml:space="preserve"> a </w:t>
            </w:r>
            <w:proofErr w:type="spellStart"/>
            <w:r w:rsidRPr="00143D03">
              <w:rPr>
                <w:b/>
                <w:color w:val="0D5F78"/>
              </w:rPr>
              <w:t>lucrărilor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executate</w:t>
            </w:r>
            <w:proofErr w:type="spellEnd"/>
            <w:r w:rsidRPr="00143D03">
              <w:rPr>
                <w:b/>
                <w:color w:val="0D5F78"/>
              </w:rPr>
              <w:t xml:space="preserve">, </w:t>
            </w:r>
            <w:proofErr w:type="spellStart"/>
            <w:r w:rsidRPr="00143D03">
              <w:rPr>
                <w:b/>
                <w:color w:val="0D5F78"/>
              </w:rPr>
              <w:t>eliberată</w:t>
            </w:r>
            <w:proofErr w:type="spellEnd"/>
            <w:r w:rsidRPr="00143D03">
              <w:rPr>
                <w:b/>
                <w:color w:val="0D5F78"/>
              </w:rPr>
              <w:t xml:space="preserve"> de </w:t>
            </w:r>
            <w:proofErr w:type="spellStart"/>
            <w:r w:rsidRPr="00143D03">
              <w:rPr>
                <w:b/>
                <w:color w:val="0D5F78"/>
              </w:rPr>
              <w:t>emitentul</w:t>
            </w:r>
            <w:proofErr w:type="spellEnd"/>
            <w:r w:rsidRPr="00143D03">
              <w:rPr>
                <w:b/>
                <w:color w:val="0D5F78"/>
              </w:rPr>
              <w:t xml:space="preserve"> </w:t>
            </w:r>
            <w:proofErr w:type="spellStart"/>
            <w:r w:rsidRPr="00143D03">
              <w:rPr>
                <w:b/>
                <w:color w:val="0D5F78"/>
              </w:rPr>
              <w:t>autorizației</w:t>
            </w:r>
            <w:proofErr w:type="spellEnd"/>
            <w:r w:rsidRPr="00143D03">
              <w:rPr>
                <w:b/>
                <w:color w:val="0D5F78"/>
              </w:rPr>
              <w:t>.</w:t>
            </w:r>
          </w:p>
          <w:p w14:paraId="20B02575" w14:textId="72DE76BA"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14:paraId="642661D9" w14:textId="77777777"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1574A" w:rsidRPr="00143D03" w14:paraId="2CAF1413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477D4AE5" w14:textId="475D0918"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14:paraId="651335D5" w14:textId="77777777" w:rsidTr="00F33D43">
        <w:trPr>
          <w:cantSplit/>
          <w:trHeight w:val="510"/>
        </w:trPr>
        <w:tc>
          <w:tcPr>
            <w:tcW w:w="9636" w:type="dxa"/>
          </w:tcPr>
          <w:p w14:paraId="33ED1CCB" w14:textId="77777777" w:rsidR="0051574A" w:rsidRPr="00143D03" w:rsidRDefault="0051574A" w:rsidP="00DE7AC0">
            <w:pPr>
              <w:rPr>
                <w:lang w:val="fr-FR"/>
              </w:rPr>
            </w:pPr>
          </w:p>
          <w:p w14:paraId="0EF282C9" w14:textId="77777777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</w:t>
            </w:r>
            <w:proofErr w:type="spellStart"/>
            <w:r w:rsidRPr="00143D03">
              <w:rPr>
                <w:lang w:val="fr-FR"/>
              </w:rPr>
              <w:t>Planul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Național</w:t>
            </w:r>
            <w:proofErr w:type="spellEnd"/>
            <w:r w:rsidRPr="00143D03">
              <w:rPr>
                <w:lang w:val="fr-FR"/>
              </w:rPr>
              <w:t xml:space="preserve"> de </w:t>
            </w:r>
            <w:proofErr w:type="spellStart"/>
            <w:r w:rsidRPr="00143D03">
              <w:rPr>
                <w:lang w:val="fr-FR"/>
              </w:rPr>
              <w:t>Redresare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și</w:t>
            </w:r>
            <w:proofErr w:type="spellEnd"/>
            <w:r w:rsidRPr="00143D03">
              <w:rPr>
                <w:lang w:val="fr-FR"/>
              </w:rPr>
              <w:t xml:space="preserve"> </w:t>
            </w:r>
            <w:proofErr w:type="spellStart"/>
            <w:r w:rsidRPr="00143D03">
              <w:rPr>
                <w:lang w:val="fr-FR"/>
              </w:rPr>
              <w:t>Reziliență</w:t>
            </w:r>
            <w:proofErr w:type="spellEnd"/>
            <w:r w:rsidRPr="00143D03">
              <w:rPr>
                <w:lang w:val="fr-FR"/>
              </w:rPr>
              <w:t>)</w:t>
            </w:r>
          </w:p>
          <w:p w14:paraId="718E9247" w14:textId="27D46E68"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</w:t>
            </w:r>
            <w:proofErr w:type="spellStart"/>
            <w:r w:rsidRPr="00143D03">
              <w:rPr>
                <w:sz w:val="16"/>
                <w:lang w:val="fr-FR"/>
              </w:rPr>
              <w:t>Planul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Locală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058EACA7" w14:textId="1B9C4DB8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Anghel Saligny)</w:t>
            </w:r>
          </w:p>
          <w:p w14:paraId="4D8223B6" w14:textId="29947F0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Dezvoltare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Rurală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14A0DAEE" w14:textId="7FB01D63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79FB9FD1" w14:textId="1D247EA6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452F2071" w14:textId="1598DA0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consolidare</w:t>
            </w:r>
            <w:proofErr w:type="spellEnd"/>
            <w:r w:rsidRPr="00143D03">
              <w:rPr>
                <w:sz w:val="16"/>
                <w:lang w:val="fr-FR"/>
              </w:rPr>
              <w:t xml:space="preserve"> a </w:t>
            </w:r>
            <w:proofErr w:type="spellStart"/>
            <w:r w:rsidRPr="00143D03">
              <w:rPr>
                <w:sz w:val="16"/>
                <w:lang w:val="fr-FR"/>
              </w:rPr>
              <w:t>clădirilor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risc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seismic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ridicat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3BFC7148" w14:textId="5FC438FE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  <w:r w:rsidRPr="00143D03">
              <w:rPr>
                <w:sz w:val="16"/>
                <w:lang w:val="fr-FR"/>
              </w:rPr>
              <w:t xml:space="preserve"> sociale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necessitate</w:t>
            </w:r>
            <w:proofErr w:type="spellEnd"/>
            <w:r w:rsidRPr="00143D03">
              <w:rPr>
                <w:sz w:val="16"/>
                <w:lang w:val="fr-FR"/>
              </w:rPr>
              <w:t>)</w:t>
            </w:r>
          </w:p>
          <w:p w14:paraId="5E92B604" w14:textId="1DC43715"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3D5D8FA5" w14:textId="2A326A3A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PNI 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Cantacuzino</w:t>
            </w:r>
            <w:proofErr w:type="spellEnd"/>
            <w:r w:rsidRPr="00143D03">
              <w:rPr>
                <w:sz w:val="16"/>
                <w:lang w:val="fr-FR"/>
              </w:rPr>
              <w:t xml:space="preserve"> (</w:t>
            </w:r>
            <w:proofErr w:type="spellStart"/>
            <w:r w:rsidRPr="00143D03">
              <w:rPr>
                <w:sz w:val="16"/>
                <w:lang w:val="fr-FR"/>
              </w:rPr>
              <w:t>Programul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pentru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consolidarea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spitalelor</w:t>
            </w:r>
            <w:proofErr w:type="spellEnd"/>
            <w:r w:rsidRPr="00143D03">
              <w:rPr>
                <w:sz w:val="16"/>
                <w:lang w:val="fr-FR"/>
              </w:rPr>
              <w:t xml:space="preserve"> „</w:t>
            </w:r>
            <w:proofErr w:type="spellStart"/>
            <w:r w:rsidRPr="00143D03">
              <w:rPr>
                <w:sz w:val="16"/>
                <w:lang w:val="fr-FR"/>
              </w:rPr>
              <w:t>Mihail</w:t>
            </w:r>
            <w:proofErr w:type="spellEnd"/>
            <w:r w:rsidRPr="00143D03">
              <w:rPr>
                <w:sz w:val="16"/>
                <w:lang w:val="fr-FR"/>
              </w:rPr>
              <w:t xml:space="preserve"> Cantacuzino”)</w:t>
            </w:r>
          </w:p>
          <w:p w14:paraId="495C7EC3" w14:textId="30493979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CNI – MDLPA Program </w:t>
            </w:r>
            <w:proofErr w:type="spellStart"/>
            <w:r w:rsidRPr="00143D03">
              <w:rPr>
                <w:sz w:val="16"/>
                <w:lang w:val="fr-FR"/>
              </w:rPr>
              <w:t>Național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Interes</w:t>
            </w:r>
            <w:proofErr w:type="spellEnd"/>
            <w:r w:rsidRPr="00143D03">
              <w:rPr>
                <w:sz w:val="16"/>
                <w:lang w:val="fr-FR"/>
              </w:rPr>
              <w:t xml:space="preserve"> Public </w:t>
            </w:r>
            <w:proofErr w:type="spellStart"/>
            <w:r w:rsidRPr="00143D03">
              <w:rPr>
                <w:sz w:val="16"/>
                <w:lang w:val="fr-FR"/>
              </w:rPr>
              <w:t>sau</w:t>
            </w:r>
            <w:proofErr w:type="spellEnd"/>
            <w:r w:rsidRPr="00143D03">
              <w:rPr>
                <w:sz w:val="16"/>
                <w:lang w:val="fr-FR"/>
              </w:rPr>
              <w:t xml:space="preserve"> Social</w:t>
            </w:r>
          </w:p>
          <w:p w14:paraId="7C77E62A" w14:textId="4A557346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ANL – MDLPA </w:t>
            </w:r>
            <w:proofErr w:type="spellStart"/>
            <w:r w:rsidRPr="00143D03">
              <w:rPr>
                <w:sz w:val="16"/>
                <w:lang w:val="fr-FR"/>
              </w:rPr>
              <w:t>Programe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construcții</w:t>
            </w:r>
            <w:proofErr w:type="spellEnd"/>
            <w:r w:rsidRPr="00143D03">
              <w:rPr>
                <w:sz w:val="16"/>
                <w:lang w:val="fr-FR"/>
              </w:rPr>
              <w:t xml:space="preserve"> de </w:t>
            </w:r>
            <w:proofErr w:type="spellStart"/>
            <w:r w:rsidRPr="00143D03">
              <w:rPr>
                <w:sz w:val="16"/>
                <w:lang w:val="fr-FR"/>
              </w:rPr>
              <w:t>locuințe</w:t>
            </w:r>
            <w:proofErr w:type="spellEnd"/>
          </w:p>
          <w:p w14:paraId="1EC5C59B" w14:textId="2B2D182D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CNAIR – </w:t>
            </w:r>
            <w:proofErr w:type="spellStart"/>
            <w:r w:rsidRPr="00143D03">
              <w:rPr>
                <w:sz w:val="16"/>
                <w:lang w:val="fr-FR"/>
              </w:rPr>
              <w:t>Ministerul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Transporturilor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și</w:t>
            </w:r>
            <w:proofErr w:type="spellEnd"/>
            <w:r w:rsidRPr="00143D03">
              <w:rPr>
                <w:sz w:val="16"/>
                <w:lang w:val="fr-FR"/>
              </w:rPr>
              <w:t xml:space="preserve"> </w:t>
            </w:r>
            <w:proofErr w:type="spellStart"/>
            <w:r w:rsidRPr="00143D03">
              <w:rPr>
                <w:sz w:val="16"/>
                <w:lang w:val="fr-FR"/>
              </w:rPr>
              <w:t>Infrastructurii</w:t>
            </w:r>
            <w:proofErr w:type="spellEnd"/>
          </w:p>
          <w:p w14:paraId="47F07E2C" w14:textId="77777777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</w:t>
            </w:r>
            <w:proofErr w:type="spellStart"/>
            <w:proofErr w:type="gramStart"/>
            <w:r w:rsidRPr="00143D03">
              <w:rPr>
                <w:sz w:val="16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>:</w:t>
            </w:r>
            <w:proofErr w:type="gramEnd"/>
            <w:r w:rsidRPr="00143D03">
              <w:rPr>
                <w:sz w:val="16"/>
                <w:lang w:val="fr-FR"/>
              </w:rPr>
              <w:t xml:space="preserve"> </w:t>
            </w:r>
          </w:p>
          <w:p w14:paraId="243A97F6" w14:textId="702530A1"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143D03">
              <w:rPr>
                <w:sz w:val="16"/>
                <w:lang w:val="fr-FR"/>
              </w:rPr>
              <w:t xml:space="preserve">          </w:t>
            </w:r>
            <w:proofErr w:type="gramStart"/>
            <w:r w:rsidRPr="00143D03">
              <w:rPr>
                <w:sz w:val="16"/>
                <w:lang w:val="fr-FR"/>
              </w:rPr>
              <w:t xml:space="preserve">  .</w:t>
            </w:r>
            <w:proofErr w:type="gramEnd"/>
          </w:p>
          <w:p w14:paraId="1A485C8C" w14:textId="0890102C"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14:paraId="62C555E6" w14:textId="77777777"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4338B" w14:paraId="40183A3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E5EF3F" w14:textId="3FA053A7" w:rsidR="0014338B" w:rsidRDefault="00257EFE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4338B" w14:paraId="1944DB6E" w14:textId="77777777">
        <w:trPr>
          <w:cantSplit/>
          <w:trHeight w:val="510"/>
        </w:trPr>
        <w:tc>
          <w:tcPr>
            <w:tcW w:w="1606" w:type="dxa"/>
          </w:tcPr>
          <w:p w14:paraId="7C7D892B" w14:textId="77777777" w:rsidR="0014338B" w:rsidRDefault="00257EFE">
            <w:r>
              <w:rPr>
                <w:b/>
                <w:color w:val="0D5F78"/>
              </w:rPr>
              <w:t>Data</w:t>
            </w:r>
          </w:p>
          <w:p w14:paraId="7704443C" w14:textId="77777777" w:rsidR="0014338B" w:rsidRDefault="0014338B"/>
        </w:tc>
        <w:tc>
          <w:tcPr>
            <w:tcW w:w="4818" w:type="dxa"/>
          </w:tcPr>
          <w:p w14:paraId="79BA9752" w14:textId="77777777" w:rsidR="0014338B" w:rsidRDefault="00257EFE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64C29CA" w14:textId="77777777" w:rsidR="0014338B" w:rsidRDefault="0014338B"/>
        </w:tc>
        <w:tc>
          <w:tcPr>
            <w:tcW w:w="3212" w:type="dxa"/>
          </w:tcPr>
          <w:p w14:paraId="32EBEDBF" w14:textId="77777777" w:rsidR="0014338B" w:rsidRDefault="00257EF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00C772E" w14:textId="77777777" w:rsidR="0014338B" w:rsidRDefault="0014338B"/>
        </w:tc>
      </w:tr>
    </w:tbl>
    <w:p w14:paraId="01A2DBE3" w14:textId="77777777" w:rsidR="0014338B" w:rsidRDefault="0014338B">
      <w:pPr>
        <w:spacing w:line="168" w:lineRule="auto"/>
      </w:pPr>
    </w:p>
    <w:p w14:paraId="49999EF0" w14:textId="77777777" w:rsidR="0014338B" w:rsidRDefault="0014338B">
      <w:pPr>
        <w:spacing w:line="168" w:lineRule="auto"/>
        <w:rPr>
          <w:lang w:val="fr-FR"/>
        </w:rPr>
      </w:pPr>
    </w:p>
    <w:p w14:paraId="10653766" w14:textId="77777777" w:rsidR="00FB057B" w:rsidRDefault="00FB057B">
      <w:pPr>
        <w:spacing w:line="168" w:lineRule="auto"/>
        <w:rPr>
          <w:lang w:val="fr-FR"/>
        </w:rPr>
      </w:pPr>
    </w:p>
    <w:p w14:paraId="2753428A" w14:textId="696B4A4A"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11C44" w14:textId="77777777" w:rsidR="00257EFE" w:rsidRDefault="00257EFE">
      <w:r>
        <w:separator/>
      </w:r>
    </w:p>
  </w:endnote>
  <w:endnote w:type="continuationSeparator" w:id="0">
    <w:p w14:paraId="60BAB0F8" w14:textId="77777777" w:rsidR="00257EFE" w:rsidRDefault="0025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D87B9" w14:textId="292A9877" w:rsidR="0014338B" w:rsidRDefault="00257EFE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9560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9560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A3049" w14:textId="77777777" w:rsidR="00257EFE" w:rsidRDefault="00257EFE">
      <w:r>
        <w:separator/>
      </w:r>
    </w:p>
  </w:footnote>
  <w:footnote w:type="continuationSeparator" w:id="0">
    <w:p w14:paraId="021C4358" w14:textId="77777777" w:rsidR="00257EFE" w:rsidRDefault="00257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42592" w14:textId="4FBCAD37" w:rsidR="00143D03" w:rsidRDefault="00143D03" w:rsidP="00143D03">
    <w:pPr>
      <w:pStyle w:val="Header"/>
      <w:rPr>
        <w:color w:val="595959"/>
      </w:rPr>
    </w:pPr>
    <w:r>
      <w:rPr>
        <w:color w:val="595959"/>
      </w:rPr>
      <w:t xml:space="preserve">F_A_11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0BF74728" w14:textId="77777777" w:rsidR="00143D03" w:rsidRPr="00143D03" w:rsidRDefault="00143D03" w:rsidP="00143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257EFE"/>
    <w:rsid w:val="0029639D"/>
    <w:rsid w:val="0031695F"/>
    <w:rsid w:val="00326F90"/>
    <w:rsid w:val="00365E65"/>
    <w:rsid w:val="00442B61"/>
    <w:rsid w:val="004A4CBC"/>
    <w:rsid w:val="004E233A"/>
    <w:rsid w:val="0051574A"/>
    <w:rsid w:val="005903A8"/>
    <w:rsid w:val="005C403B"/>
    <w:rsid w:val="006A1DB8"/>
    <w:rsid w:val="006D7C9B"/>
    <w:rsid w:val="00765D3C"/>
    <w:rsid w:val="00782BA8"/>
    <w:rsid w:val="007B0A4D"/>
    <w:rsid w:val="00895605"/>
    <w:rsid w:val="0091423B"/>
    <w:rsid w:val="0095442A"/>
    <w:rsid w:val="009C25E8"/>
    <w:rsid w:val="009D2314"/>
    <w:rsid w:val="00AA1D8D"/>
    <w:rsid w:val="00B11050"/>
    <w:rsid w:val="00B35B08"/>
    <w:rsid w:val="00B47730"/>
    <w:rsid w:val="00B56B5D"/>
    <w:rsid w:val="00B56DF1"/>
    <w:rsid w:val="00B862D0"/>
    <w:rsid w:val="00C25235"/>
    <w:rsid w:val="00C330B3"/>
    <w:rsid w:val="00C75A7A"/>
    <w:rsid w:val="00CB0664"/>
    <w:rsid w:val="00CC429A"/>
    <w:rsid w:val="00D028DE"/>
    <w:rsid w:val="00DE33CD"/>
    <w:rsid w:val="00DF3A5F"/>
    <w:rsid w:val="00E61A6B"/>
    <w:rsid w:val="00F74426"/>
    <w:rsid w:val="00FB057B"/>
    <w:rsid w:val="00FC03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73651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6D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EF1EA4-BDEF-482F-A2C7-5B76DCAC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722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2026-09-23T10:05:00Z</dcterms:modified>
  <cp:category/>
</cp:coreProperties>
</file>