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pPr w:leftFromText="180" w:rightFromText="180" w:vertAnchor="text" w:horzAnchor="margin" w:tblpXSpec="center" w:tblpY="-71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834E5E" w14:paraId="18821E56" w14:textId="77777777" w:rsidTr="00834E5E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9012" w14:textId="77777777" w:rsidR="00834E5E" w:rsidRDefault="00834E5E" w:rsidP="00834E5E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6CBE86EA" wp14:editId="644AB59E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BEA9B9" w14:textId="77777777" w:rsidR="00834E5E" w:rsidRDefault="00834E5E" w:rsidP="00834E5E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834E5E" w14:paraId="71B88B72" w14:textId="77777777" w:rsidTr="00834E5E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93F2" w14:textId="77777777" w:rsidR="00834E5E" w:rsidRDefault="00834E5E" w:rsidP="00834E5E">
            <w:pPr>
              <w:rPr>
                <w:sz w:val="22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82886C" w14:textId="77777777" w:rsidR="00834E5E" w:rsidRDefault="00834E5E" w:rsidP="00834E5E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834E5E" w14:paraId="1123D3C0" w14:textId="77777777" w:rsidTr="00834E5E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8A20" w14:textId="77777777" w:rsidR="00834E5E" w:rsidRDefault="00834E5E" w:rsidP="00834E5E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21D541" w14:textId="77777777" w:rsidR="00834E5E" w:rsidRDefault="00834E5E" w:rsidP="00834E5E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FEDA1B" w14:textId="77777777" w:rsidR="00834E5E" w:rsidRDefault="00834E5E" w:rsidP="00834E5E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30022031" w14:textId="77777777" w:rsidR="00834E5E" w:rsidRDefault="00834E5E" w:rsidP="00834E5E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5C99BE3B" w14:textId="77777777" w:rsidR="00834E5E" w:rsidRDefault="00834E5E" w:rsidP="00834E5E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834E5E" w14:paraId="0F6408EE" w14:textId="77777777" w:rsidTr="00834E5E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18F6" w14:textId="77777777" w:rsidR="00834E5E" w:rsidRDefault="00834E5E" w:rsidP="00834E5E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4ED4F49" w14:textId="77777777" w:rsidR="00834E5E" w:rsidRDefault="00834E5E" w:rsidP="00834E5E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4F078D05" w14:textId="77777777" w:rsidR="00834E5E" w:rsidRDefault="00834E5E" w:rsidP="00834E5E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6FB9C910" w14:textId="77777777" w:rsidR="00834E5E" w:rsidRDefault="00834E5E" w:rsidP="00834E5E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635942" w14:textId="77777777" w:rsidR="00834E5E" w:rsidRDefault="00834E5E" w:rsidP="00834E5E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834E5E" w14:paraId="0FEC0668" w14:textId="77777777" w:rsidTr="00834E5E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3EAC" w14:textId="77777777" w:rsidR="00834E5E" w:rsidRDefault="00834E5E" w:rsidP="00834E5E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18621936" w14:textId="77777777" w:rsidR="00834E5E" w:rsidRDefault="00834E5E" w:rsidP="00834E5E">
      <w:pPr>
        <w:spacing w:before="80" w:after="40"/>
        <w:rPr>
          <w:b/>
          <w:sz w:val="28"/>
          <w:lang w:val="fr-FR"/>
        </w:rPr>
      </w:pPr>
    </w:p>
    <w:p w14:paraId="2D573D09" w14:textId="77777777" w:rsidR="00834E5E" w:rsidRDefault="00834E5E" w:rsidP="00834E5E">
      <w:pPr>
        <w:spacing w:before="80" w:after="60"/>
        <w:rPr>
          <w:b/>
        </w:rPr>
      </w:pPr>
    </w:p>
    <w:p w14:paraId="6EE796C5" w14:textId="77777777" w:rsidR="00377113" w:rsidRPr="00004412" w:rsidRDefault="0081497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81497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81497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77777777" w:rsidR="00377113" w:rsidRPr="00343BBA" w:rsidRDefault="0081497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814970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</w:t>
            </w:r>
            <w:r w:rsidRPr="00343BBA">
              <w:rPr>
                <w:lang w:val="fr-FR"/>
              </w:rPr>
              <w:t>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81497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81497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81497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81497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81497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81497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81497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814970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814970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814970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81497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81497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81497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81497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81497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81497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81497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81497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81497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81497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81497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81497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D01EF" w14:textId="77777777" w:rsidR="00814970" w:rsidRDefault="00814970">
      <w:r>
        <w:separator/>
      </w:r>
    </w:p>
  </w:endnote>
  <w:endnote w:type="continuationSeparator" w:id="0">
    <w:p w14:paraId="0E45656F" w14:textId="77777777" w:rsidR="00814970" w:rsidRDefault="0081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A959F" w14:textId="77777777" w:rsidR="00377113" w:rsidRDefault="00814970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</w:t>
    </w:r>
    <w:r>
      <w:rPr>
        <w:color w:val="595959"/>
      </w:rPr>
      <w:t>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3AF77" w14:textId="77777777" w:rsidR="00814970" w:rsidRDefault="00814970">
      <w:r>
        <w:separator/>
      </w:r>
    </w:p>
  </w:footnote>
  <w:footnote w:type="continuationSeparator" w:id="0">
    <w:p w14:paraId="36D9B51A" w14:textId="77777777" w:rsidR="00814970" w:rsidRDefault="00814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814970"/>
    <w:rsid w:val="00834E5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34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056F6A-BC88-45C4-B0C9-42A37F2B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2026-09-23T10:10:00Z</dcterms:modified>
  <cp:category/>
</cp:coreProperties>
</file>