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41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492819" w14:paraId="43AF9914" w14:textId="77777777" w:rsidTr="00492819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6D73" w14:textId="77777777" w:rsidR="00492819" w:rsidRDefault="00492819" w:rsidP="00492819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4713DA56" wp14:editId="5FABEAA9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05AC4C" w14:textId="77777777" w:rsidR="00492819" w:rsidRDefault="00492819" w:rsidP="00492819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492819" w14:paraId="1E7F5B41" w14:textId="77777777" w:rsidTr="00492819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7A51" w14:textId="77777777" w:rsidR="00492819" w:rsidRDefault="00492819" w:rsidP="00492819">
            <w:pPr>
              <w:rPr>
                <w:sz w:val="22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B15E67" w14:textId="77777777" w:rsidR="00492819" w:rsidRDefault="00492819" w:rsidP="00492819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492819" w14:paraId="37501C74" w14:textId="77777777" w:rsidTr="00492819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8B2E" w14:textId="77777777" w:rsidR="00492819" w:rsidRDefault="00492819" w:rsidP="00492819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D430E4" w14:textId="77777777" w:rsidR="00492819" w:rsidRDefault="00492819" w:rsidP="00492819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6451C0" w14:textId="77777777" w:rsidR="00492819" w:rsidRDefault="00492819" w:rsidP="00492819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1BA11210" w14:textId="77777777" w:rsidR="00492819" w:rsidRDefault="00492819" w:rsidP="00492819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0D3EA517" w14:textId="77777777" w:rsidR="00492819" w:rsidRDefault="00492819" w:rsidP="00492819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492819" w14:paraId="4CEF9EA1" w14:textId="77777777" w:rsidTr="00492819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515B" w14:textId="77777777" w:rsidR="00492819" w:rsidRDefault="00492819" w:rsidP="00492819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51DC0E9" w14:textId="77777777" w:rsidR="00492819" w:rsidRDefault="00492819" w:rsidP="00492819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417E94F8" w14:textId="77777777" w:rsidR="00492819" w:rsidRDefault="00492819" w:rsidP="00492819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3025BE45" w14:textId="77777777" w:rsidR="00492819" w:rsidRDefault="00492819" w:rsidP="00492819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011E2E" w14:textId="77777777" w:rsidR="00492819" w:rsidRDefault="00492819" w:rsidP="00492819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492819" w14:paraId="28F12B38" w14:textId="77777777" w:rsidTr="00492819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711D" w14:textId="77777777" w:rsidR="00492819" w:rsidRDefault="00492819" w:rsidP="00492819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33F62AD5" w14:textId="77777777" w:rsidR="00492819" w:rsidRDefault="00492819" w:rsidP="00492819">
      <w:pPr>
        <w:spacing w:before="80" w:after="60"/>
        <w:rPr>
          <w:b/>
        </w:rPr>
      </w:pPr>
    </w:p>
    <w:p w14:paraId="79F54518" w14:textId="77777777" w:rsidR="00BD4241" w:rsidRPr="00850B64" w:rsidRDefault="00C27FF7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C27F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C27FF7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C27F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C27FF7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</w:t>
            </w:r>
            <w:r w:rsidRPr="00A256C2">
              <w:rPr>
                <w:lang w:val="fr-FR"/>
              </w:rPr>
              <w:t>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C27FF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C27F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C27F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C27F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C27F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C27FF7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C27FF7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C27FF7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C27FF7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C27FF7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C27F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C27FF7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C27FF7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C27F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C27F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C27F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C27FF7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C27FF7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C27FF7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C27FF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C27FF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C27FF7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C27FF7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C27FF7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C27F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C27F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C27FF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C27FF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C27FF7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C27FF7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C27FF7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</w:t>
            </w:r>
            <w:r>
              <w:rPr>
                <w:sz w:val="16"/>
              </w:rPr>
              <w:t>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C27FF7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C27FF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C27FF7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C27FF7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C27FF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C27FF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C27FF7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C27F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C27F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375A1" w14:textId="77777777" w:rsidR="00C27FF7" w:rsidRDefault="00C27FF7">
      <w:r>
        <w:separator/>
      </w:r>
    </w:p>
  </w:endnote>
  <w:endnote w:type="continuationSeparator" w:id="0">
    <w:p w14:paraId="2C2D354E" w14:textId="77777777" w:rsidR="00C27FF7" w:rsidRDefault="00C2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060EA" w14:textId="77777777" w:rsidR="00BD4241" w:rsidRDefault="00C27FF7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426F0" w14:textId="77777777" w:rsidR="00C27FF7" w:rsidRDefault="00C27FF7">
      <w:r>
        <w:separator/>
      </w:r>
    </w:p>
  </w:footnote>
  <w:footnote w:type="continuationSeparator" w:id="0">
    <w:p w14:paraId="35015CD2" w14:textId="77777777" w:rsidR="00C27FF7" w:rsidRDefault="00C27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492819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27FF7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928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75A06C-14F8-4EB7-9A74-F84135932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627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2026-09-23T10:11:00Z</dcterms:modified>
  <cp:category/>
</cp:coreProperties>
</file>