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4974E8" w14:textId="77777777" w:rsidR="00DD3A82" w:rsidRDefault="00DD3A82">
      <w:pPr>
        <w:spacing w:line="168" w:lineRule="auto"/>
      </w:pPr>
    </w:p>
    <w:tbl>
      <w:tblPr>
        <w:tblStyle w:val="TableGrid"/>
        <w:tblpPr w:leftFromText="180" w:rightFromText="180" w:vertAnchor="text" w:horzAnchor="margin" w:tblpXSpec="center" w:tblpY="199"/>
        <w:tblW w:w="9322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270"/>
      </w:tblGrid>
      <w:tr w:rsidR="00741D4B" w14:paraId="49855A47" w14:textId="77777777" w:rsidTr="00741D4B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A3CD6" w14:textId="77777777" w:rsidR="00741D4B" w:rsidRDefault="00741D4B" w:rsidP="00741D4B">
            <w:pPr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anchor distT="0" distB="0" distL="114300" distR="114300" simplePos="0" relativeHeight="251658752" behindDoc="1" locked="0" layoutInCell="1" allowOverlap="1" wp14:anchorId="126F01D2" wp14:editId="47A58B76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1CA8D2" w14:textId="77777777" w:rsidR="00741D4B" w:rsidRDefault="00741D4B" w:rsidP="00741D4B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741D4B" w14:paraId="4FFD66A6" w14:textId="77777777" w:rsidTr="00741D4B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53567" w14:textId="77777777" w:rsidR="00741D4B" w:rsidRDefault="00741D4B" w:rsidP="00741D4B">
            <w:pPr>
              <w:rPr>
                <w:sz w:val="22"/>
              </w:rPr>
            </w:pPr>
          </w:p>
        </w:tc>
        <w:tc>
          <w:tcPr>
            <w:tcW w:w="7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3E8191" w14:textId="77777777" w:rsidR="00741D4B" w:rsidRDefault="00741D4B" w:rsidP="00741D4B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741D4B" w14:paraId="5AA187D0" w14:textId="77777777" w:rsidTr="00741D4B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7D961" w14:textId="77777777" w:rsidR="00741D4B" w:rsidRDefault="00741D4B" w:rsidP="00741D4B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03B275F" w14:textId="77777777" w:rsidR="00741D4B" w:rsidRDefault="00741D4B" w:rsidP="00741D4B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4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86225C7" w14:textId="77777777" w:rsidR="00741D4B" w:rsidRDefault="00741D4B" w:rsidP="00741D4B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78501AF5" w14:textId="77777777" w:rsidR="00741D4B" w:rsidRDefault="00741D4B" w:rsidP="00741D4B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342716C6" w14:textId="77777777" w:rsidR="00741D4B" w:rsidRDefault="00741D4B" w:rsidP="00741D4B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741D4B" w14:paraId="66D37B42" w14:textId="77777777" w:rsidTr="00741D4B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2742" w14:textId="77777777" w:rsidR="00741D4B" w:rsidRDefault="00741D4B" w:rsidP="00741D4B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8C2C9A6" w14:textId="77777777" w:rsidR="00741D4B" w:rsidRDefault="00741D4B" w:rsidP="00741D4B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53BEA166" w14:textId="77777777" w:rsidR="00741D4B" w:rsidRDefault="00741D4B" w:rsidP="00741D4B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5342AA75" w14:textId="77777777" w:rsidR="00741D4B" w:rsidRDefault="00741D4B" w:rsidP="00741D4B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9233A1" w14:textId="77777777" w:rsidR="00741D4B" w:rsidRDefault="00741D4B" w:rsidP="00741D4B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741D4B" w14:paraId="75C49AAE" w14:textId="77777777" w:rsidTr="00741D4B">
        <w:trPr>
          <w:trHeight w:val="229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C6FA9" w14:textId="77777777" w:rsidR="00741D4B" w:rsidRDefault="00741D4B" w:rsidP="00741D4B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695F95F2" w14:textId="77777777" w:rsidR="00741D4B" w:rsidRDefault="00741D4B" w:rsidP="00741D4B">
      <w:pPr>
        <w:spacing w:before="80" w:after="40"/>
        <w:rPr>
          <w:b/>
          <w:sz w:val="28"/>
          <w:lang w:val="fr-FR"/>
        </w:rPr>
      </w:pPr>
      <w:bookmarkStart w:id="0" w:name="_GoBack"/>
      <w:bookmarkEnd w:id="0"/>
    </w:p>
    <w:p w14:paraId="2D8E40C7" w14:textId="77777777" w:rsidR="00741D4B" w:rsidRDefault="00741D4B" w:rsidP="00741D4B">
      <w:pPr>
        <w:spacing w:before="80" w:after="60"/>
        <w:rPr>
          <w:b/>
        </w:rPr>
      </w:pPr>
    </w:p>
    <w:p w14:paraId="3F16B083" w14:textId="77777777" w:rsidR="00DD3A82" w:rsidRDefault="00C07790">
      <w:pPr>
        <w:spacing w:before="140" w:after="40"/>
        <w:jc w:val="center"/>
      </w:pPr>
      <w:r>
        <w:rPr>
          <w:b/>
          <w:sz w:val="34"/>
        </w:rPr>
        <w:t>CERTIFICAT DE URBANISM DE INFORMARE</w:t>
      </w:r>
    </w:p>
    <w:p w14:paraId="647E6F53" w14:textId="77777777" w:rsidR="00DD3A82" w:rsidRDefault="00DD3A8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DD3A82" w14:paraId="45C69E8E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181A5E8" w14:textId="77777777" w:rsidR="00DD3A82" w:rsidRDefault="00C0779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DD3A82" w14:paraId="4D22797A" w14:textId="77777777">
        <w:trPr>
          <w:cantSplit/>
          <w:trHeight w:val="510"/>
        </w:trPr>
        <w:tc>
          <w:tcPr>
            <w:tcW w:w="2409" w:type="dxa"/>
          </w:tcPr>
          <w:p w14:paraId="6FBD8F4A" w14:textId="77777777" w:rsidR="00DD3A82" w:rsidRDefault="00C07790">
            <w:pPr>
              <w:keepNext/>
            </w:pPr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62F04B0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64D3C90C" w14:textId="77777777" w:rsidR="00DD3A82" w:rsidRDefault="00C0779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2BD4CDE4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2"/>
          </w:tcPr>
          <w:p w14:paraId="1DEB7953" w14:textId="77777777" w:rsidR="00DD3A82" w:rsidRDefault="00C0779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solicitantului</w:t>
            </w:r>
            <w:proofErr w:type="spellEnd"/>
          </w:p>
          <w:p w14:paraId="6D9A224B" w14:textId="77777777" w:rsidR="00DD3A82" w:rsidRDefault="00DD3A82">
            <w:pPr>
              <w:keepNext/>
            </w:pPr>
          </w:p>
        </w:tc>
      </w:tr>
      <w:tr w:rsidR="00DD3A82" w14:paraId="19FA479A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E9B1C41" w14:textId="77777777" w:rsidR="00DD3A82" w:rsidRPr="00243741" w:rsidRDefault="00C07790">
            <w:pPr>
              <w:rPr>
                <w:lang w:val="fr-FR"/>
              </w:rPr>
            </w:pPr>
            <w:proofErr w:type="spellStart"/>
            <w:r w:rsidRPr="00243741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243741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741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24374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741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5F97C8C5" w14:textId="77777777" w:rsidR="00DD3A82" w:rsidRPr="00243741" w:rsidRDefault="00C07790">
            <w:pPr>
              <w:rPr>
                <w:lang w:val="fr-FR"/>
              </w:rPr>
            </w:pPr>
            <w:proofErr w:type="gramStart"/>
            <w:r w:rsidRPr="00243741">
              <w:rPr>
                <w:i/>
                <w:color w:val="7A7A7A"/>
                <w:lang w:val="fr-FR"/>
              </w:rPr>
              <w:t>nr</w:t>
            </w:r>
            <w:proofErr w:type="gramEnd"/>
            <w:r w:rsidRPr="00243741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243741">
              <w:rPr>
                <w:i/>
                <w:color w:val="7A7A7A"/>
                <w:lang w:val="fr-FR"/>
              </w:rPr>
              <w:t>faza</w:t>
            </w:r>
            <w:proofErr w:type="spellEnd"/>
            <w:r w:rsidRPr="00243741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5CFE21A1" w14:textId="77777777" w:rsidR="00DD3A82" w:rsidRPr="00243741" w:rsidRDefault="00DD3A82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C5D0531" w14:textId="77777777" w:rsidR="00DD3A82" w:rsidRDefault="00C0779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data</w:t>
            </w:r>
          </w:p>
          <w:p w14:paraId="379CEB43" w14:textId="77777777" w:rsidR="00DD3A82" w:rsidRDefault="00DD3A82"/>
        </w:tc>
      </w:tr>
    </w:tbl>
    <w:p w14:paraId="3199A5C1" w14:textId="77777777" w:rsidR="00DD3A82" w:rsidRDefault="00DD3A8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DD3A82" w14:paraId="260CF77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E78A98A" w14:textId="77777777" w:rsidR="00DD3A82" w:rsidRDefault="00C0779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DD3A82" w14:paraId="3A3A39F1" w14:textId="77777777">
        <w:trPr>
          <w:cantSplit/>
        </w:trPr>
        <w:tc>
          <w:tcPr>
            <w:tcW w:w="9636" w:type="dxa"/>
            <w:gridSpan w:val="6"/>
          </w:tcPr>
          <w:p w14:paraId="5A7E4C19" w14:textId="77777777" w:rsidR="00DD3A82" w:rsidRDefault="00C0779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DD3A82" w14:paraId="6FB854B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6CDAABD" w14:textId="77777777" w:rsidR="00DD3A82" w:rsidRDefault="00C0779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7B1C0CD8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7E25A1CB" w14:textId="77777777" w:rsidR="00DD3A82" w:rsidRDefault="00C0779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04BCD52C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5B4AA62A" w14:textId="77777777" w:rsidR="00DD3A82" w:rsidRDefault="00C0779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9D58767" w14:textId="77777777" w:rsidR="00DD3A82" w:rsidRDefault="00DD3A82">
            <w:pPr>
              <w:keepNext/>
            </w:pPr>
          </w:p>
        </w:tc>
      </w:tr>
      <w:tr w:rsidR="00DD3A82" w14:paraId="6EB8BD06" w14:textId="77777777">
        <w:trPr>
          <w:cantSplit/>
          <w:trHeight w:val="510"/>
        </w:trPr>
        <w:tc>
          <w:tcPr>
            <w:tcW w:w="1606" w:type="dxa"/>
          </w:tcPr>
          <w:p w14:paraId="0D9678E0" w14:textId="77777777" w:rsidR="00DD3A82" w:rsidRDefault="00C0779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0A7EA09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3"/>
          </w:tcPr>
          <w:p w14:paraId="24CA521C" w14:textId="77777777" w:rsidR="00DD3A82" w:rsidRDefault="00C0779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0BCB2CC" w14:textId="77777777" w:rsidR="00DD3A82" w:rsidRDefault="00DD3A82">
            <w:pPr>
              <w:keepNext/>
            </w:pPr>
          </w:p>
        </w:tc>
        <w:tc>
          <w:tcPr>
            <w:tcW w:w="803" w:type="dxa"/>
          </w:tcPr>
          <w:p w14:paraId="6223FF8B" w14:textId="77777777" w:rsidR="00DD3A82" w:rsidRDefault="00C0779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A0F639F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5B6D8DD2" w14:textId="77777777" w:rsidR="00DD3A82" w:rsidRDefault="00C0779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4E6A0EF" w14:textId="77777777" w:rsidR="00DD3A82" w:rsidRDefault="00DD3A82">
            <w:pPr>
              <w:keepNext/>
            </w:pPr>
          </w:p>
        </w:tc>
      </w:tr>
      <w:tr w:rsidR="00DD3A82" w14:paraId="621A56BC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03884F8" w14:textId="77777777" w:rsidR="00DD3A82" w:rsidRPr="00243741" w:rsidRDefault="00C07790">
            <w:pPr>
              <w:keepNext/>
              <w:rPr>
                <w:lang w:val="fr-FR"/>
              </w:rPr>
            </w:pPr>
            <w:proofErr w:type="spellStart"/>
            <w:r w:rsidRPr="00243741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741">
              <w:rPr>
                <w:b/>
                <w:color w:val="0D5F78"/>
                <w:lang w:val="fr-FR"/>
              </w:rPr>
              <w:t xml:space="preserve"> cadastral</w:t>
            </w:r>
          </w:p>
          <w:p w14:paraId="5351E640" w14:textId="77777777" w:rsidR="00DD3A82" w:rsidRPr="00243741" w:rsidRDefault="00C0779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741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741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741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243741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243741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243741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741">
              <w:rPr>
                <w:i/>
                <w:color w:val="7A7A7A"/>
                <w:lang w:val="fr-FR"/>
              </w:rPr>
              <w:t>în</w:t>
            </w:r>
            <w:proofErr w:type="spellEnd"/>
            <w:r w:rsidRPr="00243741">
              <w:rPr>
                <w:i/>
                <w:color w:val="7A7A7A"/>
                <w:lang w:val="fr-FR"/>
              </w:rPr>
              <w:t xml:space="preserve"> e-Terra</w:t>
            </w:r>
          </w:p>
          <w:p w14:paraId="07FAFC0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2A30C54" w14:textId="77777777" w:rsidR="00DD3A82" w:rsidRDefault="00C0779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41CDB6B" w14:textId="77777777" w:rsidR="00DD3A82" w:rsidRDefault="00DD3A82">
            <w:pPr>
              <w:keepNext/>
            </w:pPr>
          </w:p>
        </w:tc>
      </w:tr>
    </w:tbl>
    <w:p w14:paraId="0738DB2A" w14:textId="77777777" w:rsidR="00DD3A82" w:rsidRDefault="00DD3A82">
      <w:pPr>
        <w:spacing w:line="168" w:lineRule="auto"/>
      </w:pPr>
    </w:p>
    <w:p w14:paraId="4B3ECC2E" w14:textId="77777777" w:rsidR="00DD3A82" w:rsidRDefault="00C0779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432BCB6A" w14:textId="77777777" w:rsidR="00DD3A82" w:rsidRDefault="00DD3A8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040B0AB" w14:textId="77777777">
        <w:trPr>
          <w:cantSplit/>
        </w:trPr>
        <w:tc>
          <w:tcPr>
            <w:tcW w:w="9636" w:type="dxa"/>
            <w:shd w:val="clear" w:color="auto" w:fill="F4F4F4"/>
          </w:tcPr>
          <w:p w14:paraId="02277F06" w14:textId="77777777" w:rsidR="00DD3A82" w:rsidRDefault="00C0779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DD3A82" w14:paraId="64004D3F" w14:textId="77777777">
        <w:trPr>
          <w:cantSplit/>
        </w:trPr>
        <w:tc>
          <w:tcPr>
            <w:tcW w:w="9636" w:type="dxa"/>
          </w:tcPr>
          <w:p w14:paraId="0CC65F67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31469D47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7D0C82BB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7AA059E7" w14:textId="77777777" w:rsidR="00DD3A82" w:rsidRDefault="00DD3A8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1ADA7BB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4A5E1F5" w14:textId="77777777" w:rsidR="00DD3A82" w:rsidRDefault="00C0779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DD3A82" w:rsidRPr="005A0856" w14:paraId="24AEF213" w14:textId="77777777">
        <w:trPr>
          <w:cantSplit/>
        </w:trPr>
        <w:tc>
          <w:tcPr>
            <w:tcW w:w="8030" w:type="dxa"/>
            <w:shd w:val="clear" w:color="auto" w:fill="F4F4F4"/>
          </w:tcPr>
          <w:p w14:paraId="4AC85A11" w14:textId="77777777" w:rsidR="00DD3A82" w:rsidRDefault="00C0779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0334286E" w14:textId="77777777" w:rsidR="00DD3A82" w:rsidRPr="00243741" w:rsidRDefault="00C07790">
            <w:pPr>
              <w:keepNext/>
              <w:rPr>
                <w:lang w:val="fr-FR"/>
              </w:rPr>
            </w:pPr>
            <w:proofErr w:type="spellStart"/>
            <w:r w:rsidRPr="00243741">
              <w:rPr>
                <w:b/>
                <w:color w:val="0D5F78"/>
                <w:lang w:val="fr-FR"/>
              </w:rPr>
              <w:t>Actul</w:t>
            </w:r>
            <w:proofErr w:type="spellEnd"/>
            <w:r w:rsidRPr="00243741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741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02FFA6CF" w14:textId="77777777" w:rsidR="00DD3A82" w:rsidRPr="00243741" w:rsidRDefault="00C0779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243741">
              <w:rPr>
                <w:i/>
                <w:color w:val="7A7A7A"/>
                <w:lang w:val="fr-FR"/>
              </w:rPr>
              <w:t>nr./</w:t>
            </w:r>
            <w:proofErr w:type="gramEnd"/>
            <w:r w:rsidRPr="00243741">
              <w:rPr>
                <w:i/>
                <w:color w:val="7A7A7A"/>
                <w:lang w:val="fr-FR"/>
              </w:rPr>
              <w:t>an</w:t>
            </w:r>
          </w:p>
        </w:tc>
      </w:tr>
      <w:tr w:rsidR="00DD3A82" w:rsidRPr="005A0856" w14:paraId="13F86910" w14:textId="77777777">
        <w:trPr>
          <w:cantSplit/>
          <w:trHeight w:val="283"/>
        </w:trPr>
        <w:tc>
          <w:tcPr>
            <w:tcW w:w="8030" w:type="dxa"/>
          </w:tcPr>
          <w:p w14:paraId="6689871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5100E11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  <w:tr w:rsidR="00DD3A82" w:rsidRPr="005A0856" w14:paraId="7FCB8460" w14:textId="77777777">
        <w:trPr>
          <w:cantSplit/>
          <w:trHeight w:val="283"/>
        </w:trPr>
        <w:tc>
          <w:tcPr>
            <w:tcW w:w="8030" w:type="dxa"/>
          </w:tcPr>
          <w:p w14:paraId="3BE337D8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6E239AE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7FA683F7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504CBD0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221A892" w14:textId="77777777" w:rsidR="00DD3A82" w:rsidRDefault="00C0779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DD3A82" w:rsidRPr="005A0856" w14:paraId="7106509B" w14:textId="77777777">
        <w:trPr>
          <w:cantSplit/>
        </w:trPr>
        <w:tc>
          <w:tcPr>
            <w:tcW w:w="8030" w:type="dxa"/>
            <w:shd w:val="clear" w:color="auto" w:fill="F4F4F4"/>
          </w:tcPr>
          <w:p w14:paraId="2AFCCD80" w14:textId="77777777" w:rsidR="00DD3A82" w:rsidRDefault="00C0779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3F646910" w14:textId="77777777" w:rsidR="00DD3A82" w:rsidRPr="00243741" w:rsidRDefault="00C07790">
            <w:pPr>
              <w:keepNext/>
              <w:rPr>
                <w:lang w:val="fr-FR"/>
              </w:rPr>
            </w:pPr>
            <w:proofErr w:type="spellStart"/>
            <w:r w:rsidRPr="00243741">
              <w:rPr>
                <w:b/>
                <w:color w:val="0D5F78"/>
                <w:lang w:val="fr-FR"/>
              </w:rPr>
              <w:t>Actul</w:t>
            </w:r>
            <w:proofErr w:type="spellEnd"/>
            <w:r w:rsidRPr="00243741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741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0A1F622F" w14:textId="77777777" w:rsidR="00DD3A82" w:rsidRPr="00243741" w:rsidRDefault="00C0779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243741">
              <w:rPr>
                <w:i/>
                <w:color w:val="7A7A7A"/>
                <w:lang w:val="fr-FR"/>
              </w:rPr>
              <w:t>nr./</w:t>
            </w:r>
            <w:proofErr w:type="gramEnd"/>
            <w:r w:rsidRPr="00243741">
              <w:rPr>
                <w:i/>
                <w:color w:val="7A7A7A"/>
                <w:lang w:val="fr-FR"/>
              </w:rPr>
              <w:t>an</w:t>
            </w:r>
          </w:p>
        </w:tc>
      </w:tr>
      <w:tr w:rsidR="00DD3A82" w:rsidRPr="005A0856" w14:paraId="3B18E8DD" w14:textId="77777777">
        <w:trPr>
          <w:cantSplit/>
          <w:trHeight w:val="283"/>
        </w:trPr>
        <w:tc>
          <w:tcPr>
            <w:tcW w:w="8030" w:type="dxa"/>
          </w:tcPr>
          <w:p w14:paraId="1A4F389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C3B542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  <w:tr w:rsidR="00DD3A82" w:rsidRPr="005A0856" w14:paraId="209A816D" w14:textId="77777777">
        <w:trPr>
          <w:cantSplit/>
          <w:trHeight w:val="283"/>
        </w:trPr>
        <w:tc>
          <w:tcPr>
            <w:tcW w:w="8030" w:type="dxa"/>
          </w:tcPr>
          <w:p w14:paraId="45AA27D9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BC78733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57EA1953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39C821ED" w14:textId="77777777">
        <w:trPr>
          <w:cantSplit/>
        </w:trPr>
        <w:tc>
          <w:tcPr>
            <w:tcW w:w="9636" w:type="dxa"/>
            <w:shd w:val="clear" w:color="auto" w:fill="F4F4F4"/>
          </w:tcPr>
          <w:p w14:paraId="4ADA7505" w14:textId="77777777" w:rsidR="00DD3A82" w:rsidRDefault="00C0779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DD3A82" w14:paraId="644B648C" w14:textId="77777777">
        <w:trPr>
          <w:cantSplit/>
        </w:trPr>
        <w:tc>
          <w:tcPr>
            <w:tcW w:w="9636" w:type="dxa"/>
          </w:tcPr>
          <w:p w14:paraId="4DCA4428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63A5A22C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B5D44A6" w14:textId="77777777" w:rsidR="00DD3A82" w:rsidRDefault="00DD3A8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22AF1A2" w14:textId="77777777">
        <w:trPr>
          <w:cantSplit/>
        </w:trPr>
        <w:tc>
          <w:tcPr>
            <w:tcW w:w="9636" w:type="dxa"/>
            <w:shd w:val="clear" w:color="auto" w:fill="F4F4F4"/>
          </w:tcPr>
          <w:p w14:paraId="041F5C77" w14:textId="77777777" w:rsidR="00DD3A82" w:rsidRDefault="00C0779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DD3A82" w14:paraId="562792D2" w14:textId="77777777">
        <w:trPr>
          <w:cantSplit/>
        </w:trPr>
        <w:tc>
          <w:tcPr>
            <w:tcW w:w="9636" w:type="dxa"/>
          </w:tcPr>
          <w:p w14:paraId="0484BABB" w14:textId="77777777" w:rsidR="00DD3A82" w:rsidRDefault="00C07790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extras din </w:t>
            </w:r>
            <w:proofErr w:type="spellStart"/>
            <w:r>
              <w:rPr>
                <w:sz w:val="16"/>
              </w:rPr>
              <w:t>sistemul</w:t>
            </w:r>
            <w:proofErr w:type="spellEnd"/>
            <w:r>
              <w:rPr>
                <w:sz w:val="16"/>
              </w:rPr>
              <w:t xml:space="preserve"> GIS cu </w:t>
            </w:r>
            <w:proofErr w:type="spellStart"/>
            <w:r>
              <w:rPr>
                <w:sz w:val="16"/>
              </w:rPr>
              <w:t>rețelele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edilitare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72FC5A78" w14:textId="77777777" w:rsidR="00DD3A82" w:rsidRDefault="00C07790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plan</w:t>
            </w:r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documentația</w:t>
            </w:r>
            <w:proofErr w:type="spellEnd"/>
            <w:r>
              <w:rPr>
                <w:sz w:val="16"/>
              </w:rPr>
              <w:t xml:space="preserve">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</w:tc>
      </w:tr>
    </w:tbl>
    <w:p w14:paraId="65A8D9C5" w14:textId="77777777" w:rsidR="00DD3A82" w:rsidRDefault="00DD3A8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3212"/>
        <w:gridCol w:w="4015"/>
      </w:tblGrid>
      <w:tr w:rsidR="00DD3A82" w14:paraId="293653D8" w14:textId="77777777" w:rsidTr="00243741">
        <w:trPr>
          <w:cantSplit/>
          <w:trHeight w:val="38"/>
        </w:trPr>
        <w:tc>
          <w:tcPr>
            <w:tcW w:w="9636" w:type="dxa"/>
            <w:gridSpan w:val="3"/>
            <w:shd w:val="clear" w:color="auto" w:fill="F4F4F4"/>
          </w:tcPr>
          <w:p w14:paraId="19B754A1" w14:textId="5B652CB9" w:rsidR="00DD3A82" w:rsidRDefault="00C07790">
            <w:pPr>
              <w:keepNext/>
            </w:pPr>
            <w:r>
              <w:rPr>
                <w:b/>
                <w:sz w:val="16"/>
              </w:rPr>
              <w:lastRenderedPageBreak/>
              <w:t xml:space="preserve"> </w:t>
            </w:r>
            <w:r w:rsidR="005A0856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DD3A82" w14:paraId="602E68D1" w14:textId="77777777">
        <w:trPr>
          <w:cantSplit/>
          <w:trHeight w:val="680"/>
        </w:trPr>
        <w:tc>
          <w:tcPr>
            <w:tcW w:w="9636" w:type="dxa"/>
            <w:gridSpan w:val="3"/>
          </w:tcPr>
          <w:p w14:paraId="243B5784" w14:textId="77777777" w:rsidR="00DD3A82" w:rsidRDefault="00C0779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39938D3" w14:textId="77777777" w:rsidR="00DD3A82" w:rsidRDefault="00DD3A82">
            <w:pPr>
              <w:keepNext/>
              <w:spacing w:after="200"/>
            </w:pPr>
          </w:p>
          <w:p w14:paraId="7825B045" w14:textId="77777777" w:rsidR="00DD3A82" w:rsidRDefault="00DD3A82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8E83B0E" w14:textId="77777777" w:rsidR="00DD3A82" w:rsidRDefault="00C0779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DD3A82" w:rsidRPr="005A0856" w14:paraId="56042AC8" w14:textId="77777777">
        <w:trPr>
          <w:cantSplit/>
          <w:trHeight w:val="510"/>
        </w:trPr>
        <w:tc>
          <w:tcPr>
            <w:tcW w:w="2409" w:type="dxa"/>
          </w:tcPr>
          <w:p w14:paraId="6F7806DE" w14:textId="77777777" w:rsidR="00DD3A82" w:rsidRDefault="00C0779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6AAC76E5" w14:textId="77777777" w:rsidR="00DD3A82" w:rsidRDefault="00DD3A82"/>
        </w:tc>
        <w:tc>
          <w:tcPr>
            <w:tcW w:w="3212" w:type="dxa"/>
          </w:tcPr>
          <w:p w14:paraId="755A1FF5" w14:textId="77777777" w:rsidR="00DD3A82" w:rsidRDefault="00C0779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1D88E202" w14:textId="77777777" w:rsidR="00DD3A82" w:rsidRDefault="00DD3A82"/>
        </w:tc>
        <w:tc>
          <w:tcPr>
            <w:tcW w:w="4015" w:type="dxa"/>
          </w:tcPr>
          <w:p w14:paraId="27531EB3" w14:textId="77777777" w:rsidR="00DD3A82" w:rsidRPr="00243741" w:rsidRDefault="00C0779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243741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243741">
              <w:rPr>
                <w:b/>
                <w:color w:val="0D5F78"/>
                <w:lang w:val="fr-FR"/>
              </w:rPr>
              <w:t xml:space="preserve"> la data</w:t>
            </w:r>
          </w:p>
          <w:p w14:paraId="3ACD86CE" w14:textId="77777777" w:rsidR="00DD3A82" w:rsidRPr="00243741" w:rsidRDefault="00C07790">
            <w:pPr>
              <w:rPr>
                <w:lang w:val="fr-FR"/>
              </w:rPr>
            </w:pPr>
            <w:proofErr w:type="gramStart"/>
            <w:r w:rsidRPr="00243741">
              <w:rPr>
                <w:i/>
                <w:color w:val="7A7A7A"/>
                <w:lang w:val="fr-FR"/>
              </w:rPr>
              <w:t>direct</w:t>
            </w:r>
            <w:proofErr w:type="gramEnd"/>
            <w:r w:rsidRPr="00243741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741">
              <w:rPr>
                <w:i/>
                <w:color w:val="7A7A7A"/>
                <w:lang w:val="fr-FR"/>
              </w:rPr>
              <w:t>prin</w:t>
            </w:r>
            <w:proofErr w:type="spellEnd"/>
            <w:r w:rsidRPr="00243741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741">
              <w:rPr>
                <w:i/>
                <w:color w:val="7A7A7A"/>
                <w:lang w:val="fr-FR"/>
              </w:rPr>
              <w:t>poștă</w:t>
            </w:r>
            <w:proofErr w:type="spellEnd"/>
            <w:r w:rsidRPr="00243741">
              <w:rPr>
                <w:i/>
                <w:color w:val="7A7A7A"/>
                <w:lang w:val="fr-FR"/>
              </w:rPr>
              <w:t xml:space="preserve"> / digital</w:t>
            </w:r>
          </w:p>
          <w:p w14:paraId="79B95523" w14:textId="77777777" w:rsidR="00DD3A82" w:rsidRPr="00243741" w:rsidRDefault="00DD3A82">
            <w:pPr>
              <w:rPr>
                <w:lang w:val="fr-FR"/>
              </w:rPr>
            </w:pPr>
          </w:p>
        </w:tc>
      </w:tr>
    </w:tbl>
    <w:p w14:paraId="78EA194A" w14:textId="77777777" w:rsidR="00DD3A82" w:rsidRPr="00243741" w:rsidRDefault="00DD3A82">
      <w:pPr>
        <w:spacing w:line="168" w:lineRule="auto"/>
        <w:rPr>
          <w:lang w:val="fr-FR"/>
        </w:rPr>
      </w:pPr>
    </w:p>
    <w:sectPr w:rsidR="00DD3A82" w:rsidRPr="00243741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4DD14" w14:textId="77777777" w:rsidR="00C07790" w:rsidRDefault="00C07790">
      <w:r>
        <w:separator/>
      </w:r>
    </w:p>
  </w:endnote>
  <w:endnote w:type="continuationSeparator" w:id="0">
    <w:p w14:paraId="1C73FA54" w14:textId="77777777" w:rsidR="00C07790" w:rsidRDefault="00C0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28866" w14:textId="77777777" w:rsidR="00DD3A82" w:rsidRDefault="00C07790">
    <w:pPr>
      <w:pStyle w:val="Footer"/>
      <w:tabs>
        <w:tab w:val="right" w:pos="9639"/>
      </w:tabs>
    </w:pPr>
    <w:r>
      <w:rPr>
        <w:color w:val="595959"/>
      </w:rPr>
      <w:t xml:space="preserve">F_CU_05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741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741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D7FEA" w14:textId="77777777" w:rsidR="00C07790" w:rsidRDefault="00C07790">
      <w:r>
        <w:separator/>
      </w:r>
    </w:p>
  </w:footnote>
  <w:footnote w:type="continuationSeparator" w:id="0">
    <w:p w14:paraId="1D765702" w14:textId="77777777" w:rsidR="00C07790" w:rsidRDefault="00C07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741"/>
    <w:rsid w:val="0029639D"/>
    <w:rsid w:val="002D094A"/>
    <w:rsid w:val="00326F90"/>
    <w:rsid w:val="00414201"/>
    <w:rsid w:val="005A0856"/>
    <w:rsid w:val="006C103E"/>
    <w:rsid w:val="00741D4B"/>
    <w:rsid w:val="00AA1D8D"/>
    <w:rsid w:val="00B47730"/>
    <w:rsid w:val="00C07790"/>
    <w:rsid w:val="00C858A9"/>
    <w:rsid w:val="00CB0664"/>
    <w:rsid w:val="00DD3A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1877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41D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55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C13C93-1578-4510-9C56-1B166FB07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219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2026-09-23T10:12:00Z</dcterms:modified>
  <cp:category/>
</cp:coreProperties>
</file>