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86"/>
        <w:tblW w:w="9889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837"/>
      </w:tblGrid>
      <w:tr w:rsidR="003B6CCA" w14:paraId="4EE9B434" w14:textId="77777777" w:rsidTr="003B6CCA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B509" w14:textId="77777777" w:rsidR="003B6CCA" w:rsidRDefault="003B6CCA" w:rsidP="003B6CCA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2C73A5FD" wp14:editId="6BB3AAB5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8ADA69" w14:textId="77777777" w:rsidR="003B6CCA" w:rsidRDefault="003B6CCA" w:rsidP="003B6CCA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3B6CCA" w14:paraId="42FC4E11" w14:textId="77777777" w:rsidTr="003B6CCA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025C" w14:textId="77777777" w:rsidR="003B6CCA" w:rsidRDefault="003B6CCA" w:rsidP="003B6CCA">
            <w:pPr>
              <w:rPr>
                <w:sz w:val="22"/>
              </w:rPr>
            </w:pP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6E6A99" w14:textId="77777777" w:rsidR="003B6CCA" w:rsidRDefault="003B6CCA" w:rsidP="003B6CCA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3B6CCA" w14:paraId="36407D5F" w14:textId="77777777" w:rsidTr="003B6CCA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BDE3" w14:textId="77777777" w:rsidR="003B6CCA" w:rsidRDefault="003B6CCA" w:rsidP="003B6CCA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C093E4" w14:textId="77777777" w:rsidR="003B6CCA" w:rsidRDefault="003B6CCA" w:rsidP="003B6CCA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F67749" w14:textId="77777777" w:rsidR="003B6CCA" w:rsidRDefault="003B6CCA" w:rsidP="003B6CC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704ADCBF" w14:textId="77777777" w:rsidR="003B6CCA" w:rsidRDefault="003B6CCA" w:rsidP="003B6CC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03037231" w14:textId="77777777" w:rsidR="003B6CCA" w:rsidRDefault="003B6CCA" w:rsidP="003B6CC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3B6CCA" w14:paraId="2734ED09" w14:textId="77777777" w:rsidTr="003B6CCA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6880" w14:textId="77777777" w:rsidR="003B6CCA" w:rsidRDefault="003B6CCA" w:rsidP="003B6CCA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DB3CFD0" w14:textId="77777777" w:rsidR="003B6CCA" w:rsidRDefault="003B6CCA" w:rsidP="003B6CCA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26384C2F" w14:textId="77777777" w:rsidR="003B6CCA" w:rsidRDefault="003B6CCA" w:rsidP="003B6CCA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58CF7706" w14:textId="77777777" w:rsidR="003B6CCA" w:rsidRDefault="003B6CCA" w:rsidP="003B6CCA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15F3C1" w14:textId="77777777" w:rsidR="003B6CCA" w:rsidRDefault="003B6CCA" w:rsidP="003B6CCA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3B6CCA" w14:paraId="35EBA708" w14:textId="77777777" w:rsidTr="003B6CCA">
        <w:trPr>
          <w:trHeight w:val="229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3568" w14:textId="77777777" w:rsidR="003B6CCA" w:rsidRDefault="003B6CCA" w:rsidP="003B6CCA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4CCAE2E9" w14:textId="77777777" w:rsidR="00001A3C" w:rsidRDefault="00001A3C">
      <w:pPr>
        <w:spacing w:line="168" w:lineRule="auto"/>
      </w:pPr>
    </w:p>
    <w:p w14:paraId="41461EF6" w14:textId="77777777" w:rsidR="003B6CCA" w:rsidRDefault="003B6CCA" w:rsidP="003B6CCA">
      <w:pPr>
        <w:spacing w:before="80" w:after="40"/>
        <w:rPr>
          <w:b/>
          <w:sz w:val="28"/>
          <w:lang w:val="fr-FR"/>
        </w:rPr>
      </w:pPr>
    </w:p>
    <w:p w14:paraId="025A1C7F" w14:textId="77777777" w:rsidR="003B6CCA" w:rsidRDefault="003B6CCA" w:rsidP="003B6CCA">
      <w:pPr>
        <w:spacing w:before="80" w:after="60"/>
        <w:rPr>
          <w:b/>
        </w:rPr>
      </w:pPr>
    </w:p>
    <w:p w14:paraId="1E6FED52" w14:textId="77777777" w:rsidR="00001A3C" w:rsidRPr="00BB2AEB" w:rsidRDefault="00D66552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D66552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Ca urmare</w:t>
            </w:r>
            <w:r>
              <w:rPr>
                <w:b/>
                <w:color w:val="0D5F78"/>
              </w:rPr>
              <w:t xml:space="preserve">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D66552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D66552">
            <w:pPr>
              <w:rPr>
                <w:lang w:val="fr-FR"/>
              </w:rPr>
            </w:pPr>
            <w:proofErr w:type="gramStart"/>
            <w:r w:rsidRPr="00BB2AEB">
              <w:rPr>
                <w:i/>
                <w:color w:val="7A7A7A"/>
                <w:lang w:val="fr-FR"/>
              </w:rPr>
              <w:t>nr</w:t>
            </w:r>
            <w:proofErr w:type="gramEnd"/>
            <w:r w:rsidRPr="00BB2AEB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D66552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D66552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D66552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D66552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D66552">
            <w:pPr>
              <w:keepNext/>
              <w:rPr>
                <w:lang w:val="fr-FR"/>
              </w:rPr>
            </w:pPr>
            <w:proofErr w:type="spellStart"/>
            <w:proofErr w:type="gram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D66552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D66552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D66552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D66552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D66552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BB2AEB">
              <w:rPr>
                <w:i/>
                <w:color w:val="7A7A7A"/>
                <w:lang w:val="fr-FR"/>
              </w:rPr>
              <w:t>nr./</w:t>
            </w:r>
            <w:proofErr w:type="gramEnd"/>
            <w:r w:rsidRPr="00BB2AEB">
              <w:rPr>
                <w:i/>
                <w:color w:val="7A7A7A"/>
                <w:lang w:val="fr-FR"/>
              </w:rPr>
              <w:t>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D66552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</w:t>
            </w:r>
            <w:r>
              <w:rPr>
                <w:b/>
                <w:color w:val="000000"/>
                <w:sz w:val="18"/>
              </w:rPr>
              <w:t xml:space="preserve">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D66552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D66552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D66552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BB2AEB">
              <w:rPr>
                <w:i/>
                <w:color w:val="7A7A7A"/>
                <w:lang w:val="fr-FR"/>
              </w:rPr>
              <w:t>nr./</w:t>
            </w:r>
            <w:proofErr w:type="gramEnd"/>
            <w:r w:rsidRPr="00BB2AEB">
              <w:rPr>
                <w:i/>
                <w:color w:val="7A7A7A"/>
                <w:lang w:val="fr-FR"/>
              </w:rPr>
              <w:t>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D66552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D66552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 xml:space="preserve">CONDIȚII OBLIGATORII PENTRU REALIZAREA OPERAȚIUNII </w:t>
            </w:r>
            <w:r>
              <w:rPr>
                <w:b/>
                <w:color w:val="000000"/>
                <w:sz w:val="18"/>
              </w:rPr>
              <w:t>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D66552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D66552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D66552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D66552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proofErr w:type="gram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D66552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D66552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extras din sistemul GIS cu rețelele edilitare, după caz</w:t>
            </w:r>
          </w:p>
          <w:p w14:paraId="1CBAE8B9" w14:textId="77777777" w:rsidR="00001A3C" w:rsidRDefault="00D66552">
            <w:pPr>
              <w:rPr>
                <w:sz w:val="16"/>
              </w:rPr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plan de încadrare în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D66552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D66552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D66552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D66552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D66552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D66552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D66552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D66552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D66552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D66552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D66552">
            <w:pPr>
              <w:rPr>
                <w:lang w:val="fr-FR"/>
              </w:rPr>
            </w:pPr>
            <w:proofErr w:type="gramStart"/>
            <w:r w:rsidRPr="00BB2AEB">
              <w:rPr>
                <w:i/>
                <w:color w:val="7A7A7A"/>
                <w:lang w:val="fr-FR"/>
              </w:rPr>
              <w:t>direct</w:t>
            </w:r>
            <w:proofErr w:type="gramEnd"/>
            <w:r w:rsidRPr="00BB2AE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FE735" w14:textId="77777777" w:rsidR="00D66552" w:rsidRDefault="00D66552">
      <w:r>
        <w:separator/>
      </w:r>
    </w:p>
  </w:endnote>
  <w:endnote w:type="continuationSeparator" w:id="0">
    <w:p w14:paraId="6FE5DD57" w14:textId="77777777" w:rsidR="00D66552" w:rsidRDefault="00D6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1F3F9" w14:textId="77777777" w:rsidR="00001A3C" w:rsidRDefault="00D66552">
    <w:pPr>
      <w:pStyle w:val="Footer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76B91" w14:textId="77777777" w:rsidR="00D66552" w:rsidRDefault="00D66552">
      <w:r>
        <w:separator/>
      </w:r>
    </w:p>
  </w:footnote>
  <w:footnote w:type="continuationSeparator" w:id="0">
    <w:p w14:paraId="462D2FF1" w14:textId="77777777" w:rsidR="00D66552" w:rsidRDefault="00D6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3B6CCA"/>
    <w:rsid w:val="006C103E"/>
    <w:rsid w:val="00AA1D8D"/>
    <w:rsid w:val="00B47730"/>
    <w:rsid w:val="00BB2AEB"/>
    <w:rsid w:val="00CB0664"/>
    <w:rsid w:val="00D66552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B6C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D9525C-D261-4E22-A235-9F25D8983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2026-09-23T10:13:00Z</dcterms:modified>
  <cp:category/>
</cp:coreProperties>
</file>