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56"/>
        <w:tblW w:w="10031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979"/>
      </w:tblGrid>
      <w:tr w:rsidR="008F6E24" w14:paraId="0902AB96" w14:textId="77777777" w:rsidTr="008F6E24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7C60" w14:textId="77777777" w:rsidR="008F6E24" w:rsidRDefault="008F6E24" w:rsidP="008F6E24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752" behindDoc="1" locked="0" layoutInCell="1" allowOverlap="1" wp14:anchorId="53ED6B31" wp14:editId="5636258B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1D4592" w14:textId="77777777" w:rsidR="008F6E24" w:rsidRDefault="008F6E24" w:rsidP="008F6E24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8F6E24" w14:paraId="3B7AF79A" w14:textId="77777777" w:rsidTr="008F6E24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6026" w14:textId="77777777" w:rsidR="008F6E24" w:rsidRDefault="008F6E24" w:rsidP="008F6E24">
            <w:pPr>
              <w:rPr>
                <w:sz w:val="22"/>
              </w:rPr>
            </w:pPr>
          </w:p>
        </w:tc>
        <w:tc>
          <w:tcPr>
            <w:tcW w:w="7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DE76A8" w14:textId="77777777" w:rsidR="008F6E24" w:rsidRDefault="008F6E24" w:rsidP="008F6E24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8F6E24" w14:paraId="263388D8" w14:textId="77777777" w:rsidTr="008F6E24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B059" w14:textId="77777777" w:rsidR="008F6E24" w:rsidRDefault="008F6E24" w:rsidP="008F6E24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6F4BA2" w14:textId="77777777" w:rsidR="008F6E24" w:rsidRDefault="008F6E24" w:rsidP="008F6E24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B53EB9" w14:textId="77777777" w:rsidR="008F6E24" w:rsidRDefault="008F6E24" w:rsidP="008F6E24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0E3413E1" w14:textId="77777777" w:rsidR="008F6E24" w:rsidRDefault="008F6E24" w:rsidP="008F6E24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7EEB5BF4" w14:textId="77777777" w:rsidR="008F6E24" w:rsidRDefault="008F6E24" w:rsidP="008F6E24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8F6E24" w14:paraId="6A12B4EB" w14:textId="77777777" w:rsidTr="008F6E24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7AD9" w14:textId="77777777" w:rsidR="008F6E24" w:rsidRDefault="008F6E24" w:rsidP="008F6E24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D168909" w14:textId="77777777" w:rsidR="008F6E24" w:rsidRDefault="008F6E24" w:rsidP="008F6E24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5493EC92" w14:textId="77777777" w:rsidR="008F6E24" w:rsidRDefault="008F6E24" w:rsidP="008F6E24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49E76FC2" w14:textId="77777777" w:rsidR="008F6E24" w:rsidRDefault="008F6E24" w:rsidP="008F6E24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753B2" w14:textId="77777777" w:rsidR="008F6E24" w:rsidRDefault="008F6E24" w:rsidP="008F6E24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8F6E24" w14:paraId="0610F757" w14:textId="77777777" w:rsidTr="008F6E24">
        <w:trPr>
          <w:trHeight w:val="229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92BB" w14:textId="77777777" w:rsidR="008F6E24" w:rsidRDefault="008F6E24" w:rsidP="008F6E24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61EE544F" w14:textId="77777777" w:rsidR="00C675B0" w:rsidRDefault="00C675B0">
      <w:pPr>
        <w:spacing w:line="168" w:lineRule="auto"/>
      </w:pPr>
    </w:p>
    <w:p w14:paraId="29B50690" w14:textId="77777777" w:rsidR="008F6E24" w:rsidRDefault="008F6E24" w:rsidP="008F6E24">
      <w:pPr>
        <w:spacing w:before="80" w:after="40"/>
        <w:rPr>
          <w:b/>
          <w:sz w:val="28"/>
          <w:lang w:val="fr-FR"/>
        </w:rPr>
      </w:pPr>
    </w:p>
    <w:p w14:paraId="470486E7" w14:textId="77777777" w:rsidR="008F6E24" w:rsidRDefault="008F6E24" w:rsidP="008F6E24">
      <w:pPr>
        <w:spacing w:before="80" w:after="60"/>
        <w:rPr>
          <w:b/>
        </w:rPr>
      </w:pPr>
    </w:p>
    <w:p w14:paraId="0F254A1F" w14:textId="44D42C9B" w:rsidR="00C675B0" w:rsidRDefault="00E80E81">
      <w:pPr>
        <w:spacing w:before="140" w:after="40"/>
        <w:jc w:val="center"/>
      </w:pPr>
      <w:r>
        <w:rPr>
          <w:b/>
          <w:sz w:val="34"/>
        </w:rPr>
        <w:t>ANEXĂ DE COMPLETARE</w:t>
      </w:r>
      <w:bookmarkStart w:id="0" w:name="_GoBack"/>
      <w:bookmarkEnd w:id="0"/>
    </w:p>
    <w:p w14:paraId="24993E90" w14:textId="77777777" w:rsidR="00C675B0" w:rsidRPr="00E74472" w:rsidRDefault="00E80E81">
      <w:pPr>
        <w:spacing w:after="120"/>
        <w:jc w:val="center"/>
        <w:rPr>
          <w:lang w:val="fr-FR"/>
        </w:rPr>
      </w:pPr>
      <w:proofErr w:type="spellStart"/>
      <w:proofErr w:type="gramStart"/>
      <w:r w:rsidRPr="00E74472">
        <w:rPr>
          <w:sz w:val="19"/>
          <w:lang w:val="fr-FR"/>
        </w:rPr>
        <w:t>a</w:t>
      </w:r>
      <w:proofErr w:type="spellEnd"/>
      <w:proofErr w:type="gramEnd"/>
      <w:r w:rsidRPr="00E74472">
        <w:rPr>
          <w:sz w:val="19"/>
          <w:lang w:val="fr-FR"/>
        </w:rPr>
        <w:t xml:space="preserve"> </w:t>
      </w:r>
      <w:proofErr w:type="spellStart"/>
      <w:r w:rsidRPr="00E74472">
        <w:rPr>
          <w:sz w:val="19"/>
          <w:lang w:val="fr-FR"/>
        </w:rPr>
        <w:t>Certificatului</w:t>
      </w:r>
      <w:proofErr w:type="spellEnd"/>
      <w:r w:rsidRPr="00E74472">
        <w:rPr>
          <w:sz w:val="19"/>
          <w:lang w:val="fr-FR"/>
        </w:rPr>
        <w:t xml:space="preserve"> de </w:t>
      </w:r>
      <w:proofErr w:type="spellStart"/>
      <w:r w:rsidRPr="00E74472">
        <w:rPr>
          <w:sz w:val="19"/>
          <w:lang w:val="fr-FR"/>
        </w:rPr>
        <w:t>urbanism</w:t>
      </w:r>
      <w:proofErr w:type="spellEnd"/>
      <w:r w:rsidRPr="00E74472">
        <w:rPr>
          <w:sz w:val="19"/>
          <w:lang w:val="fr-FR"/>
        </w:rPr>
        <w:t xml:space="preserve"> nr. …… </w:t>
      </w:r>
      <w:proofErr w:type="spellStart"/>
      <w:r w:rsidRPr="00E74472">
        <w:rPr>
          <w:sz w:val="19"/>
          <w:lang w:val="fr-FR"/>
        </w:rPr>
        <w:t>din</w:t>
      </w:r>
      <w:proofErr w:type="spellEnd"/>
      <w:r w:rsidRPr="00E74472">
        <w:rPr>
          <w:sz w:val="19"/>
          <w:lang w:val="fr-FR"/>
        </w:rPr>
        <w:t xml:space="preserve"> ……,</w:t>
      </w:r>
    </w:p>
    <w:p w14:paraId="2601CFBD" w14:textId="281EF74A" w:rsidR="00C675B0" w:rsidRPr="000F1A79" w:rsidRDefault="00E80E81">
      <w:pPr>
        <w:spacing w:after="120"/>
        <w:jc w:val="center"/>
      </w:pPr>
      <w:proofErr w:type="spellStart"/>
      <w:r w:rsidRPr="000F1A79">
        <w:rPr>
          <w:sz w:val="19"/>
        </w:rPr>
        <w:t>în</w:t>
      </w:r>
      <w:proofErr w:type="spellEnd"/>
      <w:r w:rsidRPr="000F1A79">
        <w:rPr>
          <w:sz w:val="19"/>
        </w:rPr>
        <w:t xml:space="preserve"> </w:t>
      </w:r>
      <w:proofErr w:type="spellStart"/>
      <w:r w:rsidRPr="000F1A79">
        <w:rPr>
          <w:sz w:val="19"/>
        </w:rPr>
        <w:t>temeiul</w:t>
      </w:r>
      <w:proofErr w:type="spellEnd"/>
      <w:r w:rsidR="000F1A79" w:rsidRPr="000F1A79">
        <w:rPr>
          <w:sz w:val="19"/>
        </w:rPr>
        <w:t xml:space="preserve"> art. 249 </w:t>
      </w:r>
      <w:proofErr w:type="spellStart"/>
      <w:proofErr w:type="gramStart"/>
      <w:r w:rsidR="000F1A79" w:rsidRPr="000F1A79">
        <w:rPr>
          <w:sz w:val="19"/>
        </w:rPr>
        <w:t>alin</w:t>
      </w:r>
      <w:proofErr w:type="spellEnd"/>
      <w:r w:rsidR="000F1A79" w:rsidRPr="000F1A79">
        <w:rPr>
          <w:sz w:val="19"/>
        </w:rPr>
        <w:t>.(</w:t>
      </w:r>
      <w:proofErr w:type="gramEnd"/>
      <w:r w:rsidR="000F1A79" w:rsidRPr="000F1A79">
        <w:rPr>
          <w:sz w:val="19"/>
        </w:rPr>
        <w:t xml:space="preserve">3) din </w:t>
      </w:r>
      <w:proofErr w:type="spellStart"/>
      <w:r w:rsidR="000F1A79" w:rsidRPr="000F1A79">
        <w:rPr>
          <w:sz w:val="19"/>
        </w:rPr>
        <w:t>Legea</w:t>
      </w:r>
      <w:proofErr w:type="spellEnd"/>
      <w:r w:rsidR="000F1A79" w:rsidRPr="000F1A79">
        <w:rPr>
          <w:sz w:val="19"/>
        </w:rPr>
        <w:t xml:space="preserve"> nr.169/2026 </w:t>
      </w:r>
      <w:proofErr w:type="spellStart"/>
      <w:r w:rsidR="000F1A79" w:rsidRPr="000F1A79">
        <w:rPr>
          <w:sz w:val="19"/>
        </w:rPr>
        <w:t>pri</w:t>
      </w:r>
      <w:r w:rsidR="000F1A79">
        <w:rPr>
          <w:sz w:val="19"/>
        </w:rPr>
        <w:t>vind</w:t>
      </w:r>
      <w:proofErr w:type="spellEnd"/>
      <w:r w:rsidR="000F1A79">
        <w:rPr>
          <w:sz w:val="19"/>
        </w:rPr>
        <w:t xml:space="preserve"> </w:t>
      </w:r>
      <w:proofErr w:type="spellStart"/>
      <w:r w:rsidR="000F1A79">
        <w:rPr>
          <w:sz w:val="19"/>
        </w:rPr>
        <w:t>Codul</w:t>
      </w:r>
      <w:proofErr w:type="spellEnd"/>
      <w:r w:rsidR="000F1A79">
        <w:rPr>
          <w:sz w:val="19"/>
        </w:rPr>
        <w:t xml:space="preserve"> </w:t>
      </w:r>
      <w:proofErr w:type="spellStart"/>
      <w:r w:rsidR="000F1A79">
        <w:rPr>
          <w:sz w:val="19"/>
        </w:rPr>
        <w:t>amenajării</w:t>
      </w:r>
      <w:proofErr w:type="spellEnd"/>
      <w:r w:rsidR="000F1A79">
        <w:rPr>
          <w:sz w:val="19"/>
        </w:rPr>
        <w:t xml:space="preserve"> </w:t>
      </w:r>
      <w:proofErr w:type="spellStart"/>
      <w:r w:rsidR="000F1A79">
        <w:rPr>
          <w:sz w:val="19"/>
        </w:rPr>
        <w:t>teritoriului</w:t>
      </w:r>
      <w:proofErr w:type="spellEnd"/>
      <w:r w:rsidR="000F1A79">
        <w:rPr>
          <w:sz w:val="19"/>
        </w:rPr>
        <w:t xml:space="preserve">, </w:t>
      </w:r>
      <w:proofErr w:type="spellStart"/>
      <w:r w:rsidR="000F1A79">
        <w:rPr>
          <w:sz w:val="19"/>
        </w:rPr>
        <w:t>urbanismului</w:t>
      </w:r>
      <w:proofErr w:type="spellEnd"/>
      <w:r w:rsidR="000F1A79">
        <w:rPr>
          <w:sz w:val="19"/>
        </w:rPr>
        <w:t xml:space="preserve"> </w:t>
      </w:r>
      <w:proofErr w:type="spellStart"/>
      <w:r w:rsidR="000F1A79">
        <w:rPr>
          <w:sz w:val="19"/>
        </w:rPr>
        <w:t>și</w:t>
      </w:r>
      <w:proofErr w:type="spellEnd"/>
      <w:r w:rsidR="000F1A79">
        <w:rPr>
          <w:sz w:val="19"/>
        </w:rPr>
        <w:t xml:space="preserve"> </w:t>
      </w:r>
      <w:proofErr w:type="spellStart"/>
      <w:r w:rsidR="000F1A79">
        <w:rPr>
          <w:sz w:val="19"/>
        </w:rPr>
        <w:t>constrcțiilor</w:t>
      </w:r>
      <w:proofErr w:type="spellEnd"/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E80E81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E80E81">
            <w:pPr>
              <w:rPr>
                <w:lang w:val="fr-FR"/>
              </w:rPr>
            </w:pPr>
            <w:proofErr w:type="spellStart"/>
            <w:r w:rsidRPr="00E7447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E7447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7447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E74472">
              <w:rPr>
                <w:b/>
                <w:color w:val="0D5F78"/>
                <w:lang w:val="fr-FR"/>
              </w:rPr>
              <w:t xml:space="preserve"> — nr. / </w:t>
            </w:r>
            <w:proofErr w:type="spellStart"/>
            <w:r w:rsidRPr="00E74472">
              <w:rPr>
                <w:b/>
                <w:color w:val="0D5F78"/>
                <w:lang w:val="fr-FR"/>
              </w:rPr>
              <w:t>faza</w:t>
            </w:r>
            <w:proofErr w:type="spellEnd"/>
            <w:r w:rsidRPr="00E74472">
              <w:rPr>
                <w:b/>
                <w:color w:val="0D5F78"/>
                <w:lang w:val="fr-FR"/>
              </w:rPr>
              <w:t xml:space="preserve">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E80E81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E80E81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E80E81">
      <w:pPr>
        <w:spacing w:after="120"/>
        <w:jc w:val="center"/>
      </w:pPr>
      <w:proofErr w:type="spellStart"/>
      <w:r>
        <w:rPr>
          <w:sz w:val="19"/>
        </w:rPr>
        <w:t>modificarea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regimurilor</w:t>
      </w:r>
      <w:proofErr w:type="spellEnd"/>
      <w:r w:rsidR="00E74472">
        <w:rPr>
          <w:sz w:val="19"/>
        </w:rPr>
        <w:t xml:space="preserve"> </w:t>
      </w:r>
      <w:proofErr w:type="spellStart"/>
      <w:r w:rsidR="00E74472">
        <w:rPr>
          <w:sz w:val="19"/>
        </w:rPr>
        <w:t>juridic</w:t>
      </w:r>
      <w:proofErr w:type="spellEnd"/>
      <w:r w:rsidR="00E74472">
        <w:rPr>
          <w:sz w:val="19"/>
        </w:rPr>
        <w:t xml:space="preserve"> / economic / </w:t>
      </w:r>
      <w:proofErr w:type="spellStart"/>
      <w:r w:rsidR="00E74472">
        <w:rPr>
          <w:sz w:val="19"/>
        </w:rPr>
        <w:t>tehnic</w:t>
      </w:r>
      <w:proofErr w:type="spellEnd"/>
      <w:r w:rsidR="00E74472">
        <w:rPr>
          <w:sz w:val="19"/>
        </w:rPr>
        <w:t xml:space="preserve">, </w:t>
      </w:r>
      <w:proofErr w:type="spellStart"/>
      <w:r w:rsidR="00E74472">
        <w:rPr>
          <w:sz w:val="19"/>
        </w:rPr>
        <w:t>astfel</w:t>
      </w:r>
      <w:proofErr w:type="spellEnd"/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E80E81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21AC0B1A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6032B54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E80E81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E80E81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E80E81">
            <w:pPr>
              <w:keepNext/>
              <w:rPr>
                <w:lang w:val="fr-FR"/>
              </w:rPr>
            </w:pPr>
            <w:proofErr w:type="spellStart"/>
            <w:r w:rsidRPr="00E74472">
              <w:rPr>
                <w:b/>
                <w:color w:val="0D5F78"/>
                <w:lang w:val="fr-FR"/>
              </w:rPr>
              <w:t>Actul</w:t>
            </w:r>
            <w:proofErr w:type="spellEnd"/>
            <w:r w:rsidRPr="00E7447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7447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CF941A0" w14:textId="77777777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E74472">
              <w:rPr>
                <w:i/>
                <w:color w:val="7A7A7A"/>
                <w:lang w:val="fr-FR"/>
              </w:rPr>
              <w:t>nr./</w:t>
            </w:r>
            <w:proofErr w:type="gramEnd"/>
            <w:r w:rsidRPr="00E74472">
              <w:rPr>
                <w:i/>
                <w:color w:val="7A7A7A"/>
                <w:lang w:val="fr-FR"/>
              </w:rPr>
              <w:t>an</w:t>
            </w:r>
          </w:p>
        </w:tc>
      </w:tr>
      <w:tr w:rsidR="00C675B0" w:rsidRPr="00E74472" w14:paraId="5BF110D4" w14:textId="77777777">
        <w:trPr>
          <w:cantSplit/>
          <w:trHeight w:val="283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7A747DA3" w14:textId="77777777">
        <w:trPr>
          <w:cantSplit/>
          <w:trHeight w:val="283"/>
        </w:trPr>
        <w:tc>
          <w:tcPr>
            <w:tcW w:w="8030" w:type="dxa"/>
          </w:tcPr>
          <w:p w14:paraId="4A1F79F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4960617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60D717E7" w14:textId="77777777">
        <w:trPr>
          <w:cantSplit/>
          <w:trHeight w:val="283"/>
        </w:trPr>
        <w:tc>
          <w:tcPr>
            <w:tcW w:w="8030" w:type="dxa"/>
          </w:tcPr>
          <w:p w14:paraId="6204DBE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6F746F19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E80E81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E80E81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E80E81">
            <w:pPr>
              <w:keepNext/>
              <w:rPr>
                <w:lang w:val="fr-FR"/>
              </w:rPr>
            </w:pPr>
            <w:proofErr w:type="spellStart"/>
            <w:r w:rsidRPr="00E74472">
              <w:rPr>
                <w:b/>
                <w:color w:val="0D5F78"/>
                <w:lang w:val="fr-FR"/>
              </w:rPr>
              <w:t>Actul</w:t>
            </w:r>
            <w:proofErr w:type="spellEnd"/>
            <w:r w:rsidRPr="00E7447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7447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2B7CF2D9" w14:textId="77777777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E74472">
              <w:rPr>
                <w:i/>
                <w:color w:val="7A7A7A"/>
                <w:lang w:val="fr-FR"/>
              </w:rPr>
              <w:t>nr./</w:t>
            </w:r>
            <w:proofErr w:type="gramEnd"/>
            <w:r w:rsidRPr="00E74472">
              <w:rPr>
                <w:i/>
                <w:color w:val="7A7A7A"/>
                <w:lang w:val="fr-FR"/>
              </w:rPr>
              <w:t>an</w:t>
            </w:r>
          </w:p>
        </w:tc>
      </w:tr>
      <w:tr w:rsidR="00C675B0" w:rsidRPr="00E74472" w14:paraId="0FF3796F" w14:textId="77777777">
        <w:trPr>
          <w:cantSplit/>
          <w:trHeight w:val="283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F56E203" w14:textId="77777777">
        <w:trPr>
          <w:cantSplit/>
          <w:trHeight w:val="283"/>
        </w:trPr>
        <w:tc>
          <w:tcPr>
            <w:tcW w:w="8030" w:type="dxa"/>
          </w:tcPr>
          <w:p w14:paraId="0A86448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5BFEF70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D65CCA6" w14:textId="77777777">
        <w:trPr>
          <w:cantSplit/>
          <w:trHeight w:val="283"/>
        </w:trPr>
        <w:tc>
          <w:tcPr>
            <w:tcW w:w="8030" w:type="dxa"/>
          </w:tcPr>
          <w:p w14:paraId="2329889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0B693012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</w:t>
            </w:r>
            <w:r w:rsidRPr="00E74472">
              <w:rPr>
                <w:b/>
                <w:color w:val="000000"/>
                <w:sz w:val="18"/>
                <w:lang w:val="fr-FR"/>
              </w:rPr>
              <w:t xml:space="preserve">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</w:t>
            </w:r>
            <w:proofErr w:type="spellStart"/>
            <w:r w:rsidRPr="00E74472">
              <w:rPr>
                <w:sz w:val="16"/>
                <w:lang w:val="fr-FR"/>
              </w:rPr>
              <w:t>exclusiv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obținute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r w:rsidR="00E74472">
              <w:rPr>
                <w:sz w:val="16"/>
                <w:lang w:val="fr-FR"/>
              </w:rPr>
              <w:t xml:space="preserve">direct de </w:t>
            </w:r>
            <w:proofErr w:type="spellStart"/>
            <w:r w:rsidR="00E74472">
              <w:rPr>
                <w:sz w:val="16"/>
                <w:lang w:val="fr-FR"/>
              </w:rPr>
              <w:t>către</w:t>
            </w:r>
            <w:proofErr w:type="spellEnd"/>
            <w:r w:rsidR="00E74472">
              <w:rPr>
                <w:sz w:val="16"/>
                <w:lang w:val="fr-FR"/>
              </w:rPr>
              <w:t xml:space="preserve"> </w:t>
            </w:r>
            <w:proofErr w:type="spellStart"/>
            <w:r w:rsidR="00E74472">
              <w:rPr>
                <w:sz w:val="16"/>
                <w:lang w:val="fr-FR"/>
              </w:rPr>
              <w:t>solicitant</w:t>
            </w:r>
            <w:proofErr w:type="spellEnd"/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E74472">
              <w:rPr>
                <w:sz w:val="16"/>
                <w:lang w:val="fr-FR"/>
              </w:rPr>
              <w:t>poliția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rutieră</w:t>
            </w:r>
            <w:proofErr w:type="spellEnd"/>
            <w:r w:rsidRPr="00E74472">
              <w:rPr>
                <w:sz w:val="16"/>
                <w:lang w:val="fr-FR"/>
              </w:rPr>
              <w:t xml:space="preserve"> / </w:t>
            </w:r>
            <w:proofErr w:type="spellStart"/>
            <w:r w:rsidRPr="00E74472">
              <w:rPr>
                <w:sz w:val="16"/>
                <w:lang w:val="fr-FR"/>
              </w:rPr>
              <w:t>comisia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tehnică</w:t>
            </w:r>
            <w:proofErr w:type="spellEnd"/>
            <w:r w:rsidRPr="00E74472">
              <w:rPr>
                <w:sz w:val="16"/>
                <w:lang w:val="fr-FR"/>
              </w:rPr>
              <w:t xml:space="preserve"> de </w:t>
            </w:r>
            <w:proofErr w:type="spellStart"/>
            <w:r w:rsidRPr="00E74472">
              <w:rPr>
                <w:sz w:val="16"/>
                <w:lang w:val="fr-FR"/>
              </w:rPr>
              <w:t>circulație</w:t>
            </w:r>
            <w:proofErr w:type="spellEnd"/>
            <w:r w:rsidRPr="00E74472">
              <w:rPr>
                <w:sz w:val="16"/>
                <w:lang w:val="fr-FR"/>
              </w:rPr>
              <w:t xml:space="preserve">     ☐ </w:t>
            </w:r>
            <w:proofErr w:type="spellStart"/>
            <w:r w:rsidRPr="00E74472">
              <w:rPr>
                <w:sz w:val="16"/>
                <w:lang w:val="fr-FR"/>
              </w:rPr>
              <w:t>protecția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sănătății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populației</w:t>
            </w:r>
            <w:proofErr w:type="spellEnd"/>
            <w:r w:rsidRPr="00E74472">
              <w:rPr>
                <w:sz w:val="16"/>
                <w:lang w:val="fr-FR"/>
              </w:rPr>
              <w:t xml:space="preserve">     ☐ </w:t>
            </w:r>
            <w:proofErr w:type="spellStart"/>
            <w:r w:rsidRPr="00E74472">
              <w:rPr>
                <w:sz w:val="16"/>
                <w:lang w:val="fr-FR"/>
              </w:rPr>
              <w:t>securitate</w:t>
            </w:r>
            <w:proofErr w:type="spellEnd"/>
            <w:r w:rsidRPr="00E74472">
              <w:rPr>
                <w:sz w:val="16"/>
                <w:lang w:val="fr-FR"/>
              </w:rPr>
              <w:t xml:space="preserve"> la </w:t>
            </w:r>
            <w:proofErr w:type="spellStart"/>
            <w:r w:rsidRPr="00E74472">
              <w:rPr>
                <w:sz w:val="16"/>
                <w:lang w:val="fr-FR"/>
              </w:rPr>
              <w:t>incendiu</w:t>
            </w:r>
            <w:proofErr w:type="spellEnd"/>
            <w:r w:rsidRPr="00E74472">
              <w:rPr>
                <w:sz w:val="16"/>
                <w:lang w:val="fr-FR"/>
              </w:rPr>
              <w:t xml:space="preserve">  </w:t>
            </w:r>
            <w:r w:rsidRPr="00E74472">
              <w:rPr>
                <w:sz w:val="16"/>
                <w:lang w:val="fr-FR"/>
              </w:rPr>
              <w:t xml:space="preserve">   ☐ </w:t>
            </w:r>
            <w:proofErr w:type="spellStart"/>
            <w:r w:rsidRPr="00E74472">
              <w:rPr>
                <w:sz w:val="16"/>
                <w:lang w:val="fr-FR"/>
              </w:rPr>
              <w:t>protecție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E80E81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 </w:t>
            </w:r>
            <w:proofErr w:type="spellStart"/>
            <w:r>
              <w:t>instutiilor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1BD9AD0E" w14:textId="77777777" w:rsidR="00C675B0" w:rsidRDefault="00E80E81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proofErr w:type="spellStart"/>
            <w:r w:rsidRPr="00E74472">
              <w:rPr>
                <w:rFonts w:cs="Times New Roman"/>
                <w:szCs w:val="15"/>
              </w:rPr>
              <w:t>avize</w:t>
            </w:r>
            <w:proofErr w:type="spellEnd"/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</w:t>
            </w:r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punctul</w:t>
            </w:r>
            <w:proofErr w:type="spellEnd"/>
            <w:r w:rsidRPr="00E74472">
              <w:rPr>
                <w:sz w:val="16"/>
                <w:lang w:val="fr-FR"/>
              </w:rPr>
              <w:t xml:space="preserve"> de </w:t>
            </w:r>
            <w:proofErr w:type="spellStart"/>
            <w:r w:rsidRPr="00E74472">
              <w:rPr>
                <w:sz w:val="16"/>
                <w:lang w:val="fr-FR"/>
              </w:rPr>
              <w:t>vedere</w:t>
            </w:r>
            <w:proofErr w:type="spellEnd"/>
            <w:r w:rsidRPr="00E74472">
              <w:rPr>
                <w:sz w:val="16"/>
                <w:lang w:val="fr-FR"/>
              </w:rPr>
              <w:t xml:space="preserve"> / </w:t>
            </w:r>
            <w:proofErr w:type="spellStart"/>
            <w:r w:rsidRPr="00E74472">
              <w:rPr>
                <w:sz w:val="16"/>
                <w:lang w:val="fr-FR"/>
              </w:rPr>
              <w:t>actul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administrativ</w:t>
            </w:r>
            <w:proofErr w:type="spellEnd"/>
            <w:r w:rsidRPr="00E74472">
              <w:rPr>
                <w:sz w:val="16"/>
                <w:lang w:val="fr-FR"/>
              </w:rPr>
              <w:t xml:space="preserve"> al </w:t>
            </w:r>
            <w:proofErr w:type="spellStart"/>
            <w:r w:rsidRPr="00E74472">
              <w:rPr>
                <w:sz w:val="16"/>
                <w:lang w:val="fr-FR"/>
              </w:rPr>
              <w:t>autorității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pentru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protecția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mediului</w:t>
            </w:r>
            <w:proofErr w:type="spellEnd"/>
          </w:p>
          <w:p w14:paraId="1395DCB5" w14:textId="77777777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</w:t>
            </w:r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acordul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vecinilor</w:t>
            </w:r>
            <w:proofErr w:type="spellEnd"/>
            <w:r w:rsidRPr="00E74472">
              <w:rPr>
                <w:sz w:val="16"/>
                <w:lang w:val="fr-FR"/>
              </w:rPr>
              <w:t xml:space="preserve">, </w:t>
            </w:r>
            <w:proofErr w:type="spellStart"/>
            <w:r w:rsidRPr="00E74472">
              <w:rPr>
                <w:sz w:val="16"/>
                <w:lang w:val="fr-FR"/>
              </w:rPr>
              <w:t>dacă</w:t>
            </w:r>
            <w:proofErr w:type="spellEnd"/>
            <w:r w:rsidRPr="00E74472">
              <w:rPr>
                <w:sz w:val="16"/>
                <w:lang w:val="fr-FR"/>
              </w:rPr>
              <w:t xml:space="preserve"> este </w:t>
            </w:r>
            <w:proofErr w:type="spellStart"/>
            <w:r w:rsidRPr="00E7447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</w:t>
            </w:r>
            <w:proofErr w:type="spellStart"/>
            <w:r w:rsidRPr="00E74472">
              <w:rPr>
                <w:sz w:val="16"/>
                <w:lang w:val="fr-FR"/>
              </w:rPr>
              <w:t>prin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Comisia</w:t>
            </w:r>
            <w:proofErr w:type="spellEnd"/>
            <w:r w:rsidRPr="00E74472">
              <w:rPr>
                <w:sz w:val="16"/>
                <w:lang w:val="fr-FR"/>
              </w:rPr>
              <w:t xml:space="preserve"> de </w:t>
            </w:r>
            <w:proofErr w:type="spellStart"/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>cord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>nic</w:t>
            </w:r>
            <w:proofErr w:type="spellEnd"/>
            <w:r w:rsidRPr="00E74472">
              <w:rPr>
                <w:sz w:val="16"/>
                <w:lang w:val="fr-FR"/>
              </w:rPr>
              <w:t xml:space="preserve"> SAU </w:t>
            </w:r>
            <w:proofErr w:type="spellStart"/>
            <w:r w:rsidRPr="00E74472">
              <w:rPr>
                <w:sz w:val="16"/>
                <w:lang w:val="fr-FR"/>
              </w:rPr>
              <w:t>obținute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 xml:space="preserve">, la </w:t>
            </w:r>
            <w:proofErr w:type="spellStart"/>
            <w:r w:rsidRPr="00E74472">
              <w:rPr>
                <w:sz w:val="16"/>
                <w:lang w:val="fr-FR"/>
              </w:rPr>
              <w:t>alegerea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E80E81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E7447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E7447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E74472">
              <w:rPr>
                <w:sz w:val="16"/>
                <w:lang w:val="fr-FR"/>
              </w:rPr>
              <w:t xml:space="preserve"> al </w:t>
            </w:r>
            <w:proofErr w:type="spellStart"/>
            <w:r w:rsidR="00E74472">
              <w:rPr>
                <w:sz w:val="16"/>
                <w:lang w:val="fr-FR"/>
              </w:rPr>
              <w:t>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proofErr w:type="spellStart"/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>cord</w:t>
            </w:r>
            <w:proofErr w:type="spellEnd"/>
            <w:r w:rsidR="00E74472"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>nic</w:t>
            </w:r>
            <w:proofErr w:type="spellEnd"/>
            <w:r w:rsidR="00E74472" w:rsidRPr="00E74472">
              <w:rPr>
                <w:sz w:val="16"/>
                <w:lang w:val="fr-FR"/>
              </w:rPr>
              <w:t xml:space="preserve"> </w:t>
            </w:r>
            <w:r w:rsidRPr="00E74472">
              <w:rPr>
                <w:sz w:val="16"/>
                <w:lang w:val="fr-FR"/>
              </w:rPr>
              <w:t xml:space="preserve">de la </w:t>
            </w:r>
            <w:proofErr w:type="spellStart"/>
            <w:proofErr w:type="gramStart"/>
            <w:r w:rsidRPr="00E74472">
              <w:rPr>
                <w:sz w:val="16"/>
                <w:lang w:val="fr-FR"/>
              </w:rPr>
              <w:t>nivelul</w:t>
            </w:r>
            <w:proofErr w:type="spellEnd"/>
            <w:r w:rsidRPr="00E74472">
              <w:rPr>
                <w:sz w:val="16"/>
                <w:lang w:val="fr-FR"/>
              </w:rPr>
              <w:t>:</w:t>
            </w:r>
            <w:proofErr w:type="gramEnd"/>
            <w:r w:rsidRPr="00E74472">
              <w:rPr>
                <w:sz w:val="16"/>
                <w:lang w:val="fr-FR"/>
              </w:rPr>
              <w:t xml:space="preserve">     ☐ </w:t>
            </w:r>
            <w:proofErr w:type="spellStart"/>
            <w:r w:rsidRPr="00E74472">
              <w:rPr>
                <w:sz w:val="16"/>
                <w:lang w:val="fr-FR"/>
              </w:rPr>
              <w:t>județului</w:t>
            </w:r>
            <w:proofErr w:type="spellEnd"/>
            <w:r w:rsidRPr="00E74472">
              <w:rPr>
                <w:sz w:val="16"/>
                <w:lang w:val="fr-FR"/>
              </w:rPr>
              <w:t xml:space="preserve">     ☐ </w:t>
            </w:r>
            <w:proofErr w:type="spellStart"/>
            <w:r w:rsidRPr="00E74472">
              <w:rPr>
                <w:sz w:val="16"/>
                <w:lang w:val="fr-FR"/>
              </w:rPr>
              <w:t>municipiului</w:t>
            </w:r>
            <w:proofErr w:type="spellEnd"/>
            <w:r w:rsidRPr="00E74472">
              <w:rPr>
                <w:sz w:val="16"/>
                <w:lang w:val="fr-FR"/>
              </w:rPr>
              <w:t xml:space="preserve">     ☐ </w:t>
            </w:r>
            <w:proofErr w:type="spellStart"/>
            <w:r w:rsidRPr="00E74472">
              <w:rPr>
                <w:sz w:val="16"/>
                <w:lang w:val="fr-FR"/>
              </w:rPr>
              <w:t>orașului</w:t>
            </w:r>
            <w:proofErr w:type="spellEnd"/>
            <w:r w:rsidRPr="00E74472">
              <w:rPr>
                <w:sz w:val="16"/>
                <w:lang w:val="fr-FR"/>
              </w:rPr>
              <w:t xml:space="preserve">     ☐ </w:t>
            </w:r>
            <w:proofErr w:type="spellStart"/>
            <w:r w:rsidRPr="00E74472">
              <w:rPr>
                <w:sz w:val="16"/>
                <w:lang w:val="fr-FR"/>
              </w:rPr>
              <w:t>zonei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metropolitane</w:t>
            </w:r>
            <w:proofErr w:type="spellEnd"/>
            <w:r w:rsidRPr="00E74472">
              <w:rPr>
                <w:sz w:val="16"/>
                <w:lang w:val="fr-FR"/>
              </w:rPr>
              <w:t xml:space="preserve">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Pr="00E74472">
              <w:rPr>
                <w:sz w:val="16"/>
                <w:lang w:val="fr-FR"/>
              </w:rPr>
              <w:t xml:space="preserve">☐ </w:t>
            </w:r>
            <w:proofErr w:type="spellStart"/>
            <w:r w:rsidRPr="00E74472">
              <w:rPr>
                <w:sz w:val="16"/>
                <w:lang w:val="fr-FR"/>
              </w:rPr>
              <w:t>consorțiului</w:t>
            </w:r>
            <w:proofErr w:type="spell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Pr="00E7447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E80E81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E74472">
              <w:rPr>
                <w:sz w:val="16"/>
                <w:lang w:val="fr-FR"/>
              </w:rPr>
              <w:t>sau</w:t>
            </w:r>
            <w:proofErr w:type="spellEnd"/>
            <w:proofErr w:type="gramEnd"/>
            <w:r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="00E74472" w:rsidRPr="00E74472">
              <w:rPr>
                <w:sz w:val="16"/>
                <w:lang w:val="fr-FR"/>
              </w:rPr>
              <w:t>avize</w:t>
            </w:r>
            <w:proofErr w:type="spellEnd"/>
            <w:r w:rsidR="00E74472"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="00E74472" w:rsidRPr="00E74472">
              <w:rPr>
                <w:sz w:val="16"/>
                <w:lang w:val="fr-FR"/>
              </w:rPr>
              <w:t>obținute</w:t>
            </w:r>
            <w:proofErr w:type="spellEnd"/>
            <w:r w:rsidR="00E74472" w:rsidRPr="00E74472">
              <w:rPr>
                <w:sz w:val="16"/>
                <w:lang w:val="fr-FR"/>
              </w:rPr>
              <w:t xml:space="preserve"> direct de </w:t>
            </w:r>
            <w:proofErr w:type="spellStart"/>
            <w:r w:rsidR="00E74472" w:rsidRPr="00E74472">
              <w:rPr>
                <w:sz w:val="16"/>
                <w:lang w:val="fr-FR"/>
              </w:rPr>
              <w:t>către</w:t>
            </w:r>
            <w:proofErr w:type="spellEnd"/>
            <w:r w:rsidR="00E74472" w:rsidRPr="00E74472">
              <w:rPr>
                <w:sz w:val="16"/>
                <w:lang w:val="fr-FR"/>
              </w:rPr>
              <w:t xml:space="preserve"> </w:t>
            </w:r>
            <w:proofErr w:type="spellStart"/>
            <w:r w:rsidR="00E74472" w:rsidRPr="00E74472">
              <w:rPr>
                <w:sz w:val="16"/>
                <w:lang w:val="fr-FR"/>
              </w:rPr>
              <w:t>solicitant</w:t>
            </w:r>
            <w:proofErr w:type="spellEnd"/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E80E81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proofErr w:type="spellStart"/>
            <w:r>
              <w:rPr>
                <w:rFonts w:cs="Times New Roman"/>
                <w:szCs w:val="15"/>
              </w:rPr>
              <w:t>avize</w:t>
            </w:r>
            <w:proofErr w:type="spellEnd"/>
            <w:r>
              <w:rPr>
                <w:rFonts w:cs="Times New Roman"/>
                <w:szCs w:val="15"/>
              </w:rPr>
              <w:t xml:space="preserve">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E80E81">
            <w:pPr>
              <w:keepNext/>
            </w:pPr>
            <w:r>
              <w:rPr>
                <w:b/>
                <w:sz w:val="16"/>
              </w:rPr>
              <w:lastRenderedPageBreak/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E80E81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</w:t>
            </w:r>
            <w:proofErr w:type="spellStart"/>
            <w:r w:rsidRPr="00E74472">
              <w:rPr>
                <w:sz w:val="16"/>
                <w:lang w:val="fr-FR"/>
              </w:rPr>
              <w:t>hotărârea</w:t>
            </w:r>
            <w:proofErr w:type="spellEnd"/>
            <w:r w:rsidRPr="00E74472">
              <w:rPr>
                <w:sz w:val="16"/>
                <w:lang w:val="fr-FR"/>
              </w:rPr>
              <w:t xml:space="preserve"> de </w:t>
            </w:r>
            <w:proofErr w:type="spellStart"/>
            <w:r w:rsidRPr="00E74472">
              <w:rPr>
                <w:sz w:val="16"/>
                <w:lang w:val="fr-FR"/>
              </w:rPr>
              <w:t>aprobare</w:t>
            </w:r>
            <w:proofErr w:type="spellEnd"/>
            <w:r w:rsidRPr="00E74472">
              <w:rPr>
                <w:sz w:val="16"/>
                <w:lang w:val="fr-FR"/>
              </w:rPr>
              <w:t xml:space="preserve"> a </w:t>
            </w:r>
            <w:proofErr w:type="spellStart"/>
            <w:r w:rsidRPr="00E74472">
              <w:rPr>
                <w:sz w:val="16"/>
                <w:lang w:val="fr-FR"/>
              </w:rPr>
              <w:t>documentației</w:t>
            </w:r>
            <w:proofErr w:type="spellEnd"/>
            <w:r w:rsidRPr="00E74472">
              <w:rPr>
                <w:sz w:val="16"/>
                <w:lang w:val="fr-FR"/>
              </w:rPr>
              <w:t xml:space="preserve"> de </w:t>
            </w:r>
            <w:proofErr w:type="spellStart"/>
            <w:r w:rsidRPr="00E74472">
              <w:rPr>
                <w:sz w:val="16"/>
                <w:lang w:val="fr-FR"/>
              </w:rPr>
              <w:t>urbanism</w:t>
            </w:r>
            <w:proofErr w:type="spellEnd"/>
            <w:r w:rsidRPr="00E74472">
              <w:rPr>
                <w:sz w:val="16"/>
                <w:lang w:val="fr-FR"/>
              </w:rPr>
              <w:t xml:space="preserve">, </w:t>
            </w:r>
            <w:proofErr w:type="spellStart"/>
            <w:r w:rsidRPr="00E74472">
              <w:rPr>
                <w:sz w:val="16"/>
                <w:lang w:val="fr-FR"/>
              </w:rPr>
              <w:t>faza</w:t>
            </w:r>
            <w:proofErr w:type="spellEnd"/>
            <w:r w:rsidRPr="00E74472">
              <w:rPr>
                <w:sz w:val="16"/>
                <w:lang w:val="fr-FR"/>
              </w:rPr>
              <w:t xml:space="preserve">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E80E81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E80E81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E80E81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5231D8A" w14:textId="77777777" w:rsidR="00C675B0" w:rsidRDefault="00E80E81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E80E81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087EE86E" w14:textId="77777777" w:rsidR="00C675B0" w:rsidRDefault="00E80E81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E80E81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E80E81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</w:t>
            </w:r>
            <w:proofErr w:type="spellStart"/>
            <w:r>
              <w:rPr>
                <w:i/>
                <w:color w:val="595959"/>
              </w:rPr>
              <w:t>dacă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este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cazul</w:t>
            </w:r>
            <w:proofErr w:type="spellEnd"/>
            <w:r>
              <w:rPr>
                <w:i/>
                <w:color w:val="595959"/>
              </w:rPr>
              <w:t>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E80E81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E80E81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7447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74472">
              <w:rPr>
                <w:b/>
                <w:color w:val="0D5F78"/>
                <w:lang w:val="fr-FR"/>
              </w:rPr>
              <w:t xml:space="preserve"> la data</w:t>
            </w:r>
          </w:p>
          <w:p w14:paraId="4B7AA76F" w14:textId="77777777" w:rsidR="00C675B0" w:rsidRPr="00E74472" w:rsidRDefault="00E80E81">
            <w:pPr>
              <w:rPr>
                <w:lang w:val="fr-FR"/>
              </w:rPr>
            </w:pPr>
            <w:proofErr w:type="gramStart"/>
            <w:r w:rsidRPr="00E74472">
              <w:rPr>
                <w:i/>
                <w:color w:val="7A7A7A"/>
                <w:lang w:val="fr-FR"/>
              </w:rPr>
              <w:t>direct</w:t>
            </w:r>
            <w:proofErr w:type="gramEnd"/>
            <w:r w:rsidRPr="00E7447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74472">
              <w:rPr>
                <w:i/>
                <w:color w:val="7A7A7A"/>
                <w:lang w:val="fr-FR"/>
              </w:rPr>
              <w:t>prin</w:t>
            </w:r>
            <w:proofErr w:type="spellEnd"/>
            <w:r w:rsidRPr="00E7447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7447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74472">
              <w:rPr>
                <w:i/>
                <w:color w:val="7A7A7A"/>
                <w:lang w:val="fr-FR"/>
              </w:rPr>
              <w:t xml:space="preserve">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FF413" w14:textId="77777777" w:rsidR="00E80E81" w:rsidRDefault="00E80E81">
      <w:r>
        <w:separator/>
      </w:r>
    </w:p>
  </w:endnote>
  <w:endnote w:type="continuationSeparator" w:id="0">
    <w:p w14:paraId="78EC3F02" w14:textId="77777777" w:rsidR="00E80E81" w:rsidRDefault="00E8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947C2" w14:textId="77777777" w:rsidR="00C675B0" w:rsidRDefault="00E80E81">
    <w:pPr>
      <w:pStyle w:val="Footer"/>
      <w:tabs>
        <w:tab w:val="right" w:pos="9639"/>
      </w:tabs>
    </w:pPr>
    <w:r>
      <w:rPr>
        <w:color w:val="595959"/>
      </w:rPr>
      <w:t xml:space="preserve">F_CU_07_1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270D5" w14:textId="77777777" w:rsidR="00E80E81" w:rsidRDefault="00E80E81">
      <w:r>
        <w:separator/>
      </w:r>
    </w:p>
  </w:footnote>
  <w:footnote w:type="continuationSeparator" w:id="0">
    <w:p w14:paraId="444040CA" w14:textId="77777777" w:rsidR="00E80E81" w:rsidRDefault="00E80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8F6E24"/>
    <w:rsid w:val="00AA1D8D"/>
    <w:rsid w:val="00B47730"/>
    <w:rsid w:val="00C675B0"/>
    <w:rsid w:val="00CB0664"/>
    <w:rsid w:val="00DD3838"/>
    <w:rsid w:val="00E74472"/>
    <w:rsid w:val="00E80E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F6E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0DA611-8DAC-4936-83A3-1A880D97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375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2026-09-23T10:14:00Z</dcterms:modified>
  <cp:category/>
</cp:coreProperties>
</file>